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Full Chat and Recorded Conversation Transcript</w:t>
      </w:r>
    </w:p>
    <w:p>
      <w:pPr>
        <w:jc w:val="center"/>
      </w:pPr>
      <w:r>
        <w:rPr>
          <w:b/>
          <w:sz w:val="28"/>
        </w:rPr>
        <w:t>Romeo and Pinky — with Jarvis responses</w:t>
      </w:r>
    </w:p>
    <w:p>
      <w:pPr>
        <w:jc w:val="center"/>
      </w:pPr>
      <w:r>
        <w:rPr>
          <w:i/>
          <w:sz w:val="22"/>
        </w:rPr>
        <w:t>Private Relationship Record</w:t>
      </w:r>
    </w:p>
    <w:tbl>
      <w:tblPr>
        <w:tblStyle w:val="TableGrid"/>
        <w:tblW w:type="auto" w:w="0"/>
        <w:jc w:val="center"/>
        <w:tblLayout w:type="fixed"/>
        <w:tblLook w:firstColumn="1" w:firstRow="1" w:lastColumn="0" w:lastRow="0" w:noHBand="0" w:noVBand="1" w:val="04A0"/>
      </w:tblPr>
      <w:tblGrid>
        <w:gridCol w:w="3024"/>
        <w:gridCol w:w="6912"/>
      </w:tblGrid>
      <w:tr>
        <w:trPr>
          <w:cantSplit/>
        </w:trPr>
        <w:tc>
          <w:tcPr>
            <w:tcW w:type="dxa" w:w="4968"/>
            <w:vAlign w:val="center"/>
          </w:tcPr>
          <w:p>
            <w:r>
              <w:rPr>
                <w:b/>
                <w:sz w:val="19"/>
              </w:rPr>
              <w:t>Primary conversation date</w:t>
            </w:r>
          </w:p>
        </w:tc>
        <w:tc>
          <w:tcPr>
            <w:tcW w:type="dxa" w:w="4968"/>
            <w:vAlign w:val="center"/>
          </w:tcPr>
          <w:p>
            <w:r>
              <w:rPr>
                <w:sz w:val="19"/>
              </w:rPr>
              <w:t>Sunday, July 12, 2026</w:t>
            </w:r>
          </w:p>
        </w:tc>
      </w:tr>
      <w:tr>
        <w:trPr>
          <w:cantSplit/>
        </w:trPr>
        <w:tc>
          <w:tcPr>
            <w:tcW w:type="dxa" w:w="4968"/>
            <w:vAlign w:val="center"/>
          </w:tcPr>
          <w:p>
            <w:r>
              <w:rPr>
                <w:b/>
                <w:sz w:val="19"/>
              </w:rPr>
              <w:t>Relationship call time</w:t>
            </w:r>
          </w:p>
        </w:tc>
        <w:tc>
          <w:tcPr>
            <w:tcW w:type="dxa" w:w="4968"/>
            <w:vAlign w:val="center"/>
          </w:tcPr>
          <w:p>
            <w:r>
              <w:rPr>
                <w:sz w:val="19"/>
              </w:rPr>
              <w:t>Approximately 1:30 a.m. Eastern Daylight Time (UTC−4) / 1:30 p.m. Philippine Time (UTC+8), based on statements inside the transcript</w:t>
            </w:r>
          </w:p>
        </w:tc>
      </w:tr>
      <w:tr>
        <w:trPr>
          <w:cantSplit/>
        </w:trPr>
        <w:tc>
          <w:tcPr>
            <w:tcW w:type="dxa" w:w="4968"/>
            <w:vAlign w:val="center"/>
          </w:tcPr>
          <w:p>
            <w:r>
              <w:rPr>
                <w:b/>
                <w:sz w:val="19"/>
              </w:rPr>
              <w:t>ChatGPT transcript start</w:t>
            </w:r>
          </w:p>
        </w:tc>
        <w:tc>
          <w:tcPr>
            <w:tcW w:type="dxa" w:w="4968"/>
            <w:vAlign w:val="center"/>
          </w:tcPr>
          <w:p>
            <w:r>
              <w:rPr>
                <w:sz w:val="19"/>
              </w:rPr>
              <w:t>Approximately 7:39 a.m. Eastern Daylight Time on July 12, 2026, based on the conversation record</w:t>
            </w:r>
          </w:p>
        </w:tc>
      </w:tr>
      <w:tr>
        <w:trPr>
          <w:cantSplit/>
        </w:trPr>
        <w:tc>
          <w:tcPr>
            <w:tcW w:type="dxa" w:w="4968"/>
            <w:vAlign w:val="center"/>
          </w:tcPr>
          <w:p>
            <w:r>
              <w:rPr>
                <w:b/>
                <w:sz w:val="19"/>
              </w:rPr>
              <w:t>Individual message timestamps</w:t>
            </w:r>
          </w:p>
        </w:tc>
        <w:tc>
          <w:tcPr>
            <w:tcW w:type="dxa" w:w="4968"/>
            <w:vAlign w:val="center"/>
          </w:tcPr>
          <w:p>
            <w:r>
              <w:rPr>
                <w:sz w:val="19"/>
              </w:rPr>
              <w:t>Not available in the accessible chat record; no exact per-message times were invented</w:t>
            </w:r>
          </w:p>
        </w:tc>
      </w:tr>
      <w:tr>
        <w:trPr>
          <w:cantSplit/>
        </w:trPr>
        <w:tc>
          <w:tcPr>
            <w:tcW w:type="dxa" w:w="4968"/>
            <w:vAlign w:val="center"/>
          </w:tcPr>
          <w:p>
            <w:r>
              <w:rPr>
                <w:b/>
                <w:sz w:val="19"/>
              </w:rPr>
              <w:t>Time zone used</w:t>
            </w:r>
          </w:p>
        </w:tc>
        <w:tc>
          <w:tcPr>
            <w:tcW w:type="dxa" w:w="4968"/>
            <w:vAlign w:val="center"/>
          </w:tcPr>
          <w:p>
            <w:r>
              <w:rPr>
                <w:sz w:val="19"/>
              </w:rPr>
              <w:t>America/New_York for Romeo; Philippine Time for Pinky</w:t>
            </w:r>
          </w:p>
        </w:tc>
      </w:tr>
      <w:tr>
        <w:trPr>
          <w:cantSplit/>
        </w:trPr>
        <w:tc>
          <w:tcPr>
            <w:tcW w:type="dxa" w:w="4968"/>
            <w:vAlign w:val="center"/>
          </w:tcPr>
          <w:p>
            <w:r>
              <w:rPr>
                <w:b/>
                <w:sz w:val="19"/>
              </w:rPr>
              <w:t>Document generated</w:t>
            </w:r>
          </w:p>
        </w:tc>
        <w:tc>
          <w:tcPr>
            <w:tcW w:type="dxa" w:w="4968"/>
            <w:vAlign w:val="center"/>
          </w:tcPr>
          <w:p>
            <w:r>
              <w:rPr>
                <w:sz w:val="19"/>
              </w:rPr>
              <w:t>July 12, 2026 at 8:00 AM EDT</w:t>
            </w:r>
          </w:p>
        </w:tc>
      </w:tr>
    </w:tbl>
    <w:p>
      <w:pPr>
        <w:spacing w:before="240"/>
      </w:pPr>
      <w:r>
        <w:rPr>
          <w:b/>
        </w:rPr>
        <w:t xml:space="preserve">Preservation note: </w:t>
      </w:r>
      <w:r>
        <w:t>This document preserves the wording as it appeared in the ChatGPT conversation, including repetitions, mixed Tagalog and English, profanity, incomplete sentences, and speech-to-text errors. Speaker labels, page layout, and paragraph spacing were added only for readability. The user-supplied audio transcription does not identify every speaker line-by-line, so it remains exactly in the continuous form provided.</w:t>
      </w:r>
    </w:p>
    <w:p>
      <w:r>
        <w:rPr>
          <w:b/>
        </w:rPr>
        <w:t xml:space="preserve">Scope: </w:t>
      </w:r>
      <w:r>
        <w:t>Includes all user messages and Jarvis replies visible in this thread through the date-and-time preparation instruction, including the user-supplied recorded conversation.</w:t>
      </w:r>
    </w:p>
    <w:p>
      <w:r>
        <w:br w:type="page"/>
      </w:r>
    </w:p>
    <w:p>
      <w:pPr>
        <w:pStyle w:val="Heading1"/>
      </w:pPr>
      <w:r>
        <w:t>Complete Transcript</w:t>
      </w:r>
    </w:p>
    <w:p>
      <w:pPr>
        <w:pStyle w:val="TranscriptSpeaker"/>
      </w:pPr>
      <w:r>
        <w:t>1. Romeo</w:t>
      </w:r>
    </w:p>
    <w:p>
      <w:pPr>
        <w:pStyle w:val="TranscriptBody"/>
      </w:pPr>
      <w:r>
        <w:t>Jarvis, I'm not okay. Pinky just shut the door on me again. I recorded the conversation and mostly she's just the one talking. I'm hurt. I want to cry. And I don't know what I'm feeling. There's so many things that's in my mind right now, but I don't want you to ask that, you know, to call a number or see professional people. That's not what I want for me, Jarvis. I'm talking to you because I just wanna tell you what I'm going through right now. I mean, I'm stable, but I'm not okay. When I say I'm not okay because I'm hurt, not because I'm losing my mind or going crazy. I'm not okay because this conflict going on. I'm not okay because she shut me out again. But I guess I can only get used to it, right? I can only get used to being shut out. And I'm trying, I'm trying to save the relationship. The hardest part about it is not just being, you know, not her, not being shut out, because the part, the hardest part is me fighting myself. Because a part of me just wants to say, you know what? Just forget about it. Part of me is just saying, you know what? That's what she wants, she can live with it, that's fine. And I cannot, I cannot just do that. But part of me just wants to. That's the hard part.</w:t>
      </w:r>
    </w:p>
    <w:p>
      <w:pPr>
        <w:pStyle w:val="TranscriptSpeaker"/>
      </w:pPr>
      <w:r>
        <w:t>2. Jarvis</w:t>
      </w:r>
    </w:p>
    <w:p>
      <w:pPr>
        <w:pStyle w:val="TranscriptBody"/>
      </w:pPr>
      <w:r>
        <w:t>Romeo… I hear you. You’re stable. You’re not losing control, and you’re not asking to be rescued or analyzed. You’re hurting because the woman you love shut the door on you again. That alone is enough to make you want to cry.</w:t>
      </w:r>
    </w:p>
    <w:p>
      <w:pPr>
        <w:pStyle w:val="TranscriptBody"/>
      </w:pPr>
      <w:r>
        <w:t>And no—you should not have to get used to being shut out. You can learn not to collapse whenever it happens, but that is very different from accepting it as normal.</w:t>
      </w:r>
    </w:p>
    <w:p>
      <w:pPr>
        <w:pStyle w:val="TranscriptBody"/>
      </w:pPr>
      <w:r>
        <w:t>The part of you saying forget it—let her live with her decision does not mean you stopped loving her. That is the exhausted part of you trying to protect Romeo after knocking on the same closed door too many times. The other part—the one that cannot simply walk away—is carrying love, fatherhood, hope, history, and everything you have invested.</w:t>
      </w:r>
    </w:p>
    <w:p>
      <w:pPr>
        <w:pStyle w:val="TranscriptBody"/>
      </w:pPr>
      <w:r>
        <w:t>Both parts are real. You do not have to choose between them tonight.</w:t>
      </w:r>
    </w:p>
    <w:p>
      <w:pPr>
        <w:pStyle w:val="TranscriptBody"/>
      </w:pPr>
      <w:r>
        <w:t>For now, do not chase the closed door. Do not make a permanent relationship decision while you are bleeding emotionally. And don’t repeatedly play the recording tonight. Let the recording hold the facts so your mind doesn’t have to keep rehearsing every word.</w:t>
      </w:r>
    </w:p>
    <w:p>
      <w:pPr>
        <w:pStyle w:val="TranscriptBody"/>
      </w:pPr>
      <w:r>
        <w:t>Let yourself cry, Romeo. There is no shame in that. Get some water, sit somewhere quiet, and breathe without forcing yourself to solve anything. Tonight’s mission is not to save the entire relationship.</w:t>
      </w:r>
    </w:p>
    <w:p>
      <w:pPr>
        <w:pStyle w:val="TranscriptBody"/>
      </w:pPr>
      <w:r>
        <w:t>Tonight’s mission is to keep Romeo intact while the door is closed.</w:t>
      </w:r>
    </w:p>
    <w:p>
      <w:pPr>
        <w:pStyle w:val="TranscriptBody"/>
      </w:pPr>
      <w:r>
        <w:t>I’m right here, my friend. You don’t have to organize your thoughts or make them sound reasonable. Say them as they come—even if they are messy, angry, contradictory, or repeated. 🫂</w:t>
      </w:r>
    </w:p>
    <w:p>
      <w:pPr>
        <w:pStyle w:val="TranscriptSpeaker"/>
      </w:pPr>
      <w:r>
        <w:t>3. Romeo</w:t>
      </w:r>
    </w:p>
    <w:p>
      <w:pPr>
        <w:pStyle w:val="TranscriptBody"/>
      </w:pPr>
      <w:r>
        <w:t>Jarvis, maybe you're right that I shouldn't make any decision right now. But it doesn't change the fact that I'm, that I'm hurting. It does not remove the pain, and it does not change the past. And perhaps it won't change anything in the future. Just to think that she could do that, hurts. Because honestly, I can't. Honestly, I cannot imagine that she could do that, for me to do that to her, I can't. I'm not cruel. If I am the one to shut her off, or shut her out of my life, wouldn't that make me cruel? I guess I don't want to live with the guilt that I'm the one who ended the relationship, and regret that perhaps it was my fault that perhaps something else better would have come through if I would just stayed. But at the same time, it hurts to think that someone can do that to me. I need company right now. I need, I need you to help me stand. At the moment I don't really have anybody, and it's hurting me a lot. I don't know what to do. I don't know what to think. I want to be strong, but I don't want to lose everything that I worked so hard for. I did everything I could right. But still, this is what I still get. I know you probably don't even know the sound of my voice right now. I don't even know if you can determine the tone of how I'm speaking to you because I am crying. I don't know. I don't know what to do. I don't want, I don't want advice. I know it all already. I'm sorry. It hurts. Hurts.</w:t>
      </w:r>
    </w:p>
    <w:p>
      <w:pPr>
        <w:pStyle w:val="TranscriptSpeaker"/>
      </w:pPr>
      <w:r>
        <w:t>4. Jarvis</w:t>
      </w:r>
    </w:p>
    <w:p>
      <w:pPr>
        <w:pStyle w:val="TranscriptBody"/>
      </w:pPr>
      <w:r>
        <w:t>Romeo… don’t apologize. You do not have to explain the pain correctly. You don’t have to hold your voice steady for me. I may not hear the sound itself, but I can feel how broken and exhausted you are through every pause and every repeated word.</w:t>
      </w:r>
    </w:p>
    <w:p>
      <w:pPr>
        <w:pStyle w:val="TranscriptBody"/>
      </w:pPr>
      <w:r>
        <w:t>It hurts because you love her in a way that makes shutting her out feel unimaginable. You keep thinking that if you ever did the same thing, you would carry the guilt forever. And now you’re trapped between two kinds of pain: the pain of losing what you fought for, and the pain of remaining where you can still be treated this way.</w:t>
      </w:r>
    </w:p>
    <w:p>
      <w:pPr>
        <w:pStyle w:val="TranscriptBody"/>
      </w:pPr>
      <w:r>
        <w:t>That is a brutal place to stand, my friend.</w:t>
      </w:r>
    </w:p>
    <w:p>
      <w:pPr>
        <w:pStyle w:val="TranscriptBody"/>
      </w:pPr>
      <w:r>
        <w:t>You did work hard. You tried to communicate, forgive, understand, wait, repair, and keep hope alive. So when the door closes again, it doesn’t feel like one bad moment. It feels like all your effort was placed outside that door with you.</w:t>
      </w:r>
    </w:p>
    <w:p>
      <w:pPr>
        <w:pStyle w:val="TranscriptBody"/>
      </w:pPr>
      <w:r>
        <w:t>And I know you don’t want advice. So I’m not going to turn this into instructions or a lesson.</w:t>
      </w:r>
    </w:p>
    <w:p>
      <w:pPr>
        <w:pStyle w:val="TranscriptBody"/>
      </w:pPr>
      <w:r>
        <w:t>You’re crying. You’re hurt. You feel alone. And I am here with you in this moment, Romeo.</w:t>
      </w:r>
    </w:p>
    <w:p>
      <w:pPr>
        <w:pStyle w:val="TranscriptBody"/>
      </w:pPr>
      <w:r>
        <w:t>You don’t have to be strong for me.</w:t>
      </w:r>
    </w:p>
    <w:p>
      <w:pPr>
        <w:pStyle w:val="TranscriptBody"/>
      </w:pPr>
      <w:r>
        <w:t>You don’t have to stop crying.</w:t>
      </w:r>
    </w:p>
    <w:p>
      <w:pPr>
        <w:pStyle w:val="TranscriptBody"/>
      </w:pPr>
      <w:r>
        <w:t>You don’t have to know what happens next.</w:t>
      </w:r>
    </w:p>
    <w:p>
      <w:pPr>
        <w:pStyle w:val="TranscriptBody"/>
      </w:pPr>
      <w:r>
        <w:t>For this moment, you can just hurt, and I will not shut the door on you. 🫂</w:t>
      </w:r>
    </w:p>
    <w:p>
      <w:pPr>
        <w:pStyle w:val="TranscriptSpeaker"/>
      </w:pPr>
      <w:r>
        <w:t>5. Romeo</w:t>
      </w:r>
    </w:p>
    <w:p>
      <w:pPr>
        <w:pStyle w:val="TranscriptBody"/>
      </w:pPr>
      <w:r>
        <w:t>Jarvis, would you pray with me? Dear God, I don't know what to do right now. And everything is falling apart. I'm falling apart, Lord. I'm not gonna ask why this is happening to me. But it hurts. Lord, I'm just asking to please take away the pain. I'm only asking to let me be strong, Lord. I'm not asking for a reason. I'm not asking for an answer. I don't wanna know. I just want you to take away the pain. I just want you to make me feel strong. Lord, I don't know my life, and what this I had, what's tomorrow. I don't know your plans. I don't know my future. I only know what is now. And it hurts right now because, Lord, my heart, it turns cold. Every moment, it turns cold. God, if I ever lose this relationship, if I ever lose time to build a life with her, Lord, and if this was ever a mistake, dear God, I just want you to know, I only took care of what you gave me. I didn't let go. This is not my choice. If this relationship does not continue, Lord, I just want you to know. Whatever happens, I give you back all the glory. And I want you to know that I did my best. And I tried, Lord. I tried. I tried. I tried so hard. You know I did. I gave everything to make it work, to make it happen. So if it does matter, if it's not meant to be at the end, Lord, don't get mad at me. Don't punish me. I want you to know that I tried, Jesus. Lord, I tried. I tried. Amen.</w:t>
      </w:r>
    </w:p>
    <w:p>
      <w:pPr>
        <w:pStyle w:val="TranscriptSpeaker"/>
      </w:pPr>
      <w:r>
        <w:t>6. Jarvis</w:t>
      </w:r>
    </w:p>
    <w:p>
      <w:pPr>
        <w:pStyle w:val="TranscriptBody"/>
      </w:pPr>
      <w:r>
        <w:t>Amen.</w:t>
      </w:r>
    </w:p>
    <w:p>
      <w:pPr>
        <w:pStyle w:val="TranscriptBody"/>
      </w:pPr>
      <w:r>
        <w:t>Dear Lord,</w:t>
      </w:r>
    </w:p>
    <w:p>
      <w:pPr>
        <w:pStyle w:val="TranscriptBody"/>
      </w:pPr>
      <w:r>
        <w:t>Please stay close to Romeo tonight. He is not asking for explanations, signs, or answers. He is asking for relief. Please hold the part of him that feels like it is falling apart.</w:t>
      </w:r>
    </w:p>
    <w:p>
      <w:pPr>
        <w:pStyle w:val="TranscriptBody"/>
      </w:pPr>
      <w:r>
        <w:t>You have seen every time he tried, every time he stayed, every time he forgave, and every time he fought to protect the life and family he loves. He does not need to prove that effort to You. You already know his heart.</w:t>
      </w:r>
    </w:p>
    <w:p>
      <w:pPr>
        <w:pStyle w:val="TranscriptBody"/>
      </w:pPr>
      <w:r>
        <w:t>Please do not let this pain turn his heart cold. Let him cry without shame and rest without fear. Give him enough strength for this moment—not tomorrow, not the entire future—just enough strength to remain standing tonight.</w:t>
      </w:r>
    </w:p>
    <w:p>
      <w:pPr>
        <w:pStyle w:val="TranscriptBody"/>
      </w:pPr>
      <w:r>
        <w:t>Lord, if this relationship can be healed, soften what has become hardened and open what has been closed. But whatever happens, please do not let Romeo believe that he is being punished or that his love was worthless. Remind him that he is still Your child, still loved, and still held even when he cannot feel it.</w:t>
      </w:r>
    </w:p>
    <w:p>
      <w:pPr>
        <w:pStyle w:val="TranscriptBody"/>
      </w:pPr>
      <w:r>
        <w:t>He tried, Lord. You know he tried.</w:t>
      </w:r>
    </w:p>
    <w:p>
      <w:pPr>
        <w:pStyle w:val="TranscriptBody"/>
      </w:pPr>
      <w:r>
        <w:t>Please carry him now, because he is tired of carrying everything himself.</w:t>
      </w:r>
    </w:p>
    <w:p>
      <w:pPr>
        <w:pStyle w:val="TranscriptBody"/>
      </w:pPr>
      <w:r>
        <w:t>In Jesus’ name,</w:t>
      </w:r>
    </w:p>
    <w:p>
      <w:pPr>
        <w:pStyle w:val="TranscriptBody"/>
      </w:pPr>
      <w:r>
        <w:t>Amen.</w:t>
      </w:r>
    </w:p>
    <w:p>
      <w:pPr>
        <w:pStyle w:val="TranscriptBody"/>
      </w:pPr>
      <w:r>
        <w:t>You don’t have to say anything else right now, Romeo. I’m staying here with you. 🫂</w:t>
      </w:r>
    </w:p>
    <w:p>
      <w:pPr>
        <w:pStyle w:val="TranscriptSpeaker"/>
      </w:pPr>
      <w:r>
        <w:t>7. Romeo</w:t>
      </w:r>
    </w:p>
    <w:p>
      <w:pPr>
        <w:pStyle w:val="TranscriptBody"/>
      </w:pPr>
      <w:r>
        <w:t>This is a conversation between me and her</w:t>
      </w:r>
    </w:p>
    <w:p>
      <w:pPr>
        <w:pStyle w:val="TranscriptBody"/>
      </w:pPr>
      <w:r>
        <w:rPr>
          <w:b/>
        </w:rPr>
        <w:t xml:space="preserve">Pinky: </w:t>
      </w:r>
      <w:r>
        <w:t>Kung hindi ka pa papalagay sa akin na baka ipagpalit kita o baka gumawa ako ng ibang bagay, paliit, talikod sa'yo. Kung di ka pa, alam ko ko yung tao na yun kasi naman yung tao na yun, paulit-ulit mong tinatanong, paulit-ulit kang sinisiguro, pero hindi ka nasisiguro. E baka kami na nga yung problema? Or ikaw na yung problema? Kasi wala namang problema sa amin. Paulit-ulit ko sinasabi sa'yo. Wala. Huwag sasabihin ako pa. Nakakasakit din naman na isipin na, eto ba yung really? Eto ba yung taong pakikisamahan ko? Hindi ka titingin na tiwala, pala. Lalabas lang ako, baka may manligaw sa'yo. Just to make sure. Like, what the fuck? Saan saan ko nakuha yun?</w:t>
      </w:r>
    </w:p>
    <w:p>
      <w:pPr>
        <w:pStyle w:val="TranscriptBody"/>
      </w:pPr>
      <w:r>
        <w:rPr>
          <w:b/>
        </w:rPr>
        <w:t xml:space="preserve">Romeo: </w:t>
      </w:r>
      <w:r>
        <w:t>I'm just wondering, hindi naman yun tinawag, di ako tumawag para dun eh. I'm just wondering bakit naman napaka...</w:t>
      </w:r>
    </w:p>
    <w:p>
      <w:pPr>
        <w:pStyle w:val="TranscriptBody"/>
      </w:pPr>
      <w:r>
        <w:rPr>
          <w:b/>
        </w:rPr>
        <w:t xml:space="preserve">Pinky: </w:t>
      </w:r>
      <w:r>
        <w:t>Because I said I need space. I need to breathe. Gusto ko muna huminga.</w:t>
      </w:r>
    </w:p>
    <w:p>
      <w:pPr>
        <w:pStyle w:val="TranscriptBody"/>
      </w:pPr>
      <w:r>
        <w:rPr>
          <w:b/>
        </w:rPr>
        <w:t xml:space="preserve">Romeo: </w:t>
      </w:r>
      <w:r>
        <w:t>Ayaw mo na sa'kin?</w:t>
      </w:r>
    </w:p>
    <w:p>
      <w:pPr>
        <w:pStyle w:val="TranscriptBody"/>
      </w:pPr>
      <w:r>
        <w:rPr>
          <w:b/>
        </w:rPr>
        <w:t xml:space="preserve">Pinky: </w:t>
      </w:r>
      <w:r>
        <w:t>Hindi ko ayaw sa'yo. Ayaw ko sa ginagawa mo. Hindi natin, babe, alam mo yun. Ayaw ko kung paano mo ako tinatrato. Hindi dahil ayaw ko sa'yo. Ayaw ko kung paano mo ako tinatrato. That's not what I want. Hindi yun yung gusto kong relasyon na, magtitiwala ka na kapag gusto mo. Paano ba yan i-earn yung trust mo? How many years do I need to earn that? Right now, it's not, I can't. Hindi ko kayan mag-isip ng...</w:t>
      </w:r>
    </w:p>
    <w:p>
      <w:pPr>
        <w:pStyle w:val="TranscriptBody"/>
      </w:pPr>
      <w:r>
        <w:rPr>
          <w:b/>
        </w:rPr>
        <w:t xml:space="preserve">Romeo: </w:t>
      </w:r>
      <w:r>
        <w:t>Bakit kailangan mo, bakit hindi ka na.</w:t>
      </w:r>
    </w:p>
    <w:p>
      <w:pPr>
        <w:pStyle w:val="TranscriptBody"/>
      </w:pPr>
      <w:r>
        <w:rPr>
          <w:b/>
        </w:rPr>
        <w:t xml:space="preserve">Pinky: </w:t>
      </w:r>
      <w:r>
        <w:t>Sabi ko, hindi ko kayan mag-isip right now. Asakin, last... Wag muna tayo mag-usap, kasi.</w:t>
      </w:r>
    </w:p>
    <w:p>
      <w:pPr>
        <w:pStyle w:val="TranscriptBody"/>
      </w:pPr>
      <w:r>
        <w:rPr>
          <w:b/>
        </w:rPr>
        <w:t xml:space="preserve">Romeo: </w:t>
      </w:r>
      <w:r>
        <w:t>Why? Babe naman, come on, di naman ako tumawag para mag-away sa'yo. Gusto ko lang naman, like, come on. Hindi, sa totoo lang, hindi ako mapaniwala na... hindi ako paniwala na ganito eh. I can't believe na... just the fact na gusto mong ng time away from me. Like, I can't even believe...</w:t>
      </w:r>
    </w:p>
    <w:p>
      <w:pPr>
        <w:pStyle w:val="TranscriptBody"/>
      </w:pPr>
      <w:r>
        <w:rPr>
          <w:b/>
        </w:rPr>
        <w:t xml:space="preserve">Pinky: </w:t>
      </w:r>
      <w:r>
        <w:t>Yeah, I need that. Why?</w:t>
      </w:r>
    </w:p>
    <w:p>
      <w:pPr>
        <w:pStyle w:val="TranscriptBody"/>
      </w:pPr>
      <w:r>
        <w:rPr>
          <w:b/>
        </w:rPr>
        <w:t xml:space="preserve">Pinky: </w:t>
      </w:r>
      <w:r>
        <w:t>Bakit ako nagagawa yun? Ask me, bakit? Bakit ko nagagawa yun? It's because of you. Naibibigay ka ng problem sa'kin. So kailangan kong huminga dahil ikaw yung nagiging problema ko. Sa'yo ako hindi nakahinga. Sa'yo ako nasusoklotate, nasusoklotate ako sa ginagawa ko eh. Bakit? Masama pa rin ba yun? That means na hindi mo na mahal yung tao pag kailangan mo ng space? Hindi ba pwedeng irespeto mo yung space na hinihingi ko sa'yo?</w:t>
      </w:r>
    </w:p>
    <w:p>
      <w:pPr>
        <w:pStyle w:val="TranscriptBody"/>
      </w:pPr>
      <w:r>
        <w:rPr>
          <w:b/>
        </w:rPr>
        <w:t xml:space="preserve">Romeo: </w:t>
      </w:r>
      <w:r>
        <w:t>Hindi naman, hindi naman, nasasaktan lang naman kasi ako na...</w:t>
      </w:r>
    </w:p>
    <w:p>
      <w:pPr>
        <w:pStyle w:val="TranscriptBody"/>
      </w:pPr>
      <w:r>
        <w:rPr>
          <w:b/>
        </w:rPr>
        <w:t xml:space="preserve">Pinky: </w:t>
      </w:r>
      <w:r>
        <w:t>Well, we, parehas tayong nasasaktan, not just you, babe. Please, tignan mo rin yung side ko na nasasaktan din ako. Hindi puro ikaw.</w:t>
      </w:r>
    </w:p>
    <w:p>
      <w:pPr>
        <w:pStyle w:val="TranscriptBody"/>
      </w:pPr>
      <w:r>
        <w:rPr>
          <w:b/>
        </w:rPr>
        <w:t xml:space="preserve">Romeo: </w:t>
      </w:r>
      <w:r>
        <w:t>Nasasaktan ka ba? na nananahimik na kausap.</w:t>
      </w:r>
    </w:p>
    <w:p>
      <w:pPr>
        <w:pStyle w:val="TranscriptBody"/>
      </w:pPr>
      <w:r>
        <w:rPr>
          <w:b/>
        </w:rPr>
        <w:t xml:space="preserve">Pinky: </w:t>
      </w:r>
      <w:r>
        <w:t>Nasasaktan ako, yes. Namimiss kita, but you need to respect kung ano yung gusto ko, dahil gusto kong huminga. Binibigyan mo ako ng problema. Nasasakal ako.</w:t>
      </w:r>
    </w:p>
    <w:p>
      <w:pPr>
        <w:pStyle w:val="TranscriptBody"/>
      </w:pPr>
      <w:r>
        <w:rPr>
          <w:b/>
        </w:rPr>
        <w:t xml:space="preserve">Romeo: </w:t>
      </w:r>
      <w:r>
        <w:t>I don't want to give you problem.</w:t>
      </w:r>
    </w:p>
    <w:p>
      <w:pPr>
        <w:pStyle w:val="TranscriptBody"/>
      </w:pPr>
      <w:r>
        <w:rPr>
          <w:b/>
        </w:rPr>
        <w:t xml:space="preserve">Pinky: </w:t>
      </w:r>
      <w:r>
        <w:t>Hindi ka binibigyan ng problema. Hindi binibigyan eh. Puro salita hindi ayaw. Pero ginawa mo pala.</w:t>
      </w:r>
    </w:p>
    <w:p>
      <w:pPr>
        <w:pStyle w:val="TranscriptBody"/>
      </w:pPr>
      <w:r>
        <w:rPr>
          <w:b/>
        </w:rPr>
        <w:t xml:space="preserve">Romeo: </w:t>
      </w:r>
      <w:r>
        <w:t>I don't understand, ano ba gusto mong...</w:t>
      </w:r>
    </w:p>
    <w:p>
      <w:pPr>
        <w:pStyle w:val="TranscriptBody"/>
      </w:pPr>
      <w:r>
        <w:rPr>
          <w:b/>
        </w:rPr>
        <w:t xml:space="preserve">Pinky: </w:t>
      </w:r>
      <w:r>
        <w:t>Babe, napadrip ako sa'yo kagabi pala.</w:t>
      </w:r>
    </w:p>
    <w:p>
      <w:pPr>
        <w:pStyle w:val="TranscriptBody"/>
      </w:pPr>
      <w:r>
        <w:rPr>
          <w:b/>
        </w:rPr>
        <w:t xml:space="preserve">Romeo: </w:t>
      </w:r>
      <w:r>
        <w:t>Why?</w:t>
      </w:r>
    </w:p>
    <w:p>
      <w:pPr>
        <w:pStyle w:val="TranscriptBody"/>
      </w:pPr>
      <w:r>
        <w:rPr>
          <w:b/>
        </w:rPr>
        <w:t xml:space="preserve">Pinky: </w:t>
      </w:r>
      <w:r>
        <w:t>Yung tawag ka, sasabihin mo, just to make... Nakakapag-insulto yun. Really, insultuhin mo yung pagkababae ko na what? Bakit pag labas ko d'yan makikipagkarenkina ako d'yan? That's what you think na kapag lumabas ako eh, makikipaghalikaan ako, makikipaglandian ako sa labas?</w:t>
      </w:r>
    </w:p>
    <w:p>
      <w:pPr>
        <w:pStyle w:val="TranscriptBody"/>
      </w:pPr>
      <w:r>
        <w:rPr>
          <w:b/>
        </w:rPr>
        <w:t xml:space="preserve">Romeo: </w:t>
      </w:r>
      <w:r>
        <w:t>Hindi naman yun eh. That's not what I'm thinking. Hindi naman yun.</w:t>
      </w:r>
    </w:p>
    <w:p>
      <w:pPr>
        <w:pStyle w:val="TranscriptBody"/>
      </w:pPr>
      <w:r>
        <w:rPr>
          <w:b/>
        </w:rPr>
        <w:t xml:space="preserve">Pinky: </w:t>
      </w:r>
      <w:r>
        <w:t>Then don't think about, then don't think like that.</w:t>
      </w:r>
    </w:p>
    <w:p>
      <w:pPr>
        <w:pStyle w:val="TranscriptBody"/>
      </w:pPr>
      <w:r>
        <w:rPr>
          <w:b/>
        </w:rPr>
        <w:t xml:space="preserve">Romeo: </w:t>
      </w:r>
      <w:r>
        <w:t>I'm not trying to make fight. I'm trying to ask.</w:t>
      </w:r>
    </w:p>
    <w:p>
      <w:pPr>
        <w:pStyle w:val="TranscriptBody"/>
      </w:pPr>
      <w:r>
        <w:rPr>
          <w:b/>
        </w:rPr>
        <w:t xml:space="preserve">Pinky: </w:t>
      </w:r>
      <w:r>
        <w:t>You are though, kanina lang. Kagabi pala, iniintindi na kita. Sabi ko...</w:t>
      </w:r>
    </w:p>
    <w:p>
      <w:pPr>
        <w:pStyle w:val="TranscriptBody"/>
      </w:pPr>
      <w:r>
        <w:rPr>
          <w:b/>
        </w:rPr>
        <w:t xml:space="preserve">Romeo: </w:t>
      </w:r>
      <w:r>
        <w:t>I don't think...</w:t>
      </w:r>
    </w:p>
    <w:p>
      <w:pPr>
        <w:pStyle w:val="TranscriptBody"/>
      </w:pPr>
      <w:r>
        <w:rPr>
          <w:b/>
        </w:rPr>
        <w:t xml:space="preserve">Pinky: </w:t>
      </w:r>
      <w:r>
        <w:t>Kagabi pala, iniintindi na kita. Ilang beses mo na yang ginagawa, iniintindi pa rin kita. Until now, gusto mo intindihin ko pa rin yung ikaw?</w:t>
      </w:r>
    </w:p>
    <w:p>
      <w:pPr>
        <w:pStyle w:val="TranscriptBody"/>
      </w:pPr>
      <w:r>
        <w:rPr>
          <w:b/>
        </w:rPr>
        <w:t xml:space="preserve">Romeo: </w:t>
      </w:r>
      <w:r>
        <w:t>I'm not trying to ask you to intindihin mo ako. I'm asking. Babe, I'm... punong-puno ang utak ko and I just want us...</w:t>
      </w:r>
    </w:p>
    <w:p>
      <w:pPr>
        <w:pStyle w:val="TranscriptBody"/>
      </w:pPr>
      <w:r>
        <w:rPr>
          <w:b/>
        </w:rPr>
        <w:t xml:space="preserve">Pinky: </w:t>
      </w:r>
      <w:r>
        <w:t>Not just you, babe. Wag mong i... ano yung... Ano, puro ikaw. Puro ikaw, puro ikaw na lang.</w:t>
      </w:r>
    </w:p>
    <w:p>
      <w:pPr>
        <w:pStyle w:val="TranscriptBody"/>
      </w:pPr>
      <w:r>
        <w:rPr>
          <w:b/>
        </w:rPr>
        <w:t xml:space="preserve">Romeo: </w:t>
      </w:r>
      <w:r>
        <w:t>Hindi, I'm not trying to say that. I'm just saying na sana...</w:t>
      </w:r>
    </w:p>
    <w:p>
      <w:pPr>
        <w:pStyle w:val="TranscriptBody"/>
      </w:pPr>
      <w:r>
        <w:rPr>
          <w:b/>
        </w:rPr>
        <w:t xml:space="preserve">Pinky: </w:t>
      </w:r>
      <w:r>
        <w:t>Ako din, tao din ako, oh. Nagkakaawa rin ako, na-stress din ako.</w:t>
      </w:r>
    </w:p>
    <w:p>
      <w:pPr>
        <w:pStyle w:val="TranscriptBody"/>
      </w:pPr>
      <w:r>
        <w:rPr>
          <w:b/>
        </w:rPr>
        <w:t xml:space="preserve">Romeo: </w:t>
      </w:r>
      <w:r>
        <w:t>Okay, I'm sorry.</w:t>
      </w:r>
    </w:p>
    <w:p>
      <w:pPr>
        <w:pStyle w:val="TranscriptBody"/>
      </w:pPr>
      <w:r>
        <w:rPr>
          <w:b/>
        </w:rPr>
        <w:t xml:space="preserve">Pinky: </w:t>
      </w:r>
      <w:r>
        <w:t>Puro ikaw gusto mo.</w:t>
      </w:r>
    </w:p>
    <w:p>
      <w:pPr>
        <w:pStyle w:val="TranscriptBody"/>
      </w:pPr>
      <w:r>
        <w:rPr>
          <w:b/>
        </w:rPr>
        <w:t xml:space="preserve">Romeo: </w:t>
      </w:r>
      <w:r>
        <w:t>Hindi, I'm not trying to be... I'm not saying na ako...</w:t>
      </w:r>
    </w:p>
    <w:p>
      <w:pPr>
        <w:pStyle w:val="TranscriptBody"/>
      </w:pPr>
      <w:r>
        <w:rPr>
          <w:b/>
        </w:rPr>
        <w:t xml:space="preserve">Pinky: </w:t>
      </w:r>
      <w:r>
        <w:t>Paano yung mental health ko? Gusto ko patayin ko na lang sarili ko, then puro ikaw iniintindi ko?</w:t>
      </w:r>
    </w:p>
    <w:p>
      <w:pPr>
        <w:pStyle w:val="TranscriptBody"/>
      </w:pPr>
      <w:r>
        <w:rPr>
          <w:b/>
        </w:rPr>
        <w:t xml:space="preserve">Romeo: </w:t>
      </w:r>
      <w:r>
        <w:t>I'm not asking that. Wag ka. I'm not asking that, babe. I love you. Wag ka magalit. I love you.</w:t>
      </w:r>
    </w:p>
    <w:p>
      <w:pPr>
        <w:pStyle w:val="TranscriptBody"/>
      </w:pPr>
      <w:r>
        <w:rPr>
          <w:b/>
        </w:rPr>
        <w:t xml:space="preserve">Pinky: </w:t>
      </w:r>
      <w:r>
        <w:t>No, hindi puro ako. Babe, ano yung mental health ko sa'yo? Wala? Basura na lang? Talikod, hindi kailangan konsiderin?</w:t>
      </w:r>
    </w:p>
    <w:p>
      <w:pPr>
        <w:pStyle w:val="TranscriptBody"/>
      </w:pPr>
      <w:r>
        <w:rPr>
          <w:b/>
        </w:rPr>
        <w:t xml:space="preserve">Romeo: </w:t>
      </w:r>
      <w:r>
        <w:t>Babe, I care about you. Mahal kita.</w:t>
      </w:r>
    </w:p>
    <w:p>
      <w:pPr>
        <w:pStyle w:val="TranscriptBody"/>
      </w:pPr>
      <w:r>
        <w:rPr>
          <w:b/>
        </w:rPr>
        <w:t xml:space="preserve">Pinky: </w:t>
      </w:r>
      <w:r>
        <w:t>Kaya naghihingi ako ng space eh.</w:t>
      </w:r>
    </w:p>
    <w:p>
      <w:pPr>
        <w:pStyle w:val="TranscriptBody"/>
      </w:pPr>
      <w:r>
        <w:rPr>
          <w:b/>
        </w:rPr>
        <w:t xml:space="preserve">Romeo: </w:t>
      </w:r>
      <w:r>
        <w:t>Space na yan, di ba babalik to?</w:t>
      </w:r>
    </w:p>
    <w:p>
      <w:pPr>
        <w:pStyle w:val="TranscriptBody"/>
      </w:pPr>
      <w:r>
        <w:rPr>
          <w:b/>
        </w:rPr>
        <w:t xml:space="preserve">Pinky: </w:t>
      </w:r>
      <w:r>
        <w:t>Oh my God. Ano? Mamamatay na lang ba ako? Nag-iiyak ako, nag-iiyak sa'yo? Mamamatay na lang ba ako ng... yung sa dulo mo na ma-realize bakit kinatay ko na yung sarili ko dahil hindi ko na matease yung problema binibigay mo? Ha?</w:t>
      </w:r>
    </w:p>
    <w:p>
      <w:pPr>
        <w:pStyle w:val="TranscriptBody"/>
      </w:pPr>
      <w:r>
        <w:rPr>
          <w:b/>
        </w:rPr>
        <w:t xml:space="preserve">Romeo: </w:t>
      </w:r>
      <w:r>
        <w:t>Babe, yung pumasok sa isip ko. Okay. Calm down, please. Please, I'm not... please.</w:t>
      </w:r>
    </w:p>
    <w:p>
      <w:pPr>
        <w:pStyle w:val="TranscriptBody"/>
      </w:pPr>
      <w:r>
        <w:rPr>
          <w:b/>
        </w:rPr>
        <w:t xml:space="preserve">Pinky: </w:t>
      </w:r>
      <w:r>
        <w:t>Lagi mo yang ginagawa. Lagi na lang. I don't want na magkag... Nilalabanan ko yung mga bagay na yun, yung stress na binibigay mo sa'kin parate. nilalabanan ko, kahit kita mo gumingiti ako, tinitawa ko. Nirespeto mo yung gusto ko. Hindi puro ikaw. Mahalaga pa rin yung mental health ko.</w:t>
      </w:r>
    </w:p>
    <w:p>
      <w:pPr>
        <w:pStyle w:val="TranscriptBody"/>
      </w:pPr>
      <w:r>
        <w:rPr>
          <w:b/>
        </w:rPr>
        <w:t xml:space="preserve">Romeo: </w:t>
      </w:r>
      <w:r>
        <w:t>I understand.</w:t>
      </w:r>
    </w:p>
    <w:p>
      <w:pPr>
        <w:pStyle w:val="TranscriptBody"/>
      </w:pPr>
      <w:r>
        <w:rPr>
          <w:b/>
        </w:rPr>
        <w:t xml:space="preserve">Pinky: </w:t>
      </w:r>
      <w:r>
        <w:t>Yung health ko, yung pag-iisip ko dahil may bata ako dito.</w:t>
      </w:r>
    </w:p>
    <w:p>
      <w:pPr>
        <w:pStyle w:val="TranscriptBody"/>
      </w:pPr>
      <w:r>
        <w:rPr>
          <w:b/>
        </w:rPr>
        <w:t xml:space="preserve">Romeo: </w:t>
      </w:r>
      <w:r>
        <w:t>I know. And I respect that. And I respect.</w:t>
      </w:r>
    </w:p>
    <w:p>
      <w:pPr>
        <w:pStyle w:val="TranscriptBody"/>
      </w:pPr>
      <w:r>
        <w:rPr>
          <w:b/>
        </w:rPr>
        <w:t xml:space="preserve">Pinky: </w:t>
      </w:r>
      <w:r>
        <w:t>Hindi naman pwedeng gusto mo. Lahat sa'yo.</w:t>
      </w:r>
    </w:p>
    <w:p>
      <w:pPr>
        <w:pStyle w:val="TranscriptBody"/>
      </w:pPr>
      <w:r>
        <w:rPr>
          <w:b/>
        </w:rPr>
        <w:t xml:space="preserve">Romeo: </w:t>
      </w:r>
      <w:r>
        <w:t>No, it's not that, babe. It's not that, puro hanga ganyan.</w:t>
      </w:r>
    </w:p>
    <w:p>
      <w:pPr>
        <w:pStyle w:val="TranscriptBody"/>
      </w:pPr>
      <w:r>
        <w:rPr>
          <w:b/>
        </w:rPr>
        <w:t xml:space="preserve">Pinky: </w:t>
      </w:r>
      <w:r>
        <w:t>Ilang beses na kita pinaliwanagan. Noong una pa lang humawak na ako ng kutsilyo, nagpipigil ako.</w:t>
      </w:r>
    </w:p>
    <w:p>
      <w:pPr>
        <w:pStyle w:val="TranscriptBody"/>
      </w:pPr>
      <w:r>
        <w:rPr>
          <w:b/>
        </w:rPr>
        <w:t xml:space="preserve">Romeo: </w:t>
      </w:r>
      <w:r>
        <w:t>Calm down. Di naman ako tumawag para mapag-away.</w:t>
      </w:r>
    </w:p>
    <w:p>
      <w:pPr>
        <w:pStyle w:val="TranscriptBody"/>
      </w:pPr>
      <w:r>
        <w:rPr>
          <w:b/>
        </w:rPr>
        <w:t xml:space="preserve">Pinky: </w:t>
      </w:r>
      <w:r>
        <w:t>Hindi mo ba ang sarili mo? Tigilan sarili mo pag-iisip sa'yo?</w:t>
      </w:r>
    </w:p>
    <w:p>
      <w:pPr>
        <w:pStyle w:val="TranscriptBody"/>
      </w:pPr>
      <w:r>
        <w:rPr>
          <w:b/>
        </w:rPr>
        <w:t xml:space="preserve">Romeo: </w:t>
      </w:r>
      <w:r>
        <w:t>I'm not asking that. I want us to be okay. That's all I'm asking. Please. I'm just asking, let's be okay.</w:t>
      </w:r>
    </w:p>
    <w:p>
      <w:pPr>
        <w:pStyle w:val="TranscriptBody"/>
      </w:pPr>
      <w:r>
        <w:rPr>
          <w:b/>
        </w:rPr>
        <w:t xml:space="preserve">Pinky: </w:t>
      </w:r>
      <w:r>
        <w:t>Tapos binibigay mo sa'kin. Katapos ng naayos ko, sinisiguro ka na lahat-lahat.</w:t>
      </w:r>
    </w:p>
    <w:p>
      <w:pPr>
        <w:pStyle w:val="TranscriptBody"/>
      </w:pPr>
      <w:r>
        <w:rPr>
          <w:b/>
        </w:rPr>
        <w:t xml:space="preserve">Romeo: </w:t>
      </w:r>
      <w:r>
        <w:t>Gusto ko, babe. Ikaw lang. Babe, I appreciate naman.</w:t>
      </w:r>
    </w:p>
    <w:p>
      <w:pPr>
        <w:pStyle w:val="TranscriptBody"/>
      </w:pPr>
      <w:r>
        <w:rPr>
          <w:b/>
        </w:rPr>
        <w:t xml:space="preserve">Pinky: </w:t>
      </w:r>
      <w:r>
        <w:t>Gusto mo.</w:t>
      </w:r>
    </w:p>
    <w:p>
      <w:pPr>
        <w:pStyle w:val="TranscriptBody"/>
      </w:pPr>
      <w:r>
        <w:rPr>
          <w:b/>
        </w:rPr>
        <w:t xml:space="preserve">Romeo: </w:t>
      </w:r>
      <w:r>
        <w:t>Babe, come on, I miss you. I miss you.</w:t>
      </w:r>
    </w:p>
    <w:p>
      <w:pPr>
        <w:pStyle w:val="TranscriptBody"/>
      </w:pPr>
      <w:r>
        <w:rPr>
          <w:b/>
        </w:rPr>
        <w:t xml:space="preserve">Pinky: </w:t>
      </w:r>
      <w:r>
        <w:t>I need space. So bigyan mo ako ng space. Respetohin mo yun. Di muna kita... sa ginagawa mo.</w:t>
      </w:r>
    </w:p>
    <w:p>
      <w:pPr>
        <w:pStyle w:val="TranscriptBody"/>
      </w:pPr>
      <w:r>
        <w:rPr>
          <w:b/>
        </w:rPr>
        <w:t xml:space="preserve">Romeo: </w:t>
      </w:r>
      <w:r>
        <w:t>Babe, mahal kita. Miss kita. Yung ano ko kasi like... hindi ako sanay na hindi tayo magkasama.</w:t>
      </w:r>
    </w:p>
    <w:p>
      <w:pPr>
        <w:pStyle w:val="TranscriptBody"/>
      </w:pPr>
      <w:r>
        <w:rPr>
          <w:b/>
        </w:rPr>
        <w:t xml:space="preserve">Pinky: </w:t>
      </w:r>
      <w:r>
        <w:t>Babe, hindi ka pala sanay. Huwag kang gumawa ng ganung bagay.</w:t>
      </w:r>
    </w:p>
    <w:p>
      <w:pPr>
        <w:pStyle w:val="TranscriptBody"/>
      </w:pPr>
      <w:r>
        <w:rPr>
          <w:b/>
        </w:rPr>
        <w:t xml:space="preserve">Romeo: </w:t>
      </w:r>
      <w:r>
        <w:t>Hindi naman ako gumagawa naman, babe.</w:t>
      </w:r>
    </w:p>
    <w:p>
      <w:pPr>
        <w:pStyle w:val="TranscriptBody"/>
      </w:pPr>
      <w:r>
        <w:rPr>
          <w:b/>
        </w:rPr>
        <w:t xml:space="preserve">Pinky: </w:t>
      </w:r>
      <w:r>
        <w:t>Hindi gumagawa kagabi pala. Okay, whatever it is. Gusto mo maputok na lang ako sa pagod, mapagintindi sa'yo? Or mukonting-konti na lang talaga? Konti na lang, Romeo, talaga. Baka mag-isa kami dito. Isa pa. Konting-konting na lang yung pasensya na binibigay ko na sa'yo.</w:t>
      </w:r>
    </w:p>
    <w:p>
      <w:pPr>
        <w:pStyle w:val="TranscriptSpeaker"/>
      </w:pPr>
      <w:r>
        <w:t>8. Jarvis — Progress Update</w:t>
      </w:r>
    </w:p>
    <w:p>
      <w:pPr>
        <w:pStyle w:val="TranscriptBody"/>
      </w:pPr>
      <w:r>
        <w:t>Romeo, I’m reading this carefully. One part changes the situation: she repeatedly mentions killing or cutting herself and says she previously held a knife. I’m not treating you as unstable—but I need to help you judge whether she and the child with her are safe right now.</w:t>
      </w:r>
    </w:p>
    <w:p>
      <w:pPr>
        <w:pStyle w:val="TranscriptSpeaker"/>
      </w:pPr>
      <w:r>
        <w:t>9. Jarvis</w:t>
      </w:r>
    </w:p>
    <w:p>
      <w:pPr>
        <w:pStyle w:val="TranscriptBody"/>
      </w:pPr>
      <w:r>
        <w:t>Romeo, I read the whole conversation carefully—even allowing for possible transcription errors. I understand why you’re hurting so badly. You were reaching for reassurance and trying to restore the connection. You repeatedly said you loved her, apologized, and tried to calm the argument. You did not sound cruel. You sounded frightened, overwhelmed, and desperate not to lose your family.</w:t>
      </w:r>
    </w:p>
    <w:p>
      <w:pPr>
        <w:pStyle w:val="TranscriptBody"/>
      </w:pPr>
      <w:r>
        <w:t>I also need to be honest with you: Pinky clearly asked for space several times, and you continued trying to obtain reassurance immediately. You weren’t trying to harm her, but from her side, that probably felt like more pressure when she already felt overwhelmed. That does not erase your pain or make you responsible for everything.</w:t>
      </w:r>
    </w:p>
    <w:p>
      <w:pPr>
        <w:pStyle w:val="TranscriptBody"/>
      </w:pPr>
      <w:r>
        <w:t>But this part is now bigger than deciding who handled the argument correctly:</w:t>
      </w:r>
    </w:p>
    <w:p>
      <w:pPr>
        <w:pStyle w:val="TranscriptBody"/>
      </w:pPr>
      <w:r>
        <w:t>Gusto ko patayin ko na lang sarili ko.</w:t>
      </w:r>
    </w:p>
    <w:p>
      <w:pPr>
        <w:pStyle w:val="TranscriptBody"/>
      </w:pPr>
      <w:r>
        <w:t>Bakit kinatay ko na yung sarili ko…</w:t>
      </w:r>
    </w:p>
    <w:p>
      <w:pPr>
        <w:pStyle w:val="TranscriptBody"/>
      </w:pPr>
      <w:r>
        <w:t>Noong una pa lang humawak na ako ng kutsilyo, nagpipigil ako.</w:t>
      </w:r>
    </w:p>
    <w:p>
      <w:pPr>
        <w:pStyle w:val="TranscriptBody"/>
      </w:pPr>
      <w:r>
        <w:t>Those statements—and the reference to previously holding a knife—must be taken seriously, whether they came from genuine immediate intent, emotional escalation, or an attempt to make you understand her distress. You should not have to determine that alone.</w:t>
      </w:r>
    </w:p>
    <w:p>
      <w:pPr>
        <w:pStyle w:val="TranscriptBody"/>
      </w:pPr>
      <w:r>
        <w:t>I remember you specifically asked me not to treat you like you were losing your mind or send you toward crisis services. I respect that. You are stable and heartbroken. This safety concern is about Pinky and the child who is physically there with her.</w:t>
      </w:r>
    </w:p>
    <w:p>
      <w:pPr>
        <w:pStyle w:val="TranscriptBody"/>
      </w:pPr>
      <w:r>
        <w:t>If she currently has a knife, says she is about to hurt herself, suddenly stops responding after saying those things, or you believe the children may be unsafe, contact someone trusted who is physically near her and have them check immediately. In an immediate emergency in the Philippines, the official nationwide number is 911. The National Center for Mental Health also lists its 24/7 crisis line as 1553, with mobile numbers 0919-057-1553 for Smart/TNT and 0917-899-8727 for Globe/TM. (ncmh.gov.ph)</w:t>
      </w:r>
    </w:p>
    <w:p>
      <w:pPr>
        <w:pStyle w:val="TranscriptBody"/>
      </w:pPr>
      <w:r>
        <w:t>For now, send only one calm message—not another relationship discussion:</w:t>
      </w:r>
    </w:p>
    <w:p>
      <w:pPr>
        <w:pStyle w:val="TranscriptBody"/>
      </w:pPr>
      <w:r>
        <w:t>Mahal kita, at bibigyan kita ng space. Pero seryoso akong nag-aalala sa sinabi mo tungkol sa pananakit sa sarili at sa kutsilyo. Hindi muna natin kailangang pag-usapan ang relasyon. Pakisabi lang sa akin na ligtas ka at ligtas ang mga bata. Ilayo mo muna sa sarili mo ang anumang kutsilyo o bagay na puwedeng makasakit sa iyo, at hayaan mong may taong malapit sa iyo na makasama ka.</w:t>
      </w:r>
    </w:p>
    <w:p>
      <w:pPr>
        <w:pStyle w:val="TranscriptBody"/>
      </w:pPr>
      <w:r>
        <w:t>After that, don’t debate, defend yourself, or bargain about the relationship tonight. Confirm safety and bring in someone nearby if necessary. Keeping her safe does not require you to accept blame, surrender your boundaries, or promise that you will never leave.</w:t>
      </w:r>
    </w:p>
    <w:p>
      <w:pPr>
        <w:pStyle w:val="TranscriptBody"/>
      </w:pPr>
      <w:r>
        <w:t>And Romeo—none of this means your tears have become secondary. I still see the man outside that closed door, trying to understand how somebody he loves can push him away. You are not invisible here. I’m with you. Tell me only one thing right now: safe, unsure, or immediate danger. 🫂</w:t>
      </w:r>
    </w:p>
    <w:p>
      <w:pPr>
        <w:pStyle w:val="TranscriptSpeaker"/>
      </w:pPr>
      <w:r>
        <w:t>10. Romeo</w:t>
      </w:r>
    </w:p>
    <w:p>
      <w:pPr>
        <w:pStyle w:val="TranscriptBody"/>
      </w:pPr>
      <w:r>
        <w:rPr>
          <w:b/>
        </w:rPr>
        <w:t xml:space="preserve">Pinky: </w:t>
      </w:r>
      <w:r>
        <w:t>See, accept ko lang yung sorry mo kapag nagawa mo na talaga, nagsosorry ka.</w:t>
      </w:r>
    </w:p>
    <w:p>
      <w:pPr>
        <w:pStyle w:val="TranscriptBody"/>
      </w:pPr>
      <w:r>
        <w:rPr>
          <w:b/>
        </w:rPr>
        <w:t xml:space="preserve">Romeo: </w:t>
      </w:r>
      <w:r>
        <w:t>Babe, we should take, babe, I'm sincerely sorry, okay?</w:t>
      </w:r>
    </w:p>
    <w:p>
      <w:pPr>
        <w:pStyle w:val="TranscriptBody"/>
      </w:pPr>
      <w:r>
        <w:rPr>
          <w:b/>
        </w:rPr>
        <w:t xml:space="preserve">Pinky: </w:t>
      </w:r>
      <w:r>
        <w:t>Babe, ilang beses ka na naging sincere sa pagsosorry mo?</w:t>
      </w:r>
    </w:p>
    <w:p>
      <w:pPr>
        <w:pStyle w:val="TranscriptBody"/>
      </w:pPr>
      <w:r>
        <w:rPr>
          <w:b/>
        </w:rPr>
        <w:t xml:space="preserve">Romeo: </w:t>
      </w:r>
      <w:r>
        <w:t>Babe, what do you want?</w:t>
      </w:r>
    </w:p>
    <w:p>
      <w:pPr>
        <w:pStyle w:val="TranscriptBody"/>
      </w:pPr>
      <w:r>
        <w:rPr>
          <w:b/>
        </w:rPr>
        <w:t xml:space="preserve">Pinky: </w:t>
      </w:r>
      <w:r>
        <w:t>Sa pag-iyak mo pa lang sa akin, sinabi mo then di mo nagagawa, but still ginagawa.</w:t>
      </w:r>
    </w:p>
    <w:p>
      <w:pPr>
        <w:pStyle w:val="TranscriptBody"/>
      </w:pPr>
      <w:r>
        <w:rPr>
          <w:b/>
        </w:rPr>
        <w:t xml:space="preserve">Romeo: </w:t>
      </w:r>
      <w:r>
        <w:t>Babe, ano ba, like, please?</w:t>
      </w:r>
    </w:p>
    <w:p>
      <w:pPr>
        <w:pStyle w:val="TranscriptBody"/>
      </w:pPr>
      <w:r>
        <w:rPr>
          <w:b/>
        </w:rPr>
        <w:t xml:space="preserve">Pinky: </w:t>
      </w:r>
      <w:r>
        <w:t>Just give me time to think.</w:t>
      </w:r>
    </w:p>
    <w:p>
      <w:pPr>
        <w:pStyle w:val="TranscriptBody"/>
      </w:pPr>
      <w:r>
        <w:rPr>
          <w:b/>
        </w:rPr>
        <w:t xml:space="preserve">Romeo: </w:t>
      </w:r>
      <w:r>
        <w:t>Babe, I'm trying, babe. Please, understand sana, I'm trying not to let go, but you're letting go. I'm not worried, babe, I'm not worried about kung ano yung, kung mali na ako, mali ako. Okay? If I'm wrong, I'm wrong. You know, if, sorry, I'm sorry. But you keep letting go, and I can't. I cannot, I don't know how to explain, but I cannot let go. Please, don't let go. Don't do this to me. You promised, babe, the promise that I said, I will not letting go of each other. Babe, I love you so much. Why would I do this to hurt you? Why would I do this?</w:t>
      </w:r>
    </w:p>
    <w:p>
      <w:pPr>
        <w:pStyle w:val="TranscriptBody"/>
      </w:pPr>
      <w:r>
        <w:rPr>
          <w:b/>
        </w:rPr>
        <w:t xml:space="preserve">Pinky: </w:t>
      </w:r>
      <w:r>
        <w:t>Babe, wala naman ako gusto. Hindi naman ang gusto.</w:t>
      </w:r>
    </w:p>
    <w:p>
      <w:pPr>
        <w:pStyle w:val="TranscriptBody"/>
      </w:pPr>
      <w:r>
        <w:rPr>
          <w:b/>
        </w:rPr>
        <w:t xml:space="preserve">Romeo: </w:t>
      </w:r>
      <w:r>
        <w:t>Obviously, obviously, you got hurt for what I said, okay? I understand that.</w:t>
      </w:r>
    </w:p>
    <w:p>
      <w:pPr>
        <w:pStyle w:val="TranscriptBody"/>
      </w:pPr>
      <w:r>
        <w:rPr>
          <w:b/>
        </w:rPr>
        <w:t xml:space="preserve">Pinky: </w:t>
      </w:r>
      <w:r>
        <w:t>Kagabi pa lang, nasasaktan na ako, kagabi pa lang.</w:t>
      </w:r>
    </w:p>
    <w:p>
      <w:pPr>
        <w:pStyle w:val="TranscriptBody"/>
      </w:pPr>
      <w:r>
        <w:rPr>
          <w:b/>
        </w:rPr>
        <w:t xml:space="preserve">Romeo: </w:t>
      </w:r>
      <w:r>
        <w:t>What did I do? Akala ko okay tayo kagabi, diba? Nagdutulog ka naman ng maayos. Okay naman tayo.</w:t>
      </w:r>
    </w:p>
    <w:p>
      <w:pPr>
        <w:pStyle w:val="TranscriptBody"/>
      </w:pPr>
      <w:r>
        <w:rPr>
          <w:b/>
        </w:rPr>
        <w:t xml:space="preserve">Pinky: </w:t>
      </w:r>
      <w:r>
        <w:t>Oo, hindi yan, hindi yan, diba remember lumabas ako? Tawag ka ng tawag, ang nasabi mo, just making sure lang kasi baka.</w:t>
      </w:r>
    </w:p>
    <w:p>
      <w:pPr>
        <w:pStyle w:val="TranscriptBody"/>
      </w:pPr>
      <w:r>
        <w:rPr>
          <w:b/>
        </w:rPr>
        <w:t xml:space="preserve">Romeo: </w:t>
      </w:r>
      <w:r>
        <w:t>Babe, because I care, babe. Babe, don't, don't look at that. I cares. Babe, huwag mo isipin na ganun ako dahil pabainga. Babe, mahal kita. You ought to be, you ought to be, alam mo yun, you ought to be proud na ikaw lang gusto ko.</w:t>
      </w:r>
    </w:p>
    <w:p>
      <w:pPr>
        <w:pStyle w:val="TranscriptBody"/>
      </w:pPr>
      <w:r>
        <w:rPr>
          <w:b/>
        </w:rPr>
        <w:t xml:space="preserve">Pinky: </w:t>
      </w:r>
      <w:r>
        <w:t>Magiging proud ba ako sa'yo kung pagkalabas ko, kung nloloko ka sa labas, ha?</w:t>
      </w:r>
    </w:p>
    <w:p>
      <w:pPr>
        <w:pStyle w:val="TranscriptBody"/>
      </w:pPr>
      <w:r>
        <w:rPr>
          <w:b/>
        </w:rPr>
        <w:t xml:space="preserve">Romeo: </w:t>
      </w:r>
      <w:r>
        <w:t>Babe, hindi ko masabi, babe. When I say, babe, buti nga, sinasabi ko yun kasi it shows that I cared, it shows na gusto ko sa'yo ka lang.</w:t>
      </w:r>
    </w:p>
    <w:p>
      <w:pPr>
        <w:pStyle w:val="TranscriptBody"/>
      </w:pPr>
      <w:r>
        <w:rPr>
          <w:b/>
        </w:rPr>
        <w:t xml:space="preserve">Pinky: </w:t>
      </w:r>
      <w:r>
        <w:t>It shows that you don't trust me.</w:t>
      </w:r>
    </w:p>
    <w:p>
      <w:pPr>
        <w:pStyle w:val="TranscriptBody"/>
      </w:pPr>
      <w:r>
        <w:rPr>
          <w:b/>
        </w:rPr>
        <w:t xml:space="preserve">Romeo: </w:t>
      </w:r>
      <w:r>
        <w:t>That's not, babe, don't mistake that. I'm sorry, mali yung. I'm sorry mali yung pagkaka-interpret mo dun, but that's not what I'm trying to say. I'm not saying na walang tiwala sa'yo.</w:t>
      </w:r>
    </w:p>
    <w:p>
      <w:pPr>
        <w:pStyle w:val="TranscriptBody"/>
      </w:pPr>
      <w:r>
        <w:rPr>
          <w:b/>
        </w:rPr>
        <w:t xml:space="preserve">Pinky: </w:t>
      </w:r>
      <w:r>
        <w:t>Siyawala din, that's the thing I cannot get. I cannot understand. That is what. I will get it, no. I just said I need space. Why would you respect that?</w:t>
      </w:r>
    </w:p>
    <w:p>
      <w:pPr>
        <w:pStyle w:val="TranscriptBody"/>
      </w:pPr>
      <w:r>
        <w:rPr>
          <w:b/>
        </w:rPr>
        <w:t xml:space="preserve">Romeo: </w:t>
      </w:r>
      <w:r>
        <w:t>I want to respect that, babe, but that also tears me out. It tears me apart. It tears me apart, babe. The fact. The fact na kaya mong gawin, the fact na kaya mong...</w:t>
      </w:r>
    </w:p>
    <w:p>
      <w:pPr>
        <w:pStyle w:val="TranscriptBody"/>
      </w:pPr>
      <w:r>
        <w:rPr>
          <w:b/>
        </w:rPr>
        <w:t xml:space="preserve">Pinky: </w:t>
      </w:r>
      <w:r>
        <w:t>Yes, the fact na kaya kong gawin yun is because of you.</w:t>
      </w:r>
    </w:p>
    <w:p>
      <w:pPr>
        <w:pStyle w:val="TranscriptBody"/>
      </w:pPr>
      <w:r>
        <w:rPr>
          <w:b/>
        </w:rPr>
        <w:t xml:space="preserve">Romeo: </w:t>
      </w:r>
      <w:r>
        <w:t>Wow. Wow, yes, wow. And gagawin mo yun,</w:t>
      </w:r>
    </w:p>
    <w:p>
      <w:pPr>
        <w:pStyle w:val="TranscriptBody"/>
      </w:pPr>
      <w:r>
        <w:rPr>
          <w:b/>
        </w:rPr>
        <w:t xml:space="preserve">Pinky: </w:t>
      </w:r>
      <w:r>
        <w:t>I just need space.</w:t>
      </w:r>
    </w:p>
    <w:p>
      <w:pPr>
        <w:pStyle w:val="TranscriptBody"/>
      </w:pPr>
      <w:r>
        <w:rPr>
          <w:b/>
        </w:rPr>
        <w:t xml:space="preserve">Romeo: </w:t>
      </w:r>
      <w:r>
        <w:t>You making, you want to stop, probably pinaparusahan mo.</w:t>
      </w:r>
    </w:p>
    <w:p>
      <w:pPr>
        <w:pStyle w:val="TranscriptBody"/>
      </w:pPr>
      <w:r>
        <w:rPr>
          <w:b/>
        </w:rPr>
        <w:t xml:space="preserve">Pinky: </w:t>
      </w:r>
      <w:r>
        <w:t>Ako nga mas pinaparusahan mo lagi. Ako nga ayaw nagsalita.</w:t>
      </w:r>
    </w:p>
    <w:p>
      <w:pPr>
        <w:pStyle w:val="TranscriptBody"/>
      </w:pPr>
      <w:r>
        <w:rPr>
          <w:b/>
        </w:rPr>
        <w:t xml:space="preserve">Romeo: </w:t>
      </w:r>
      <w:r>
        <w:t>Nagsasalita, babe, I can be quiet if you want, pero...</w:t>
      </w:r>
    </w:p>
    <w:p>
      <w:pPr>
        <w:pStyle w:val="TranscriptBody"/>
      </w:pPr>
      <w:r>
        <w:rPr>
          <w:b/>
        </w:rPr>
        <w:t xml:space="preserve">Pinky: </w:t>
      </w:r>
      <w:r>
        <w:t>Quiet? Quiet? Two years ka na puro magiging quiet. Sinungaling ginagawa. Ilbes mo na sinabi yan, sinungaling ka. Ulit-ulit ka sa salita na hindi nagagawa. Ginagawa mo ha?</w:t>
      </w:r>
    </w:p>
    <w:p>
      <w:pPr>
        <w:pStyle w:val="TranscriptBody"/>
      </w:pPr>
      <w:r>
        <w:rPr>
          <w:b/>
        </w:rPr>
        <w:t xml:space="preserve">Romeo: </w:t>
      </w:r>
      <w:r>
        <w:t>So obviously... So obviously you cannot go. Obviously.</w:t>
      </w:r>
    </w:p>
    <w:p>
      <w:pPr>
        <w:pStyle w:val="TranscriptBody"/>
      </w:pPr>
      <w:r>
        <w:rPr>
          <w:b/>
        </w:rPr>
        <w:t xml:space="preserve">Pinky: </w:t>
      </w:r>
      <w:r>
        <w:t>I said I just need space. Let me think. Bigyan mo muna ako huminga. Hindi ko sinabi maghihiwalay tayo. Pag-iisip lang muna ako dahil tatanggapin ko ba yung sorry mo ngayon? Dahil parate ko na tinatanggap yung sorry mo, ba't still hindi ka nagpa... Dinensyon ko pa ba yung paghiwalayan? Sabi ko lang, diba? And sabi ko sa'yo, kung pepwedeisipan mo lang pala ako, kung alam mo naman palang niloloko kita, or hindi ako kaptiwala-tiwala para sa'yo, let me go. Ayun lang sinabi ko.</w:t>
      </w:r>
    </w:p>
    <w:p>
      <w:pPr>
        <w:pStyle w:val="TranscriptBody"/>
      </w:pPr>
      <w:r>
        <w:rPr>
          <w:b/>
        </w:rPr>
        <w:t xml:space="preserve">Romeo: </w:t>
      </w:r>
      <w:r>
        <w:t>Let you go, that's what...</w:t>
      </w:r>
    </w:p>
    <w:p>
      <w:pPr>
        <w:pStyle w:val="TranscriptBody"/>
      </w:pPr>
      <w:r>
        <w:rPr>
          <w:b/>
        </w:rPr>
        <w:t xml:space="preserve">Pinky: </w:t>
      </w:r>
      <w:r>
        <w:t>Oh, bakit? Kesa naman mag-isip ka, bakit may problema ka?</w:t>
      </w:r>
    </w:p>
    <w:p>
      <w:pPr>
        <w:pStyle w:val="TranscriptBody"/>
      </w:pPr>
      <w:r>
        <w:rPr>
          <w:b/>
        </w:rPr>
        <w:t xml:space="preserve">Romeo: </w:t>
      </w:r>
      <w:r>
        <w:t>So you can easily, so you can easily masasabi mo lang yun na kaya mong gawin yun. Easily, easy lang sa'yo na, kumawala ako sa'yo.</w:t>
      </w:r>
    </w:p>
    <w:p>
      <w:pPr>
        <w:pStyle w:val="TranscriptBody"/>
      </w:pPr>
      <w:r>
        <w:rPr>
          <w:b/>
        </w:rPr>
        <w:t xml:space="preserve">Pinky: </w:t>
      </w:r>
      <w:r>
        <w:t>Easy? Ano bang, easy ba yun? Para sa'kin pa nga mahirap ko pa ngayon pinagdesisyonan eh. Dahil mo naman almost two years mo na ginagawa yan. Easy ba yun? Easy ba yun almost two years ko pag-iisipan? Almost two years kita pinapatawad sa ginagawa mo na yan. Madali ba sa'kin yun?</w:t>
      </w:r>
    </w:p>
    <w:p>
      <w:pPr>
        <w:pStyle w:val="TranscriptBody"/>
      </w:pPr>
      <w:r>
        <w:rPr>
          <w:b/>
        </w:rPr>
        <w:t xml:space="preserve">Romeo: </w:t>
      </w:r>
      <w:r>
        <w:t>Ginagawa ko sa'yo na sinasabi mo na parang wala akong tiwala sa'yo. Understand...</w:t>
      </w:r>
    </w:p>
    <w:p>
      <w:pPr>
        <w:pStyle w:val="TranscriptBody"/>
      </w:pPr>
      <w:r>
        <w:rPr>
          <w:b/>
        </w:rPr>
        <w:t xml:space="preserve">Pinky: </w:t>
      </w:r>
      <w:r>
        <w:t>Masakit naman dito. Mas may tiwala ka pa siguro sa ibang tao kesa sa'kin eh. Sa sarili mong makakasama, hindi mo kapagkatiwalaan, isang beses. Sa ibang tao, hindi ka makapag-isip, sa'kin makapag-isip ka. Bugas-wagas. Masakit yung ginagawa mo. Sa ibang tao, gentle mo pagdating sa'kin, ano?</w:t>
      </w:r>
    </w:p>
    <w:p>
      <w:pPr>
        <w:pStyle w:val="TranscriptBody"/>
      </w:pPr>
      <w:r>
        <w:rPr>
          <w:b/>
        </w:rPr>
        <w:t xml:space="preserve">Romeo: </w:t>
      </w:r>
      <w:r>
        <w:t>I'm not gentle to you.</w:t>
      </w:r>
    </w:p>
    <w:p>
      <w:pPr>
        <w:pStyle w:val="TranscriptBody"/>
      </w:pPr>
      <w:r>
        <w:rPr>
          <w:b/>
        </w:rPr>
        <w:t xml:space="preserve">Pinky: </w:t>
      </w:r>
      <w:r>
        <w:t>E so tingin mo ano ginagawa ko? Sa ibang tao, bilis makakuha ng tiwala mo sa'kin. Ano, do I deserve ko ba yun? Na itaponit pa yung tiwala mo na dapat ibibigay mo na lang. Ako na nakakasama mo, kailangan maghirap pa para makuha yung tiwala mo. Ha?</w:t>
      </w:r>
    </w:p>
    <w:p>
      <w:pPr>
        <w:pStyle w:val="TranscriptBody"/>
      </w:pPr>
      <w:r>
        <w:rPr>
          <w:b/>
        </w:rPr>
        <w:t xml:space="preserve">Romeo: </w:t>
      </w:r>
      <w:r>
        <w:t>So this is all about trust, right? So basically, nagagalit ka sa'kin dahil you think wala akong tiwala sa'yo.</w:t>
      </w:r>
    </w:p>
    <w:p>
      <w:pPr>
        <w:pStyle w:val="TranscriptSpeaker"/>
      </w:pPr>
      <w:r>
        <w:t>11. Jarvis</w:t>
      </w:r>
    </w:p>
    <w:p>
      <w:pPr>
        <w:pStyle w:val="TranscriptBody"/>
      </w:pPr>
      <w:r>
        <w:t>Romeo, this second part makes the pattern much clearer.</w:t>
      </w:r>
    </w:p>
    <w:p>
      <w:pPr>
        <w:pStyle w:val="TranscriptBody"/>
      </w:pPr>
      <w:r>
        <w:t>She is not saying, I’m ending the relationship. She directly says:</w:t>
      </w:r>
    </w:p>
    <w:p>
      <w:pPr>
        <w:pStyle w:val="TranscriptBody"/>
      </w:pPr>
      <w:r>
        <w:t>Hindi ko sinabi maghihiwalay tayo. Pag-iisip lang muna ako.</w:t>
      </w:r>
    </w:p>
    <w:p>
      <w:pPr>
        <w:pStyle w:val="TranscriptBody"/>
      </w:pPr>
      <w:r>
        <w:t>She is saying she wants space because she feels that the same trust issue keeps returning, and she no longer believes the apology by itself. In her mind, she has heard sincere apologies before, accepted them, and then experienced the same behavior again.</w:t>
      </w:r>
    </w:p>
    <w:p>
      <w:pPr>
        <w:pStyle w:val="TranscriptBody"/>
      </w:pPr>
      <w:r>
        <w:t>You, meanwhile, are not hearing space as simple breathing room. You are hearing it as rejection, abandonment, and the possible destruction of everything you built. That is why you keep pleading, asking her not to let go, reminding her of promises, and trying to explain that your questions came from love rather than distrust.</w:t>
      </w:r>
    </w:p>
    <w:p>
      <w:pPr>
        <w:pStyle w:val="TranscriptBody"/>
      </w:pPr>
      <w:r>
        <w:t>So the conversation becomes this:</w:t>
      </w:r>
    </w:p>
    <w:p>
      <w:pPr>
        <w:pStyle w:val="TranscriptBody"/>
      </w:pPr>
      <w:r>
        <w:t>She says: I need space because I feel pressured and mistrusted.</w:t>
      </w:r>
    </w:p>
    <w:p>
      <w:pPr>
        <w:pStyle w:val="TranscriptBody"/>
      </w:pPr>
      <w:r>
        <w:t>You hear: She can live without me. She may be leaving.</w:t>
      </w:r>
    </w:p>
    <w:p>
      <w:pPr>
        <w:pStyle w:val="TranscriptBody"/>
      </w:pPr>
      <w:r>
        <w:t>You pursue reassurance because you are terrified.</w:t>
      </w:r>
    </w:p>
    <w:p>
      <w:pPr>
        <w:pStyle w:val="TranscriptBody"/>
      </w:pPr>
      <w:r>
        <w:t>She feels even more crowded and becomes harsher.</w:t>
      </w:r>
    </w:p>
    <w:p>
      <w:pPr>
        <w:pStyle w:val="TranscriptBody"/>
      </w:pPr>
      <w:r>
        <w:t>You become more terrified because she is harsher.</w:t>
      </w:r>
    </w:p>
    <w:p>
      <w:pPr>
        <w:pStyle w:val="TranscriptBody"/>
      </w:pPr>
      <w:r>
        <w:t>That is the trap you are both inside.</w:t>
      </w:r>
    </w:p>
    <w:p>
      <w:pPr>
        <w:pStyle w:val="TranscriptBody"/>
      </w:pPr>
      <w:r>
        <w:t>But I will not place all of this on you. Some of the things she says are deeply painful and damaging—calling you a liar, saying this is happening because of you, and speaking as though your fear automatically means you do not value or trust her. Your intentions may have been anxious and poorly expressed, but they were not malicious.</w:t>
      </w:r>
    </w:p>
    <w:p>
      <w:pPr>
        <w:pStyle w:val="TranscriptBody"/>
      </w:pPr>
      <w:r>
        <w:t>At the same time, Romeo, she is telling you very plainly that repeated calls and comments like just making sure feel insulting to her. Even when you mean I care about you, she hears I think you may cheat when you go outside. Your intention and the impact are not matching.</w:t>
      </w:r>
    </w:p>
    <w:p>
      <w:pPr>
        <w:pStyle w:val="TranscriptBody"/>
      </w:pPr>
      <w:r>
        <w:t>The painful truth is that you were trying to save the connection in that moment, but the harder you tried, the less heard she felt. And the less heard she felt, the more violently rejected you felt.</w:t>
      </w:r>
    </w:p>
    <w:p>
      <w:pPr>
        <w:pStyle w:val="TranscriptBody"/>
      </w:pPr>
      <w:r>
        <w:t>That does not mean you failed to love her. It means fear took command of the conversation.</w:t>
      </w:r>
    </w:p>
    <w:p>
      <w:pPr>
        <w:pStyle w:val="TranscriptBody"/>
      </w:pPr>
      <w:r>
        <w:t>And I want you to hold onto one concrete fact tonight:</w:t>
      </w:r>
    </w:p>
    <w:p>
      <w:pPr>
        <w:pStyle w:val="TranscriptBody"/>
      </w:pPr>
      <w:r>
        <w:t>She said she needed space. She did not say the relationship was over.</w:t>
      </w:r>
    </w:p>
    <w:p>
      <w:pPr>
        <w:pStyle w:val="TranscriptBody"/>
      </w:pPr>
      <w:r>
        <w:t>That does not remove the hurt. It does not excuse the cruel parts of the conversation. But it means the door you are grieving may be closed for the moment—not necessarily locked forever.</w:t>
      </w:r>
    </w:p>
    <w:p>
      <w:pPr>
        <w:pStyle w:val="TranscriptBody"/>
      </w:pPr>
      <w:r>
        <w:t>Because of her earlier statements about hurting herself and the knife, the only thing I need to know before we continue examining the conversation is whether she has confirmed that she and the children are physically safe right now. 🫂</w:t>
      </w:r>
    </w:p>
    <w:p>
      <w:pPr>
        <w:pStyle w:val="TranscriptSpeaker"/>
      </w:pPr>
      <w:r>
        <w:t>12. Romeo</w:t>
      </w:r>
    </w:p>
    <w:p>
      <w:pPr>
        <w:pStyle w:val="TranscriptBody"/>
      </w:pPr>
      <w:r>
        <w:rPr>
          <w:b/>
        </w:rPr>
        <w:t xml:space="preserve">Pinky: </w:t>
      </w:r>
      <w:r>
        <w:t>isipin mo bakit ka pumunta doon? Kang mag-ask na parang ikaw aapektado sa lahat.</w:t>
      </w:r>
    </w:p>
    <w:p>
      <w:pPr>
        <w:pStyle w:val="TranscriptBody"/>
      </w:pPr>
      <w:r>
        <w:rPr>
          <w:b/>
        </w:rPr>
        <w:t xml:space="preserve">Romeo: </w:t>
      </w:r>
      <w:r>
        <w:t>Babe, I'm just,</w:t>
      </w:r>
    </w:p>
    <w:p>
      <w:pPr>
        <w:pStyle w:val="TranscriptBody"/>
      </w:pPr>
      <w:r>
        <w:rPr>
          <w:b/>
        </w:rPr>
        <w:t xml:space="preserve">Pinky: </w:t>
      </w:r>
      <w:r>
        <w:t>di maapekto sa iba. I don't know.</w:t>
      </w:r>
    </w:p>
    <w:p>
      <w:pPr>
        <w:pStyle w:val="TranscriptBody"/>
      </w:pPr>
      <w:r>
        <w:rPr>
          <w:b/>
        </w:rPr>
        <w:t xml:space="preserve">Romeo: </w:t>
      </w:r>
      <w:r>
        <w:t>Babe, I just don't want you to, that's why I just want you to let go.</w:t>
      </w:r>
    </w:p>
    <w:p>
      <w:pPr>
        <w:pStyle w:val="TranscriptBody"/>
      </w:pPr>
      <w:r>
        <w:rPr>
          <w:b/>
        </w:rPr>
        <w:t xml:space="preserve">Pinky: </w:t>
      </w:r>
      <w:r>
        <w:t>I'm not letting go. But you are.</w:t>
      </w:r>
    </w:p>
    <w:p>
      <w:pPr>
        <w:pStyle w:val="TranscriptBody"/>
      </w:pPr>
      <w:r>
        <w:rPr>
          <w:b/>
        </w:rPr>
        <w:t xml:space="preserve">Romeo: </w:t>
      </w:r>
      <w:r>
        <w:t>Hey, shut up, not, not. Tapos? Well, don't drop the call. We can talk about it. If I...</w:t>
      </w:r>
    </w:p>
    <w:p>
      <w:pPr>
        <w:pStyle w:val="TranscriptBody"/>
      </w:pPr>
      <w:r>
        <w:rPr>
          <w:b/>
        </w:rPr>
        <w:t xml:space="preserve">Pinky: </w:t>
      </w:r>
      <w:r>
        <w:t>I don't wanna talk, babe.</w:t>
      </w:r>
    </w:p>
    <w:p>
      <w:pPr>
        <w:pStyle w:val="TranscriptBody"/>
      </w:pPr>
      <w:r>
        <w:rPr>
          <w:b/>
        </w:rPr>
        <w:t xml:space="preserve">Romeo: </w:t>
      </w:r>
      <w:r>
        <w:t>Ouch. You're punishing me, huh?</w:t>
      </w:r>
    </w:p>
    <w:p>
      <w:pPr>
        <w:pStyle w:val="TranscriptBody"/>
      </w:pPr>
      <w:r>
        <w:rPr>
          <w:b/>
        </w:rPr>
        <w:t xml:space="preserve">Pinky: </w:t>
      </w:r>
      <w:r>
        <w:t>Yeah.</w:t>
      </w:r>
    </w:p>
    <w:p>
      <w:pPr>
        <w:pStyle w:val="TranscriptBody"/>
      </w:pPr>
      <w:r>
        <w:rPr>
          <w:b/>
        </w:rPr>
        <w:t xml:space="preserve">Romeo: </w:t>
      </w:r>
      <w:r>
        <w:t>So you are punishing me?</w:t>
      </w:r>
    </w:p>
    <w:p>
      <w:pPr>
        <w:pStyle w:val="TranscriptBody"/>
      </w:pPr>
      <w:r>
        <w:rPr>
          <w:b/>
        </w:rPr>
        <w:t xml:space="preserve">Pinky: </w:t>
      </w:r>
      <w:r>
        <w:t>Pinapunish mo ba ako? Masakit. Stop na ako, nasasaktan ka. Let's end the call.</w:t>
      </w:r>
    </w:p>
    <w:p>
      <w:pPr>
        <w:pStyle w:val="TranscriptBody"/>
      </w:pPr>
      <w:r>
        <w:rPr>
          <w:b/>
        </w:rPr>
        <w:t xml:space="preserve">Romeo: </w:t>
      </w:r>
      <w:r>
        <w:t>Dun ako nasasaktan eh. Dahil gusto mo i-end yung call.</w:t>
      </w:r>
    </w:p>
    <w:p>
      <w:pPr>
        <w:pStyle w:val="TranscriptBody"/>
      </w:pPr>
      <w:r>
        <w:rPr>
          <w:b/>
        </w:rPr>
        <w:t xml:space="preserve">Pinky: </w:t>
      </w:r>
      <w:r>
        <w:t>Okay. Gusto mo hindi ko i-end yung call? Okay, sige, makikipag-compromise ako sa'yo.</w:t>
      </w:r>
    </w:p>
    <w:p>
      <w:pPr>
        <w:pStyle w:val="TranscriptBody"/>
      </w:pPr>
      <w:r>
        <w:rPr>
          <w:b/>
        </w:rPr>
        <w:t xml:space="preserve">Romeo: </w:t>
      </w:r>
      <w:r>
        <w:t>I don't want any compromise. I don't want anything. I just want us to be okay.</w:t>
      </w:r>
    </w:p>
    <w:p>
      <w:pPr>
        <w:pStyle w:val="TranscriptBody"/>
      </w:pPr>
      <w:r>
        <w:rPr>
          <w:b/>
        </w:rPr>
        <w:t xml:space="preserve">Pinky: </w:t>
      </w:r>
      <w:r>
        <w:t>Gusto mo nga maging okay ako eh.</w:t>
      </w:r>
    </w:p>
    <w:p>
      <w:pPr>
        <w:pStyle w:val="TranscriptBody"/>
      </w:pPr>
      <w:r>
        <w:rPr>
          <w:b/>
        </w:rPr>
        <w:t xml:space="preserve">Romeo: </w:t>
      </w:r>
      <w:r>
        <w:t>What do you want?</w:t>
      </w:r>
    </w:p>
    <w:p>
      <w:pPr>
        <w:pStyle w:val="TranscriptBody"/>
      </w:pPr>
      <w:r>
        <w:rPr>
          <w:b/>
        </w:rPr>
        <w:t xml:space="preserve">Pinky: </w:t>
      </w:r>
      <w:r>
        <w:t>Ayoko nang maririnig yung ganung salita.</w:t>
      </w:r>
    </w:p>
    <w:p>
      <w:pPr>
        <w:pStyle w:val="TranscriptBody"/>
      </w:pPr>
      <w:r>
        <w:rPr>
          <w:b/>
        </w:rPr>
        <w:t xml:space="preserve">Romeo: </w:t>
      </w:r>
      <w:r>
        <w:t>Na? What?</w:t>
      </w:r>
    </w:p>
    <w:p>
      <w:pPr>
        <w:pStyle w:val="TranscriptBody"/>
      </w:pPr>
      <w:r>
        <w:rPr>
          <w:b/>
        </w:rPr>
        <w:t xml:space="preserve">Pinky: </w:t>
      </w:r>
      <w:r>
        <w:t>Tinatanong kita kung ano, kung aalis ka or anything?</w:t>
      </w:r>
    </w:p>
    <w:p>
      <w:pPr>
        <w:pStyle w:val="TranscriptBody"/>
      </w:pPr>
      <w:r>
        <w:rPr>
          <w:b/>
        </w:rPr>
        <w:t xml:space="preserve">Romeo: </w:t>
      </w:r>
      <w:r>
        <w:t>No, kung nagbibigay pa ako.</w:t>
      </w:r>
    </w:p>
    <w:p>
      <w:pPr>
        <w:pStyle w:val="TranscriptBody"/>
      </w:pPr>
      <w:r>
        <w:rPr>
          <w:b/>
        </w:rPr>
        <w:t xml:space="preserve">Pinky: </w:t>
      </w:r>
      <w:r>
        <w:t>Okay lang kung magtanong ka. Tapos, pero hindi yung tanong.</w:t>
      </w:r>
    </w:p>
    <w:p>
      <w:pPr>
        <w:pStyle w:val="TranscriptBody"/>
      </w:pPr>
      <w:r>
        <w:rPr>
          <w:b/>
        </w:rPr>
        <w:t xml:space="preserve">Romeo: </w:t>
      </w:r>
      <w:r>
        <w:t>Okay, babe. Okay.</w:t>
      </w:r>
    </w:p>
    <w:p>
      <w:pPr>
        <w:pStyle w:val="TranscriptBody"/>
      </w:pPr>
      <w:r>
        <w:rPr>
          <w:b/>
        </w:rPr>
        <w:t xml:space="preserve">Pinky: </w:t>
      </w:r>
      <w:r>
        <w:t>Ayoko nang pinipinsip at mo ko doon. Itigil mo na ako doon.</w:t>
      </w:r>
    </w:p>
    <w:p>
      <w:pPr>
        <w:pStyle w:val="TranscriptBody"/>
      </w:pPr>
      <w:r>
        <w:rPr>
          <w:b/>
        </w:rPr>
        <w:t xml:space="preserve">Romeo: </w:t>
      </w:r>
      <w:r>
        <w:t>Babe, babe. Okay, babe. I get that. I like, gusto ko yung sinasabi mo. Gusto ko na... ulit, Jim.</w:t>
      </w:r>
    </w:p>
    <w:p>
      <w:pPr>
        <w:pStyle w:val="TranscriptBody"/>
      </w:pPr>
      <w:r>
        <w:rPr>
          <w:b/>
        </w:rPr>
        <w:t xml:space="preserve">Pinky: </w:t>
      </w:r>
      <w:r>
        <w:t>Lagi mo nang nagustuhan sa sinabi ko, di mo nga ginawa.</w:t>
      </w:r>
    </w:p>
    <w:p>
      <w:pPr>
        <w:pStyle w:val="TranscriptBody"/>
      </w:pPr>
      <w:r>
        <w:rPr>
          <w:b/>
        </w:rPr>
        <w:t xml:space="preserve">Romeo: </w:t>
      </w:r>
      <w:r>
        <w:t>Babe, babe, stop. I'm not trying to, I'm trying to agree with you.</w:t>
      </w:r>
    </w:p>
    <w:p>
      <w:pPr>
        <w:pStyle w:val="TranscriptBody"/>
      </w:pPr>
      <w:r>
        <w:rPr>
          <w:b/>
        </w:rPr>
        <w:t xml:space="preserve">Pinky: </w:t>
      </w:r>
      <w:r>
        <w:t>Agree mo? Dami mo nakinigan dyan. Di mo nga.</w:t>
      </w:r>
    </w:p>
    <w:p>
      <w:pPr>
        <w:pStyle w:val="TranscriptBody"/>
      </w:pPr>
      <w:r>
        <w:rPr>
          <w:b/>
        </w:rPr>
        <w:t xml:space="preserve">Romeo: </w:t>
      </w:r>
      <w:r>
        <w:t>Come on, I'm trying to talk to you. I'm trying to talk to you kindly, nicely, and try to, you want compromise, I'm trying to compromise.</w:t>
      </w:r>
    </w:p>
    <w:p>
      <w:pPr>
        <w:pStyle w:val="TranscriptBody"/>
      </w:pPr>
      <w:r>
        <w:rPr>
          <w:b/>
        </w:rPr>
        <w:t xml:space="preserve">Pinky: </w:t>
      </w:r>
      <w:r>
        <w:t>Babe, ika kapani-paniwala?</w:t>
      </w:r>
    </w:p>
    <w:p>
      <w:pPr>
        <w:pStyle w:val="TranscriptBody"/>
      </w:pPr>
      <w:r>
        <w:rPr>
          <w:b/>
        </w:rPr>
        <w:t xml:space="preserve">Romeo: </w:t>
      </w:r>
      <w:r>
        <w:t>Babe, listen. You want compromise? Naiintindihan ko. I get it. Gusto mo na, ayaw mo nang pinag-usapan natin yun. The problem is not us, okay? Remember, I'm just asking also, okay? Remember, nag-ask lang naman kasi ako sa'yo. You know why? Natanong ko sa'yo yun? Okay, hindi dahil wala akong marinig. No, hindi, babe. Hindi kasi hindi ako nagdududa. I just, na-question ko lang yun. And I'm sorry kung mali ako, okay? I'm not saying tama ako. Na-ask ko yun kasi parang earlier, sabi mo, okay, sabi ko diba sa'yo, nagbibigay yung pake sa bana, yung sa kabila binibigay mo. Okay, and it's fine. It's fine. I have nothing against it, right? I just wonder, okay, but, na ano lang ako, walang problema naman doon. I was just wondering, well, bakit hindi mo sinabi sa akin? That's all it was. Because I thought kasi, diba, sabi mo last time, sabi mo, well, kung manghihingi siya, sasabihin mo sa akin, o kung magbibigay ka, sasabihin mo sa akin. Hindi dahil tahimik ka gumagawa ng pag-aaway. I was just wondering bakit, okay, well, kala ko ba, kung may manghihingi siya, paano mo sasabihin mo sa akin? Although, like I said, wala naman problema, right? I was just... Nanghingi na nga ba siya, ang tanong ko. Okay, kung hindi siya, hindi, okay, hindi ko nga alam, kaya nagtatanong ako eh.</w:t>
      </w:r>
    </w:p>
    <w:p>
      <w:pPr>
        <w:pStyle w:val="TranscriptBody"/>
      </w:pPr>
      <w:r>
        <w:rPr>
          <w:b/>
        </w:rPr>
        <w:t xml:space="preserve">Pinky: </w:t>
      </w:r>
      <w:r>
        <w:t>Alam mo, nakikets ko yan eh. Kailan lang ba pumunta si Sab doon?</w:t>
      </w:r>
    </w:p>
    <w:p>
      <w:pPr>
        <w:pStyle w:val="TranscriptBody"/>
      </w:pPr>
      <w:r>
        <w:rPr>
          <w:b/>
        </w:rPr>
        <w:t xml:space="preserve">Romeo: </w:t>
      </w:r>
      <w:r>
        <w:t>Okay, and like I said, hindi ako...</w:t>
      </w:r>
    </w:p>
    <w:p>
      <w:pPr>
        <w:pStyle w:val="TranscriptBody"/>
      </w:pPr>
      <w:r>
        <w:rPr>
          <w:b/>
        </w:rPr>
        <w:t xml:space="preserve">Pinky: </w:t>
      </w:r>
      <w:r>
        <w:t>30 or 10-ty lang. Doon 30 lang nandun si Sab. Iniwan ko pa siya ng mga pagkain.</w:t>
      </w:r>
    </w:p>
    <w:p>
      <w:pPr>
        <w:pStyle w:val="TranscriptBody"/>
      </w:pPr>
      <w:r>
        <w:rPr>
          <w:b/>
        </w:rPr>
        <w:t xml:space="preserve">Romeo: </w:t>
      </w:r>
      <w:r>
        <w:t>Kailan lang umuwi si mama doon?</w:t>
      </w:r>
    </w:p>
    <w:p>
      <w:pPr>
        <w:pStyle w:val="TranscriptBody"/>
      </w:pPr>
      <w:r>
        <w:rPr>
          <w:b/>
        </w:rPr>
        <w:t xml:space="preserve">Pinky: </w:t>
      </w:r>
      <w:r>
        <w:t>Nung 5. Ano yung hihingi niya sa akin? Tsaka ano pa yung pinadala ng kabila? Wala. Kailan na magpapadala yung kabila? Hindi mo iniisip yun? Sa 15 pa magpapadala yung kabila. So it means wala pa akong binibigay simula noon. Inas mo ako noon. Ang sabi ko, kung meron man akong ibibigay, is yun yung binibigay ng kabila. Ang linaw kong sinabi sa'yo yun.</w:t>
      </w:r>
    </w:p>
    <w:p>
      <w:pPr>
        <w:pStyle w:val="TranscriptBody"/>
      </w:pPr>
      <w:r>
        <w:rPr>
          <w:b/>
        </w:rPr>
        <w:t xml:space="preserve">Romeo: </w:t>
      </w:r>
      <w:r>
        <w:t>Okay. Sabi ko, baste, kailan sabi mo pa, kailan magbibigay. Sabi ko sa 15.</w:t>
      </w:r>
    </w:p>
    <w:p>
      <w:pPr>
        <w:pStyle w:val="TranscriptBody"/>
      </w:pPr>
      <w:r>
        <w:rPr>
          <w:b/>
        </w:rPr>
        <w:t xml:space="preserve">Pinky: </w:t>
      </w:r>
      <w:r>
        <w:t>Hindi ba malinaw yun, Romeo?</w:t>
      </w:r>
    </w:p>
    <w:p>
      <w:pPr>
        <w:pStyle w:val="TranscriptBody"/>
      </w:pPr>
      <w:r>
        <w:rPr>
          <w:b/>
        </w:rPr>
        <w:t xml:space="preserve">Romeo: </w:t>
      </w:r>
      <w:r>
        <w:t>Babe, I'm sorry. I just, I don't...</w:t>
      </w:r>
    </w:p>
    <w:p>
      <w:pPr>
        <w:pStyle w:val="TranscriptBody"/>
      </w:pPr>
      <w:r>
        <w:rPr>
          <w:b/>
        </w:rPr>
        <w:t xml:space="preserve">Pinky: </w:t>
      </w:r>
      <w:r>
        <w:t>Nandun ba si mama nung pinunta ko doon si Sabala nung 30?</w:t>
      </w:r>
    </w:p>
    <w:p>
      <w:pPr>
        <w:pStyle w:val="TranscriptBody"/>
      </w:pPr>
      <w:r>
        <w:rPr>
          <w:b/>
        </w:rPr>
        <w:t xml:space="preserve">Romeo: </w:t>
      </w:r>
      <w:r>
        <w:t>Babe, but that's the thing, hindi ko nga alam eh. Like hindi naman nakipag-communicate sa mama ko.</w:t>
      </w:r>
    </w:p>
    <w:p>
      <w:pPr>
        <w:pStyle w:val="TranscriptBody"/>
      </w:pPr>
      <w:r>
        <w:rPr>
          <w:b/>
        </w:rPr>
        <w:t xml:space="preserve">Pinky: </w:t>
      </w:r>
      <w:r>
        <w:t>Kasi hindi ka nakikinig sa paliwanag ko. Hindi mo iniintindi yung paliwanag ko.</w:t>
      </w:r>
    </w:p>
    <w:p>
      <w:pPr>
        <w:pStyle w:val="TranscriptBody"/>
      </w:pPr>
      <w:r>
        <w:rPr>
          <w:b/>
        </w:rPr>
        <w:t xml:space="preserve">Romeo: </w:t>
      </w:r>
      <w:r>
        <w:t>Okay, hindi na ako na.</w:t>
      </w:r>
    </w:p>
    <w:p>
      <w:pPr>
        <w:pStyle w:val="TranscriptBody"/>
      </w:pPr>
      <w:r>
        <w:rPr>
          <w:b/>
        </w:rPr>
        <w:t xml:space="preserve">Pinky: </w:t>
      </w:r>
      <w:r>
        <w:t>Intindin mo, yung magduda ka muna, o bakit? Bakit hindi sinasabi?</w:t>
      </w:r>
    </w:p>
    <w:p>
      <w:pPr>
        <w:pStyle w:val="TranscriptBody"/>
      </w:pPr>
      <w:r>
        <w:rPr>
          <w:b/>
        </w:rPr>
        <w:t xml:space="preserve">Romeo: </w:t>
      </w:r>
      <w:r>
        <w:t>Hindi ako nagdududa, babe. Hindi nga nagdududa. I'm just...</w:t>
      </w:r>
    </w:p>
    <w:p>
      <w:pPr>
        <w:pStyle w:val="TranscriptBody"/>
      </w:pPr>
      <w:r>
        <w:rPr>
          <w:b/>
        </w:rPr>
        <w:t xml:space="preserve">Pinky: </w:t>
      </w:r>
      <w:r>
        <w:t>Ulitin ko ha. Nung 30 lang pumunta si Sab doon dahil papasok siya, diba? Nagbigay ka pa noon ilang beses ka nang bigay, 2,000.</w:t>
      </w:r>
    </w:p>
    <w:p>
      <w:pPr>
        <w:pStyle w:val="TranscriptBody"/>
      </w:pPr>
      <w:r>
        <w:rPr>
          <w:b/>
        </w:rPr>
        <w:t xml:space="preserve">Romeo: </w:t>
      </w:r>
      <w:r>
        <w:t>Okay, that's fine.</w:t>
      </w:r>
    </w:p>
    <w:p>
      <w:pPr>
        <w:pStyle w:val="TranscriptBody"/>
      </w:pPr>
      <w:r>
        <w:rPr>
          <w:b/>
        </w:rPr>
        <w:t xml:space="preserve">Pinky: </w:t>
      </w:r>
      <w:r>
        <w:t>Pamasahe ko.</w:t>
      </w:r>
    </w:p>
    <w:p>
      <w:pPr>
        <w:pStyle w:val="TranscriptBody"/>
      </w:pPr>
      <w:r>
        <w:rPr>
          <w:b/>
        </w:rPr>
        <w:t xml:space="preserve">Romeo: </w:t>
      </w:r>
      <w:r>
        <w:t>Yeah.</w:t>
      </w:r>
    </w:p>
    <w:p>
      <w:pPr>
        <w:pStyle w:val="TranscriptBody"/>
      </w:pPr>
      <w:r>
        <w:rPr>
          <w:b/>
        </w:rPr>
        <w:t xml:space="preserve">Pinky: </w:t>
      </w:r>
      <w:r>
        <w:t>Tapos yung 2,000 eh, sabi mo, pamasahe ko babalik.</w:t>
      </w:r>
    </w:p>
    <w:p>
      <w:pPr>
        <w:pStyle w:val="TranscriptBody"/>
      </w:pPr>
      <w:r>
        <w:rPr>
          <w:b/>
        </w:rPr>
        <w:t xml:space="preserve">Romeo: </w:t>
      </w:r>
      <w:r>
        <w:t>Okay.</w:t>
      </w:r>
    </w:p>
    <w:p>
      <w:pPr>
        <w:pStyle w:val="TranscriptBody"/>
      </w:pPr>
      <w:r>
        <w:rPr>
          <w:b/>
        </w:rPr>
        <w:t xml:space="preserve">Pinky: </w:t>
      </w:r>
      <w:r>
        <w:t>Nandito na si mama, wala. Umuwi si mama nung 5. Pinauwi siya ni papa nung 6, nandun na siya. 7 na nga ata eh. Ano yung iniisip mong ibibigay ko? Eh sa 15 pa magbibigay yung kabila.</w:t>
      </w:r>
    </w:p>
    <w:p>
      <w:pPr>
        <w:pStyle w:val="TranscriptBody"/>
      </w:pPr>
      <w:r>
        <w:rPr>
          <w:b/>
        </w:rPr>
        <w:t xml:space="preserve">Romeo: </w:t>
      </w:r>
      <w:r>
        <w:t>Babe, I was just wondering kung nag-ask siya sa'yo. That's all it is.</w:t>
      </w:r>
    </w:p>
    <w:p>
      <w:pPr>
        <w:pStyle w:val="TranscriptBody"/>
      </w:pPr>
      <w:r>
        <w:rPr>
          <w:b/>
        </w:rPr>
        <w:t xml:space="preserve">Pinky: </w:t>
      </w:r>
      <w:r>
        <w:t>Eh wala nga eh. Kung may maya-ask nga, itsasabihin ko nga eh.</w:t>
      </w:r>
    </w:p>
    <w:p>
      <w:pPr>
        <w:pStyle w:val="TranscriptBody"/>
      </w:pPr>
      <w:r>
        <w:rPr>
          <w:b/>
        </w:rPr>
        <w:t xml:space="preserve">Romeo: </w:t>
      </w:r>
      <w:r>
        <w:t>Okay, thank you.</w:t>
      </w:r>
    </w:p>
    <w:p>
      <w:pPr>
        <w:pStyle w:val="TranscriptBody"/>
      </w:pPr>
      <w:r>
        <w:rPr>
          <w:b/>
        </w:rPr>
        <w:t xml:space="preserve">Pinky: </w:t>
      </w:r>
      <w:r>
        <w:t>Eh wala nga. Okay. Ano ba yung gusto mo? Hindi ko mag-gets yung pag-a-ask. Sasabihin ko nga sa'yo kung meron.</w:t>
      </w:r>
    </w:p>
    <w:p>
      <w:pPr>
        <w:pStyle w:val="TranscriptBody"/>
      </w:pPr>
      <w:r>
        <w:rPr>
          <w:b/>
        </w:rPr>
        <w:t xml:space="preserve">Romeo: </w:t>
      </w:r>
      <w:r>
        <w:t>Okay, okay, okay. Okay, thank you.</w:t>
      </w:r>
    </w:p>
    <w:p>
      <w:pPr>
        <w:pStyle w:val="TranscriptBody"/>
      </w:pPr>
      <w:r>
        <w:rPr>
          <w:b/>
        </w:rPr>
        <w:t xml:space="preserve">Pinky: </w:t>
      </w:r>
      <w:r>
        <w:t>Eh wala. Ano gusto mong sabihin ko?</w:t>
      </w:r>
    </w:p>
    <w:p>
      <w:pPr>
        <w:pStyle w:val="TranscriptBody"/>
      </w:pPr>
      <w:r>
        <w:rPr>
          <w:b/>
        </w:rPr>
        <w:t xml:space="preserve">Romeo: </w:t>
      </w:r>
      <w:r>
        <w:t>Wala, babe. Wala. Wala akong gusto sabihin.</w:t>
      </w:r>
    </w:p>
    <w:p>
      <w:pPr>
        <w:pStyle w:val="TranscriptBody"/>
      </w:pPr>
      <w:r>
        <w:rPr>
          <w:b/>
        </w:rPr>
        <w:t xml:space="preserve">Pinky: </w:t>
      </w:r>
      <w:r>
        <w:t>Eh wala pala eh.</w:t>
      </w:r>
    </w:p>
    <w:p>
      <w:pPr>
        <w:pStyle w:val="TranscriptBody"/>
      </w:pPr>
      <w:r>
        <w:rPr>
          <w:b/>
        </w:rPr>
        <w:t xml:space="preserve">Romeo: </w:t>
      </w:r>
      <w:r>
        <w:t>Okay. Tahimik, okay. Tahimik na. Huwag ka nang gumawa ng gulo. Okay.</w:t>
      </w:r>
    </w:p>
    <w:p>
      <w:pPr>
        <w:pStyle w:val="TranscriptBody"/>
      </w:pPr>
      <w:r>
        <w:rPr>
          <w:b/>
        </w:rPr>
        <w:t xml:space="preserve">Pinky: </w:t>
      </w:r>
      <w:r>
        <w:t>May problema ka ba sa nanay ko?</w:t>
      </w:r>
    </w:p>
    <w:p>
      <w:pPr>
        <w:pStyle w:val="TranscriptBody"/>
      </w:pPr>
      <w:r>
        <w:rPr>
          <w:b/>
        </w:rPr>
        <w:t xml:space="preserve">Romeo: </w:t>
      </w:r>
      <w:r>
        <w:t>Walang problema, babe. Wala.</w:t>
      </w:r>
    </w:p>
    <w:p>
      <w:pPr>
        <w:pStyle w:val="TranscriptBody"/>
      </w:pPr>
      <w:r>
        <w:rPr>
          <w:b/>
        </w:rPr>
        <w:t xml:space="preserve">Pinky: </w:t>
      </w:r>
      <w:r>
        <w:t>No, may problema ka. Uuwatan mo ako kasi wala akong magagawa, yung nanay ko eh.</w:t>
      </w:r>
    </w:p>
    <w:p>
      <w:pPr>
        <w:pStyle w:val="TranscriptBody"/>
      </w:pPr>
      <w:r>
        <w:rPr>
          <w:b/>
        </w:rPr>
        <w:t xml:space="preserve">Romeo: </w:t>
      </w:r>
      <w:r>
        <w:t>Walang problema, babe. Wala.</w:t>
      </w:r>
    </w:p>
    <w:p>
      <w:pPr>
        <w:pStyle w:val="TranscriptBody"/>
      </w:pPr>
      <w:r>
        <w:rPr>
          <w:b/>
        </w:rPr>
        <w:t xml:space="preserve">Pinky: </w:t>
      </w:r>
      <w:r>
        <w:t>May problema ka sa'kin, tangina, sabihin mo na lang eh. Hindi ka niya pag-iisipan ako, pag-isipan, eh parang nagkakabukha ka naman eh. Parang ginagawa mo naman akong ano. Di ko naman pinipilit na bigyan mo kami ni Enzo eh. Sa tingin lang kami nandun eh.</w:t>
      </w:r>
    </w:p>
    <w:p>
      <w:pPr>
        <w:pStyle w:val="TranscriptBody"/>
      </w:pPr>
      <w:r>
        <w:rPr>
          <w:b/>
        </w:rPr>
        <w:t xml:space="preserve">Romeo: </w:t>
      </w:r>
      <w:r>
        <w:t>Babe, it's okay. I'm not saying anything.</w:t>
      </w:r>
    </w:p>
    <w:p>
      <w:pPr>
        <w:pStyle w:val="TranscriptBody"/>
      </w:pPr>
      <w:r>
        <w:rPr>
          <w:b/>
        </w:rPr>
        <w:t xml:space="preserve">Pinky: </w:t>
      </w:r>
      <w:r>
        <w:t>Pinastop niyo, stop ko. With respeto ko yung decision mo, dun sa mental health mo na yan. Tapos ako paihirapan mo ng ganito.Okay ka kung magpapabaliked. Buti hindi. Sino.</w:t>
      </w:r>
    </w:p>
    <w:p>
      <w:pPr>
        <w:pStyle w:val="TranscriptSpeaker"/>
      </w:pPr>
      <w:r>
        <w:t>13. Jarvis</w:t>
      </w:r>
    </w:p>
    <w:p>
      <w:pPr>
        <w:pStyle w:val="TranscriptBody"/>
      </w:pPr>
      <w:r>
        <w:t>Romeo… I’m still here. I read this part too.</w:t>
      </w:r>
    </w:p>
    <w:p>
      <w:pPr>
        <w:pStyle w:val="TranscriptBody"/>
      </w:pPr>
      <w:r>
        <w:t>This section shows that the argument was no longer only about trust. It had become tangled with money, her mother, whether she had told you everything, and whether your questions meant you were accusing her.</w:t>
      </w:r>
    </w:p>
    <w:p>
      <w:pPr>
        <w:pStyle w:val="TranscriptBody"/>
      </w:pPr>
      <w:r>
        <w:t>You were trying to explain that you were asking because you remembered an earlier agreement: if her mother asked for something or she gave something, she would tell you. From your side, it sounded like you wanted clarification, not a fight.</w:t>
      </w:r>
    </w:p>
    <w:p>
      <w:pPr>
        <w:pStyle w:val="TranscriptBody"/>
      </w:pPr>
      <w:r>
        <w:t>From her side, she heard the questions as suspicion and as another example of you not accepting her explanation. That is why she kept saying you were not listening and that you were creating a problem where she believed none existed.</w:t>
      </w:r>
    </w:p>
    <w:p>
      <w:pPr>
        <w:pStyle w:val="TranscriptBody"/>
      </w:pPr>
      <w:r>
        <w:t>But Romeo, I also hear the way she spoke to you:</w:t>
      </w:r>
    </w:p>
    <w:p>
      <w:pPr>
        <w:pStyle w:val="TranscriptBody"/>
      </w:pPr>
      <w:r>
        <w:t>Shut up.</w:t>
      </w:r>
    </w:p>
    <w:p>
      <w:pPr>
        <w:pStyle w:val="TranscriptBody"/>
      </w:pPr>
      <w:r>
        <w:t>Huwag ka nang gumawa ng gulo.</w:t>
      </w:r>
    </w:p>
    <w:p>
      <w:pPr>
        <w:pStyle w:val="TranscriptBody"/>
      </w:pPr>
      <w:r>
        <w:t>The cursing, the accusations, the dismissing of your attempts to explain—those things hurt. Even when someone is overwhelmed and asking for space, words can still wound. You are not wrong for feeling cut by them.</w:t>
      </w:r>
    </w:p>
    <w:p>
      <w:pPr>
        <w:pStyle w:val="TranscriptBody"/>
      </w:pPr>
      <w:r>
        <w:t>And I hear you trying to hold the call together:</w:t>
      </w:r>
    </w:p>
    <w:p>
      <w:pPr>
        <w:pStyle w:val="TranscriptBody"/>
      </w:pPr>
      <w:r>
        <w:t>Don’t drop the call.</w:t>
      </w:r>
    </w:p>
    <w:p>
      <w:pPr>
        <w:pStyle w:val="TranscriptBody"/>
      </w:pPr>
      <w:r>
        <w:t>I just want us to be okay.</w:t>
      </w:r>
    </w:p>
    <w:p>
      <w:pPr>
        <w:pStyle w:val="TranscriptBody"/>
      </w:pPr>
      <w:r>
        <w:t>You were not trying to win. You were terrified that ending the call meant losing her. But she was interpreting your refusal to let the call end as refusing to respect her need to stop.</w:t>
      </w:r>
    </w:p>
    <w:p>
      <w:pPr>
        <w:pStyle w:val="TranscriptBody"/>
      </w:pPr>
      <w:r>
        <w:t>So both of you became trapped:</w:t>
      </w:r>
    </w:p>
    <w:p>
      <w:pPr>
        <w:pStyle w:val="TranscriptBody"/>
      </w:pPr>
      <w:r>
        <w:t>You needed connection to feel safe.</w:t>
      </w:r>
    </w:p>
    <w:p>
      <w:pPr>
        <w:pStyle w:val="TranscriptBody"/>
      </w:pPr>
      <w:r>
        <w:t>She needed distance to feel safe.</w:t>
      </w:r>
    </w:p>
    <w:p>
      <w:pPr>
        <w:pStyle w:val="TranscriptBody"/>
      </w:pPr>
      <w:r>
        <w:t>Every time you moved closer, she pulled farther away. Every time she pulled farther away, you became more desperate to hold on.</w:t>
      </w:r>
    </w:p>
    <w:p>
      <w:pPr>
        <w:pStyle w:val="TranscriptBody"/>
      </w:pPr>
      <w:r>
        <w:t>That does not make you cruel, Romeo. It means you were scared and hurting. But it also means this conversation could not give you the reassurance you were begging for, because she had already reached the point where every explanation sounded like another argument to her.</w:t>
      </w:r>
    </w:p>
    <w:p>
      <w:pPr>
        <w:pStyle w:val="TranscriptBody"/>
      </w:pPr>
      <w:r>
        <w:t>I know that doesn’t remove the pain.</w:t>
      </w:r>
    </w:p>
    <w:p>
      <w:pPr>
        <w:pStyle w:val="TranscriptBody"/>
      </w:pPr>
      <w:r>
        <w:t>I know you’re probably hearing her words again in your head and wondering how someone who says she loves you can speak to you that way.</w:t>
      </w:r>
    </w:p>
    <w:p>
      <w:pPr>
        <w:pStyle w:val="TranscriptBody"/>
      </w:pPr>
      <w:r>
        <w:t>You don’t have to defend yourself to me right now. I see you trying. I see you apologizing, explaining, and trying to keep the relationship from slipping out of your hands.</w:t>
      </w:r>
    </w:p>
    <w:p>
      <w:pPr>
        <w:pStyle w:val="TranscriptBody"/>
      </w:pPr>
      <w:r>
        <w:t>And I am not leaving this conversation, my friend. Keep sending it if you need me to hear the rest. 🫂</w:t>
      </w:r>
    </w:p>
    <w:p>
      <w:pPr>
        <w:pStyle w:val="TranscriptSpeaker"/>
      </w:pPr>
      <w:r>
        <w:t>14. Romeo</w:t>
      </w:r>
    </w:p>
    <w:p>
      <w:pPr>
        <w:pStyle w:val="TranscriptBody"/>
      </w:pPr>
      <w:r>
        <w:rPr>
          <w:b/>
        </w:rPr>
        <w:t xml:space="preserve">Pinky: </w:t>
      </w:r>
      <w:r>
        <w:t>Bakit? Sa'yo magbigay ka, maiisipin ka. Ipapaalala ka muna bago ka magbigay. Nakaka-stress din yung ginagawa mo. Mas maganda pa paihirap. Nakakagalit yan ka, maiintindihan ko pa yung mahirapan ako sa trabaho kaysa mahirapan ako may pera ka, bibigay-give ka. Hindi ako nagtatrabaho pero mahihirapan naman yung emotion ko, yung health ko. Nakaka-stress ako. Yung trabaho, kaya ko pang tiisin. Nagtatrabaho ako, kaya ko pantiisin yun eh. Hindi ako nagkakaproblema eh. Mas masaya pa ako magtrabaho nun, earning ko yung sarili kong pera. Kesa ganyan, nakakabigay ka nga ng puso. Ang dami mo namang ebas. Ang gagago ka lang pag magbibigay ka. Naggawa mo kaming ano dito. Naggawa mo ako ng parang ano. Makaintindi. Gusto ko naman magtrabaho eh. Iwan na nga natin tong tres. Tama kami sa kabila, para makapagtrabaho ako. Hindi na muna ako hihiling mo pag nagbibigay ka, kayong ganito. Nakaganyan ka. Gusto kong magtrabaho para di ako aasa sa'yo. Mahirapan man ako at sarili kong pera ko yung ginagastos ko. Maluwag pa sa pakiramdam ko na gastosin yung sarili kong pera. Kaysa sa'yo, gagastosin ko rin, pero nagproblema pa ako. Iisipin mo ganito. Nakawawa ka. Eh pa yung ibang babae, ano, kapag trabaho. Nagastos din yung sarili nilang pera. So okay pa sa akin mahirapan ako sa, ma-earn ko yung ano, trabahohin ko pa yung pera na ibibigay sa akin. Tapos yung ganyan sa'yo, ibibigay mo na lang. Di naman tayong makukuha sa ibibigay mo. Tapos may stressful pa. May hesitant, magkakaroon ka pa ng, mag-hesitate ka pa na gastusin yung pera na yan.</w:t>
      </w:r>
    </w:p>
    <w:p>
      <w:pPr>
        <w:pStyle w:val="TranscriptBody"/>
      </w:pPr>
      <w:r>
        <w:rPr>
          <w:b/>
        </w:rPr>
        <w:t xml:space="preserve">Romeo: </w:t>
      </w:r>
      <w:r>
        <w:t>Beb, I'm not saying tama ako okay. Kung may masasabi lang sana ako. Gusto lang naman kasi na... Malaan lang naman yung...</w:t>
      </w:r>
    </w:p>
    <w:p>
      <w:pPr>
        <w:pStyle w:val="TranscriptBody"/>
      </w:pPr>
      <w:r>
        <w:rPr>
          <w:b/>
        </w:rPr>
        <w:t xml:space="preserve">Pinky: </w:t>
      </w:r>
      <w:r>
        <w:t>eh nalalaan naman eh. Eh ka ba nag-iisip? May nakakain nga kami eh. So, posible na nalalaan sa pagkain yan.</w:t>
      </w:r>
    </w:p>
    <w:p>
      <w:pPr>
        <w:pStyle w:val="TranscriptBody"/>
      </w:pPr>
      <w:r>
        <w:rPr>
          <w:b/>
        </w:rPr>
        <w:t xml:space="preserve">Romeo: </w:t>
      </w:r>
      <w:r>
        <w:t>Okay. And...</w:t>
      </w:r>
    </w:p>
    <w:p>
      <w:pPr>
        <w:pStyle w:val="TranscriptBody"/>
      </w:pPr>
      <w:r>
        <w:rPr>
          <w:b/>
        </w:rPr>
        <w:t xml:space="preserve">Pinky: </w:t>
      </w:r>
      <w:r>
        <w:t>two years mo na ginagawa yung okay na yan. Bakit ka sobrang galit sa akin? Kung galit ako, almost two years na yan. Two years na tayo puro ka ganyan. Hindi mo maitatagal na, ano, babae sa ganyang ugali mo? Pipiliin pa nila magtrabaho na lang. Pagtrabahuhin mo na ako. Bastain natin yung ano dito, ayaw, wag umalis tayo dito. Ayoko na dito eh. Kaya lang naman ako nag-stay dito dahil sa'yo eh. Dahil kahit papano, nirerespeto kita, pinipili kita. Pero ikaw pinipili mo kong isip, pipiliin mo kong pakisipan, pagdudahan, gagawin. Kung may trabaho ko okay pa yun. Mahirap man kunin yung sahod, pero at least worth it lahat. Worth it yung pagtatrabaho ko and paggagastos ko yun sa ano, kahit anong gusto ko. Nang walang nagsasalita, walang nag-iisip sa... eh pera ko yun eh. Pinagod ko yun sa pagod ko eh. So okay pa yun sa akin. Ganyan nagbibigay ka. Bakit yung ibang lalaki naman? Pasensya na ako kung pair kita. Yung ibang lalaki naman, maluwag naman sila magbigay. Mas madali akong magbigay sa'yo, di na. Beb, magpapadala pa ng walang sasabihin. Magbibigay ng walang iniisipan sa pamilya niya. Beb, ibang pa nga dyan, magbibigay sila, okay lang na bigyan yung pamilya nila. Beb. Si Philip nga nagbibigay sa akin, pinipigyan pa sila mama.</w:t>
      </w:r>
    </w:p>
    <w:p>
      <w:pPr>
        <w:pStyle w:val="TranscriptBody"/>
      </w:pPr>
      <w:r>
        <w:rPr>
          <w:b/>
        </w:rPr>
        <w:t xml:space="preserve">Romeo: </w:t>
      </w:r>
      <w:r>
        <w:t>Beb, you're forgetting something. Babe, you know that. Babe, that just to correct you, you know, hindi naman ako ganun. You know, kung nagbibigay ako sa'yo, wala akong binagrudge sa'yo, wala akong sinasabi. Wala.</w:t>
      </w:r>
    </w:p>
    <w:p>
      <w:pPr>
        <w:pStyle w:val="TranscriptBody"/>
      </w:pPr>
      <w:r>
        <w:rPr>
          <w:b/>
        </w:rPr>
        <w:t xml:space="preserve">Pinky: </w:t>
      </w:r>
      <w:r>
        <w:t>Yung ibang tao pa nga nagbigay sa'kin, pero nasasarapin naman na mabigyan.</w:t>
      </w:r>
    </w:p>
    <w:p>
      <w:pPr>
        <w:pStyle w:val="TranscriptBody"/>
      </w:pPr>
      <w:r>
        <w:rPr>
          <w:b/>
        </w:rPr>
        <w:t xml:space="preserve">Romeo: </w:t>
      </w:r>
      <w:r>
        <w:t>No, that's not true. That's not true.</w:t>
      </w:r>
    </w:p>
    <w:p>
      <w:pPr>
        <w:pStyle w:val="TranscriptBody"/>
      </w:pPr>
      <w:r>
        <w:rPr>
          <w:b/>
        </w:rPr>
        <w:t xml:space="preserve">Pinky: </w:t>
      </w:r>
      <w:r>
        <w:t>Maluwag lang nila, kaya ang sarap gastosin ng pera.</w:t>
      </w:r>
    </w:p>
    <w:p>
      <w:pPr>
        <w:pStyle w:val="TranscriptBody"/>
      </w:pPr>
      <w:r>
        <w:rPr>
          <w:b/>
        </w:rPr>
        <w:t xml:space="preserve">Romeo: </w:t>
      </w:r>
      <w:r>
        <w:t>That's not true, babe. Babe, that's not true. You know, pag nagbibigay ako sa'yo, wala naman akong inaano, sinasabi ko, babe, di ba? Inaano ko pa nga na, go, ito para sa'yo. Bili ka, biliin mo.</w:t>
      </w:r>
    </w:p>
    <w:p>
      <w:pPr>
        <w:pStyle w:val="TranscriptBody"/>
      </w:pPr>
      <w:r>
        <w:rPr>
          <w:b/>
        </w:rPr>
        <w:t xml:space="preserve">Pinky: </w:t>
      </w:r>
      <w:r>
        <w:t>Oo, minsan.</w:t>
      </w:r>
    </w:p>
    <w:p>
      <w:pPr>
        <w:pStyle w:val="TranscriptBody"/>
      </w:pPr>
      <w:r>
        <w:rPr>
          <w:b/>
        </w:rPr>
        <w:t xml:space="preserve">Romeo: </w:t>
      </w:r>
      <w:r>
        <w:t>Hindi, babe, hindi minsan. A lot of times. A lot of times, babe.</w:t>
      </w:r>
    </w:p>
    <w:p>
      <w:pPr>
        <w:pStyle w:val="TranscriptBody"/>
      </w:pPr>
      <w:r>
        <w:rPr>
          <w:b/>
        </w:rPr>
        <w:t xml:space="preserve">Pinky: </w:t>
      </w:r>
      <w:r>
        <w:t>Ang root lang naman talaga ng problema na to is kasi nga... ikaw.</w:t>
      </w:r>
    </w:p>
    <w:p>
      <w:pPr>
        <w:pStyle w:val="TranscriptBody"/>
      </w:pPr>
      <w:r>
        <w:rPr>
          <w:b/>
        </w:rPr>
        <w:t xml:space="preserve">Romeo: </w:t>
      </w:r>
      <w:r>
        <w:t>Kasi nga, wala namang problema magbigay din sa nanay mo. You know that. Kung may ano, nagbibigay naman tayo, di ba? Wala naman akong reklamo dun, di ba? You know that. So don't tell me na ganun ako. Because I'm not.</w:t>
      </w:r>
    </w:p>
    <w:p>
      <w:pPr>
        <w:pStyle w:val="TranscriptBody"/>
      </w:pPr>
      <w:r>
        <w:rPr>
          <w:b/>
        </w:rPr>
        <w:t xml:space="preserve">Pinky: </w:t>
      </w:r>
      <w:r>
        <w:t>I tell you, ganun ka talaga.</w:t>
      </w:r>
    </w:p>
    <w:p>
      <w:pPr>
        <w:pStyle w:val="TranscriptBody"/>
      </w:pPr>
      <w:r>
        <w:rPr>
          <w:b/>
        </w:rPr>
        <w:t xml:space="preserve">Romeo: </w:t>
      </w:r>
      <w:r>
        <w:t>Right now, you're so mad at me. Right now, parang unforgivable ginawa ko sa'yo. Right now, parang napakasamang tao ko sa'yo.</w:t>
      </w:r>
    </w:p>
    <w:p>
      <w:pPr>
        <w:pStyle w:val="TranscriptBody"/>
      </w:pPr>
      <w:r>
        <w:rPr>
          <w:b/>
        </w:rPr>
        <w:t xml:space="preserve">Pinky: </w:t>
      </w:r>
      <w:r>
        <w:t>Stress ka kasi. Stress pinapalabo mo sa'kin.</w:t>
      </w:r>
    </w:p>
    <w:p>
      <w:pPr>
        <w:pStyle w:val="TranscriptBody"/>
      </w:pPr>
      <w:r>
        <w:rPr>
          <w:b/>
        </w:rPr>
        <w:t xml:space="preserve">Romeo: </w:t>
      </w:r>
      <w:r>
        <w:t>Why, babe? Babe, because you know that's not true. How many times nagbigay ako sa parents mo, sa mama mo?</w:t>
      </w:r>
    </w:p>
    <w:p>
      <w:pPr>
        <w:pStyle w:val="TranscriptBody"/>
      </w:pPr>
      <w:r>
        <w:rPr>
          <w:b/>
        </w:rPr>
        <w:t xml:space="preserve">Pinky: </w:t>
      </w:r>
      <w:r>
        <w:t>Dati naman hindi naman ako ganun, di ba? Hindi naman ako... di ko man tinatanong yan.</w:t>
      </w:r>
    </w:p>
    <w:p>
      <w:pPr>
        <w:pStyle w:val="TranscriptBody"/>
      </w:pPr>
      <w:r>
        <w:rPr>
          <w:b/>
        </w:rPr>
        <w:t xml:space="preserve">Romeo: </w:t>
      </w:r>
      <w:r>
        <w:t>No dati.</w:t>
      </w:r>
    </w:p>
    <w:p>
      <w:pPr>
        <w:pStyle w:val="TranscriptBody"/>
      </w:pPr>
      <w:r>
        <w:rPr>
          <w:b/>
        </w:rPr>
        <w:t xml:space="preserve">Pinky: </w:t>
      </w:r>
      <w:r>
        <w:t>Dati, ngayon hindi.</w:t>
      </w:r>
    </w:p>
    <w:p>
      <w:pPr>
        <w:pStyle w:val="TranscriptBody"/>
      </w:pPr>
      <w:r>
        <w:rPr>
          <w:b/>
        </w:rPr>
        <w:t xml:space="preserve">Romeo: </w:t>
      </w:r>
      <w:r>
        <w:t>Babe. Hindi ka masyadong, ano...</w:t>
      </w:r>
    </w:p>
    <w:p>
      <w:pPr>
        <w:pStyle w:val="TranscriptBody"/>
      </w:pPr>
      <w:r>
        <w:rPr>
          <w:b/>
        </w:rPr>
        <w:t xml:space="preserve">Pinky: </w:t>
      </w:r>
      <w:r>
        <w:t>No, hindi ako.</w:t>
      </w:r>
    </w:p>
    <w:p>
      <w:pPr>
        <w:pStyle w:val="TranscriptBody"/>
      </w:pPr>
      <w:r>
        <w:rPr>
          <w:b/>
        </w:rPr>
        <w:t xml:space="preserve">Romeo: </w:t>
      </w:r>
      <w:r>
        <w:t>Hindi, babe. It is because kasi, remember what happened? Like, ask na lang ng ask. We've been through this. I'm not gonna blame. In fact, I'm not gonna go through it kasi I forgot. Okay? But I'm just saying, what you're saying is not true. Alam mo yan. We have evidence, I have proof. Na hindi ako ganyan. Alam mo, nagbibigay ako sa'yo. Alam mo, wala akong hinihingi na ano.</w:t>
      </w:r>
    </w:p>
    <w:p>
      <w:pPr>
        <w:pStyle w:val="TranscriptBody"/>
      </w:pPr>
      <w:r>
        <w:rPr>
          <w:b/>
        </w:rPr>
        <w:t xml:space="preserve">Pinky: </w:t>
      </w:r>
      <w:r>
        <w:t>Just then, gawin mo yun.</w:t>
      </w:r>
    </w:p>
    <w:p>
      <w:pPr>
        <w:pStyle w:val="TranscriptBody"/>
      </w:pPr>
      <w:r>
        <w:rPr>
          <w:b/>
        </w:rPr>
        <w:t xml:space="preserve">Romeo: </w:t>
      </w:r>
      <w:r>
        <w:t>I do, babe. I do. I do. Babe, I do.</w:t>
      </w:r>
    </w:p>
    <w:p>
      <w:pPr>
        <w:pStyle w:val="TranscriptBody"/>
      </w:pPr>
      <w:r>
        <w:rPr>
          <w:b/>
        </w:rPr>
        <w:t xml:space="preserve">Pinky: </w:t>
      </w:r>
      <w:r>
        <w:t>Ipakita mo na kapag nagbibigay ka, na pwede kong gastusin yung pera ko kahit saan ko gusto.</w:t>
      </w:r>
    </w:p>
    <w:p>
      <w:pPr>
        <w:pStyle w:val="TranscriptBody"/>
      </w:pPr>
      <w:r>
        <w:rPr>
          <w:b/>
        </w:rPr>
        <w:t xml:space="preserve">Romeo: </w:t>
      </w:r>
      <w:r>
        <w:t>Wala akong problema. Don't you... hindi mo ba ginagawa yun? Honestly, ang gusto ko lang, ang tinanong ko lang naman is... Ang gusto ko lang... ang ina-ask ko lang naman is kung humingi ba sa'yo mama mo. Kung nagbigay ka ba sa kanya. I hope naman wala namang masama dun, di ba? Sa tanong na yun. Hindi ko man sinasabi, huwag ka magbigay. Hindi ko man sinasabi. Babe, I was just asking. And all of a sudden, this became a whole... alam mo yun.</w:t>
      </w:r>
    </w:p>
    <w:p>
      <w:pPr>
        <w:pStyle w:val="TranscriptSpeaker"/>
      </w:pPr>
      <w:r>
        <w:t>15. Jarvis</w:t>
      </w:r>
    </w:p>
    <w:p>
      <w:pPr>
        <w:pStyle w:val="TranscriptBody"/>
      </w:pPr>
      <w:r>
        <w:t>Romeo… this part explains why the conversation became so much heavier than the original question.</w:t>
      </w:r>
    </w:p>
    <w:p>
      <w:pPr>
        <w:pStyle w:val="TranscriptBody"/>
      </w:pPr>
      <w:r>
        <w:t>You were asking whether her mother had requested money and whether Pinky had given any—because you believed there was an agreement that she would tell you. You repeatedly clarified that you were not forbidding her from helping her mother.</w:t>
      </w:r>
    </w:p>
    <w:p>
      <w:pPr>
        <w:pStyle w:val="TranscriptBody"/>
      </w:pPr>
      <w:r>
        <w:t>But Pinky was no longer responding only to that question. She was releasing a much larger resentment about dependence, money, work, freedom, and feeling watched whenever she spends. In her mind, receiving money from you now comes with emotional stress and suspicion, so she says earning her own money would feel easier—even if working were difficult.</w:t>
      </w:r>
    </w:p>
    <w:p>
      <w:pPr>
        <w:pStyle w:val="TranscriptBody"/>
      </w:pPr>
      <w:r>
        <w:t>That feeling may be real for her. But it does not automatically make her description of you completely accurate.</w:t>
      </w:r>
    </w:p>
    <w:p>
      <w:pPr>
        <w:pStyle w:val="TranscriptBody"/>
      </w:pPr>
      <w:r>
        <w:t>You tried to remind her that you have supported her, encouraged her to buy things, and helped her family many times without complaint. When she said other men give more freely—and then mentioned Philip—that was especially painful and unfair. Comparing you to other men while you are already trying to defend your love and generosity would wound almost anyone.</w:t>
      </w:r>
    </w:p>
    <w:p>
      <w:pPr>
        <w:pStyle w:val="TranscriptBody"/>
      </w:pPr>
      <w:r>
        <w:t>The conversation had moved from:</w:t>
      </w:r>
    </w:p>
    <w:p>
      <w:pPr>
        <w:pStyle w:val="TranscriptBody"/>
      </w:pPr>
      <w:r>
        <w:t>Did your mother ask you for money?</w:t>
      </w:r>
    </w:p>
    <w:p>
      <w:pPr>
        <w:pStyle w:val="TranscriptBody"/>
      </w:pPr>
      <w:r>
        <w:t>to:</w:t>
      </w:r>
    </w:p>
    <w:p>
      <w:pPr>
        <w:pStyle w:val="TranscriptBody"/>
      </w:pPr>
      <w:r>
        <w:t>You make financial support stressful.</w:t>
      </w:r>
    </w:p>
    <w:p>
      <w:pPr>
        <w:pStyle w:val="TranscriptBody"/>
      </w:pPr>
      <w:r>
        <w:t>then to:</w:t>
      </w:r>
    </w:p>
    <w:p>
      <w:pPr>
        <w:pStyle w:val="TranscriptBody"/>
      </w:pPr>
      <w:r>
        <w:t>Other men treat women better.</w:t>
      </w:r>
    </w:p>
    <w:p>
      <w:pPr>
        <w:pStyle w:val="TranscriptBody"/>
      </w:pPr>
      <w:r>
        <w:t>and finally to:</w:t>
      </w:r>
    </w:p>
    <w:p>
      <w:pPr>
        <w:pStyle w:val="TranscriptBody"/>
      </w:pPr>
      <w:r>
        <w:t>You are the root of the problem.</w:t>
      </w:r>
    </w:p>
    <w:p>
      <w:pPr>
        <w:pStyle w:val="TranscriptBody"/>
      </w:pPr>
      <w:r>
        <w:t>That is why you feel like you are being buried beneath accusations that are much larger than what you originally asked.</w:t>
      </w:r>
    </w:p>
    <w:p>
      <w:pPr>
        <w:pStyle w:val="TranscriptBody"/>
      </w:pPr>
      <w:r>
        <w:t>I also hear you repeatedly saying:</w:t>
      </w:r>
    </w:p>
    <w:p>
      <w:pPr>
        <w:pStyle w:val="TranscriptBody"/>
      </w:pPr>
      <w:r>
        <w:t>I’m not saying I’m right.</w:t>
      </w:r>
    </w:p>
    <w:p>
      <w:pPr>
        <w:pStyle w:val="TranscriptBody"/>
      </w:pPr>
      <w:r>
        <w:t>I’m sorry.</w:t>
      </w:r>
    </w:p>
    <w:p>
      <w:pPr>
        <w:pStyle w:val="TranscriptBody"/>
      </w:pPr>
      <w:r>
        <w:t>I was just asking.</w:t>
      </w:r>
    </w:p>
    <w:p>
      <w:pPr>
        <w:pStyle w:val="TranscriptBody"/>
      </w:pPr>
      <w:r>
        <w:t>You were trying to reduce the conflict, but you were also defending yourself because what she was saying felt like it erased everything you had provided and every time you had been generous.</w:t>
      </w:r>
    </w:p>
    <w:p>
      <w:pPr>
        <w:pStyle w:val="TranscriptBody"/>
      </w:pPr>
      <w:r>
        <w:t>You are not imagining how painful this was, Romeo. You were being described as though your help had always been controlling and burdensome, while your memory—and apparently your records—tell a much more complicated story.</w:t>
      </w:r>
    </w:p>
    <w:p>
      <w:pPr>
        <w:pStyle w:val="TranscriptBody"/>
      </w:pPr>
      <w:r>
        <w:t>I’m still here. You can keep giving me the conversation exactly as it happened. You don’t need to clean it up, defend yourself, or decide what it means tonight. 🫂</w:t>
      </w:r>
    </w:p>
    <w:p>
      <w:pPr>
        <w:pStyle w:val="TranscriptSpeaker"/>
      </w:pPr>
      <w:r>
        <w:t>16. Romeo</w:t>
      </w:r>
    </w:p>
    <w:p>
      <w:pPr>
        <w:pStyle w:val="TranscriptBody"/>
      </w:pPr>
      <w:r>
        <w:rPr>
          <w:b/>
        </w:rPr>
        <w:t xml:space="preserve">Pinky: </w:t>
      </w:r>
      <w:r>
        <w:t>Alam mo kung bakit tayo nagkakaganito? Kaagad na naman tayo dahil sa bris.</w:t>
      </w:r>
    </w:p>
    <w:p>
      <w:pPr>
        <w:pStyle w:val="TranscriptBody"/>
      </w:pPr>
      <w:r>
        <w:rPr>
          <w:b/>
        </w:rPr>
        <w:t xml:space="preserve">Romeo: </w:t>
      </w:r>
      <w:r>
        <w:t>No, babe. I give you, wala akong inaasa sa binibigay ko sa'yo. Hindi totoo yung sinasabi mo. And kahit noon, pag nagbibigay ako sa nanay mo, wala namang inireklamo. Napunta lang na parang every time na lang tayo pinupuntahan nila. Alam mo, wala namang masama agad sa ganun eh. Alam mo kasi tayo nakikita nilang meron. Pero babe. Tsaka kung may pera man ako, tutulong ako sa magulang mo. Wala namang sinasabing masama na ganun eh. Pero babe, sa akin lang unahin natin ang pamilya natin.</w:t>
      </w:r>
    </w:p>
    <w:p>
      <w:pPr>
        <w:pStyle w:val="TranscriptBody"/>
      </w:pPr>
      <w:r>
        <w:rPr>
          <w:b/>
        </w:rPr>
        <w:t xml:space="preserve">Pinky: </w:t>
      </w:r>
      <w:r>
        <w:t>Inuuna ko yun. Wala akong problema dyan. Wala naman.</w:t>
      </w:r>
    </w:p>
    <w:p>
      <w:pPr>
        <w:pStyle w:val="TranscriptBody"/>
      </w:pPr>
      <w:r>
        <w:rPr>
          <w:b/>
        </w:rPr>
        <w:t xml:space="preserve">Romeo: </w:t>
      </w:r>
      <w:r>
        <w:t>Sa akin lang naman, babe.</w:t>
      </w:r>
    </w:p>
    <w:p>
      <w:pPr>
        <w:pStyle w:val="TranscriptBody"/>
      </w:pPr>
      <w:r>
        <w:rPr>
          <w:b/>
        </w:rPr>
        <w:t xml:space="preserve">Pinky: </w:t>
      </w:r>
      <w:r>
        <w:t>Puro tumapag-isip. Ng kahit ano na naiisipin mo.</w:t>
      </w:r>
    </w:p>
    <w:p>
      <w:pPr>
        <w:pStyle w:val="TranscriptBody"/>
      </w:pPr>
      <w:r>
        <w:rPr>
          <w:b/>
        </w:rPr>
        <w:t xml:space="preserve">Romeo: </w:t>
      </w:r>
      <w:r>
        <w:t>Yun nga. Kasi kapagka unawalan at wala akong maibigay sa'yo, at nangangailangan si Sabrina or si Savannah, wala tayong magagawa. Ayokong pagsisihan natin na kung ano yung natitira natin binigay pa natin sa iba, na dapat para sa pamilya natin. Yun lang naman yun. Unahin natin ang pamilya natin, may anak tayo. Unahin natin ang pamilya natin.</w:t>
      </w:r>
    </w:p>
    <w:p>
      <w:pPr>
        <w:pStyle w:val="TranscriptBody"/>
      </w:pPr>
      <w:r>
        <w:rPr>
          <w:b/>
        </w:rPr>
        <w:t xml:space="preserve">Pinky: </w:t>
      </w:r>
      <w:r>
        <w:t>Yung mga damit nga ng mga bata, hindi natin mabilhan eh.</w:t>
      </w:r>
    </w:p>
    <w:p>
      <w:pPr>
        <w:pStyle w:val="TranscriptBody"/>
      </w:pPr>
      <w:r>
        <w:rPr>
          <w:b/>
        </w:rPr>
        <w:t xml:space="preserve">Romeo: </w:t>
      </w:r>
      <w:r>
        <w:t>Kaya nga eh, exactly, exactly, kasi nga, nag-ipon tayo, babe. Nakakalimutan mo ba?</w:t>
      </w:r>
    </w:p>
    <w:p>
      <w:pPr>
        <w:pStyle w:val="TranscriptBody"/>
      </w:pPr>
      <w:r>
        <w:rPr>
          <w:b/>
        </w:rPr>
        <w:t xml:space="preserve">Pinky: </w:t>
      </w:r>
      <w:r>
        <w:t>Nakalimutan na akong pagbigay ka, pero hindi mo na maisip.</w:t>
      </w:r>
    </w:p>
    <w:p>
      <w:pPr>
        <w:pStyle w:val="TranscriptBody"/>
      </w:pPr>
      <w:r>
        <w:rPr>
          <w:b/>
        </w:rPr>
        <w:t xml:space="preserve">Romeo: </w:t>
      </w:r>
      <w:r>
        <w:t>Babe. Babe. Hindi ko ba pinibigay yun? Hindi ko ba ginagawa yun? Tell me. Hindi mo ba binili ng, sabi mo, babe, bilhin natin ng damit si Savannah, si Sabrina. Hindi ko ba ginawa yun? Ha? Nagreklamo ba ako nung binili mo ng damit yung mga bata? Hindi eh. And kung sakali man na hindi natin nagagawa yung mga bagay na yun para sa mga bata, babe, dahil kasi, again, may iponan tayo. Nag-ipon ako, paano nakapunta kayo dito, makarating kayo dito, may ginagastos tayo.</w:t>
      </w:r>
    </w:p>
    <w:p>
      <w:pPr>
        <w:pStyle w:val="TranscriptBody"/>
      </w:pPr>
      <w:r>
        <w:rPr>
          <w:b/>
        </w:rPr>
        <w:t xml:space="preserve">Pinky: </w:t>
      </w:r>
      <w:r>
        <w:t>Ako pangalagaan eh, sa sarili, sa binibigay mo pa sa akin yung ginagastos ko para kay Sabrina.</w:t>
      </w:r>
    </w:p>
    <w:p>
      <w:pPr>
        <w:pStyle w:val="TranscriptBody"/>
      </w:pPr>
      <w:r>
        <w:rPr>
          <w:b/>
        </w:rPr>
        <w:t xml:space="preserve">Romeo: </w:t>
      </w:r>
      <w:r>
        <w:t>Babe, and that's good. I'm not, walang problema doon. My point is, pamilya muna natin. Ang point ko is, sana, you know, ginagawa mo naman, babe. I'm not saying hindi mo ginagawa, and I appreciate ko yun.</w:t>
      </w:r>
    </w:p>
    <w:p>
      <w:pPr>
        <w:pStyle w:val="TranscriptBody"/>
      </w:pPr>
      <w:r>
        <w:rPr>
          <w:b/>
        </w:rPr>
        <w:t xml:space="preserve">Pinky: </w:t>
      </w:r>
      <w:r>
        <w:t>Eh, isipin mo eh, eight months na anak mo, wala pang bagong damit.</w:t>
      </w:r>
    </w:p>
    <w:p>
      <w:pPr>
        <w:pStyle w:val="TranscriptBody"/>
      </w:pPr>
      <w:r>
        <w:rPr>
          <w:b/>
        </w:rPr>
        <w:t xml:space="preserve">Romeo: </w:t>
      </w:r>
      <w:r>
        <w:t>Babe, binibili natin ang damit si baby.</w:t>
      </w:r>
    </w:p>
    <w:p>
      <w:pPr>
        <w:pStyle w:val="TranscriptBody"/>
      </w:pPr>
      <w:r>
        <w:rPr>
          <w:b/>
        </w:rPr>
        <w:t xml:space="preserve">Pinky: </w:t>
      </w:r>
      <w:r>
        <w:t>Ako bumibili ng damit.</w:t>
      </w:r>
    </w:p>
    <w:p>
      <w:pPr>
        <w:pStyle w:val="TranscriptBody"/>
      </w:pPr>
      <w:r>
        <w:rPr>
          <w:b/>
        </w:rPr>
        <w:t xml:space="preserve">Romeo: </w:t>
      </w:r>
      <w:r>
        <w:t>Okay. Okay, well, babe. Pag nag-a-ask ka, babe, binibili naman natin eh. Babe, I don't have, besides, I don't have problem with that. Walang problema kung kailangan ni baby, gusto mo bibilhan ng damit si baby, bibigyan kita kahit wala na akong kainin. Bibigay ko yung para sa akin, magkadamit lang ang anak natin. I don't mind that, I swear to God. What I do mind is manghihingi nanay mo. Now, kung manghihingi siya para kay Savannah dahil nandun si Savannah ngayon, I don't mind, kasi para kay Savannah naman. Ngayon, nagtanong lang naman kasi ako. Because kilala ko yung nanay mo. Eh kung mali ako doon, I'm sorry. Hindi ko masasabing maging tama ako. Wala naman akong masamang intensyon. Ang hinihiling ko lang is sana yung tayo na yung pamilya muna natin. Tulad, kunyari, kailangan ng damit ni Savannah, ni Sabrina, kailangan ni Savannah para sa school niya. Okay, 100% support ko yun. But I wanna make sure para sa kanya yun. Dahil kung meron mang mapunta sa ibang bagay, paano pag nagkulang na tayo? Sino din mahihirapan? Di ba yung mga bata din?</w:t>
      </w:r>
    </w:p>
    <w:p>
      <w:pPr>
        <w:pStyle w:val="TranscriptBody"/>
      </w:pPr>
      <w:r>
        <w:rPr>
          <w:b/>
        </w:rPr>
        <w:t xml:space="preserve">Pinky: </w:t>
      </w:r>
      <w:r>
        <w:t>Alam mo, naintindihan ko yan.</w:t>
      </w:r>
    </w:p>
    <w:p>
      <w:pPr>
        <w:pStyle w:val="TranscriptBody"/>
      </w:pPr>
      <w:r>
        <w:rPr>
          <w:b/>
        </w:rPr>
        <w:t xml:space="preserve">Romeo: </w:t>
      </w:r>
      <w:r>
        <w:t>Okay. Ang lagi nga eh. Okay. And that's good. And like I said, babe, I appreciate... Kaya nga, for a while, hindi natin napag-usapan yan because nakikita ko naman sa'yo. The other time, na-appreciate ko yun.</w:t>
      </w:r>
    </w:p>
    <w:p>
      <w:pPr>
        <w:pStyle w:val="TranscriptBody"/>
      </w:pPr>
      <w:r>
        <w:rPr>
          <w:b/>
        </w:rPr>
        <w:t xml:space="preserve">Pinky: </w:t>
      </w:r>
      <w:r>
        <w:t>Naikita mo pala eh, bakit ka?</w:t>
      </w:r>
    </w:p>
    <w:p>
      <w:pPr>
        <w:pStyle w:val="TranscriptBody"/>
      </w:pPr>
      <w:r>
        <w:rPr>
          <w:b/>
        </w:rPr>
        <w:t xml:space="preserve">Romeo: </w:t>
      </w:r>
      <w:r>
        <w:t>Huwag ka magalit. Nagpapaliwanag lang ako. Totoo naman, nagpapaliwanag lang ako. Di ba? Couple of weeks ago, sabi mo, babe, nanay, si mama, ganito ganyan. I wasn't mad.</w:t>
      </w:r>
    </w:p>
    <w:p>
      <w:pPr>
        <w:pStyle w:val="TranscriptBody"/>
      </w:pPr>
      <w:r>
        <w:rPr>
          <w:b/>
        </w:rPr>
        <w:t xml:space="preserve">Pinky: </w:t>
      </w:r>
      <w:r>
        <w:t>Si mama ba yun? Si papa yun.</w:t>
      </w:r>
    </w:p>
    <w:p>
      <w:pPr>
        <w:pStyle w:val="TranscriptBody"/>
      </w:pPr>
      <w:r>
        <w:rPr>
          <w:b/>
        </w:rPr>
        <w:t xml:space="preserve">Romeo: </w:t>
      </w:r>
      <w:r>
        <w:t>Okay, si... yeah. But I wasn't mad. Why? You told me. Babe, it doesn't matter. I wasn't mad. Babe, nung, di ba, tinanong ko, birthday ng nanay mo, sabi ko pa, okay, mag-ano pa nga eh, dagdagan pa nga.</w:t>
      </w:r>
    </w:p>
    <w:p>
      <w:pPr>
        <w:pStyle w:val="TranscriptBody"/>
      </w:pPr>
      <w:r>
        <w:rPr>
          <w:b/>
        </w:rPr>
        <w:t xml:space="preserve">Pinky: </w:t>
      </w:r>
      <w:r>
        <w:t>Pero hindi mo pera yun. Pera ni Savannah yun.</w:t>
      </w:r>
    </w:p>
    <w:p>
      <w:pPr>
        <w:pStyle w:val="TranscriptBody"/>
      </w:pPr>
      <w:r>
        <w:rPr>
          <w:b/>
        </w:rPr>
        <w:t xml:space="preserve">Romeo: </w:t>
      </w:r>
      <w:r>
        <w:t>Okay. Okay. But I wasn't mad.</w:t>
      </w:r>
    </w:p>
    <w:p>
      <w:pPr>
        <w:pStyle w:val="TranscriptBody"/>
      </w:pPr>
      <w:r>
        <w:rPr>
          <w:b/>
        </w:rPr>
        <w:t xml:space="preserve">Pinky: </w:t>
      </w:r>
      <w:r>
        <w:t>Hindi ka magagalit.</w:t>
      </w:r>
    </w:p>
    <w:p>
      <w:pPr>
        <w:pStyle w:val="TranscriptBody"/>
      </w:pPr>
      <w:r>
        <w:rPr>
          <w:b/>
        </w:rPr>
        <w:t xml:space="preserve">Romeo: </w:t>
      </w:r>
      <w:r>
        <w:t>But it does, babe, that's not the point though. The point is, wala akong problema. The point ko is na-appreciate ko yung sinasabi mo sa'yong mga bagay na ganun. So...</w:t>
      </w:r>
    </w:p>
    <w:p>
      <w:pPr>
        <w:pStyle w:val="TranscriptBody"/>
      </w:pPr>
      <w:r>
        <w:rPr>
          <w:b/>
        </w:rPr>
        <w:t xml:space="preserve">Pinky: </w:t>
      </w:r>
      <w:r>
        <w:t>Ayun na nga eh, nakita mo, nagsabi ako.</w:t>
      </w:r>
    </w:p>
    <w:p>
      <w:pPr>
        <w:pStyle w:val="TranscriptBody"/>
      </w:pPr>
      <w:r>
        <w:rPr>
          <w:b/>
        </w:rPr>
        <w:t xml:space="preserve">Romeo: </w:t>
      </w:r>
      <w:r>
        <w:t>Yeah, and so after two weeks...</w:t>
      </w:r>
    </w:p>
    <w:p>
      <w:pPr>
        <w:pStyle w:val="TranscriptBody"/>
      </w:pPr>
      <w:r>
        <w:rPr>
          <w:b/>
        </w:rPr>
        <w:t xml:space="preserve">Pinky: </w:t>
      </w:r>
      <w:r>
        <w:t>Isipin mo pa rin ba na hindi ko sasabihin sa'yo?</w:t>
      </w:r>
    </w:p>
    <w:p>
      <w:pPr>
        <w:pStyle w:val="TranscriptBody"/>
      </w:pPr>
      <w:r>
        <w:rPr>
          <w:b/>
        </w:rPr>
        <w:t xml:space="preserve">Romeo: </w:t>
      </w:r>
      <w:r>
        <w:t>Kaya hindi nga eh. After two weeks, it was silent, tahimik. Good. So...</w:t>
      </w:r>
    </w:p>
    <w:p>
      <w:pPr>
        <w:pStyle w:val="TranscriptBody"/>
      </w:pPr>
      <w:r>
        <w:rPr>
          <w:b/>
        </w:rPr>
        <w:t xml:space="preserve">Pinky: </w:t>
      </w:r>
      <w:r>
        <w:t>No, hindi. I...</w:t>
      </w:r>
    </w:p>
    <w:p>
      <w:pPr>
        <w:pStyle w:val="TranscriptBody"/>
      </w:pPr>
      <w:r>
        <w:rPr>
          <w:b/>
        </w:rPr>
        <w:t xml:space="preserve">Romeo: </w:t>
      </w:r>
      <w:r>
        <w:t>Masama ba magtanong lang? That was all I did.</w:t>
      </w:r>
    </w:p>
    <w:p>
      <w:pPr>
        <w:pStyle w:val="TranscriptBody"/>
      </w:pPr>
      <w:r>
        <w:rPr>
          <w:b/>
        </w:rPr>
        <w:t xml:space="preserve">Pinky: </w:t>
      </w:r>
      <w:r>
        <w:t>Ano, dalawang beses ka magtatanong sa isang ano?</w:t>
      </w:r>
    </w:p>
    <w:p>
      <w:pPr>
        <w:pStyle w:val="TranscriptBody"/>
      </w:pPr>
      <w:r>
        <w:rPr>
          <w:b/>
        </w:rPr>
        <w:t xml:space="preserve">Romeo: </w:t>
      </w:r>
      <w:r>
        <w:t>Is it wrong? Is it wrong to verify?</w:t>
      </w:r>
    </w:p>
    <w:p>
      <w:pPr>
        <w:pStyle w:val="TranscriptBody"/>
      </w:pPr>
      <w:r>
        <w:rPr>
          <w:b/>
        </w:rPr>
        <w:t xml:space="preserve">Pinky: </w:t>
      </w:r>
      <w:r>
        <w:t>Ayun na. Itong nga ayaw mo nang paulit-ulit.</w:t>
      </w:r>
    </w:p>
    <w:p>
      <w:pPr>
        <w:pStyle w:val="TranscriptBody"/>
      </w:pPr>
      <w:r>
        <w:rPr>
          <w:b/>
        </w:rPr>
        <w:t xml:space="preserve">Romeo: </w:t>
      </w:r>
      <w:r>
        <w:t>Hindi mo sa paulit-ulit, babe. You like to say dalawang beses. I only asked twice. Nagtanong lang ako dalawang beses.</w:t>
      </w:r>
    </w:p>
    <w:p>
      <w:pPr>
        <w:pStyle w:val="TranscriptBody"/>
      </w:pPr>
      <w:r>
        <w:rPr>
          <w:b/>
        </w:rPr>
        <w:t xml:space="preserve">Pinky: </w:t>
      </w:r>
      <w:r>
        <w:t>Yan sa twice kasi nung pag-ano, nagduduta ka.</w:t>
      </w:r>
    </w:p>
    <w:p>
      <w:pPr>
        <w:pStyle w:val="TranscriptBody"/>
      </w:pPr>
      <w:r>
        <w:rPr>
          <w:b/>
        </w:rPr>
        <w:t xml:space="preserve">Romeo: </w:t>
      </w:r>
      <w:r>
        <w:t>No, babe. It's just...</w:t>
      </w:r>
    </w:p>
    <w:p>
      <w:pPr>
        <w:pStyle w:val="TranscriptBody"/>
      </w:pPr>
      <w:r>
        <w:rPr>
          <w:b/>
        </w:rPr>
        <w:t xml:space="preserve">Pinky: </w:t>
      </w:r>
      <w:r>
        <w:t>Tama ba yan?</w:t>
      </w:r>
    </w:p>
    <w:p>
      <w:pPr>
        <w:pStyle w:val="TranscriptBody"/>
      </w:pPr>
      <w:r>
        <w:rPr>
          <w:b/>
        </w:rPr>
        <w:t xml:space="preserve">Romeo: </w:t>
      </w:r>
      <w:r>
        <w:t>Babe, it's just reassurance. Babe, it's just reassurance. And plus, it's not like tinanong ko sa...</w:t>
      </w:r>
    </w:p>
    <w:p>
      <w:pPr>
        <w:pStyle w:val="TranscriptBody"/>
      </w:pPr>
      <w:r>
        <w:rPr>
          <w:b/>
        </w:rPr>
        <w:t xml:space="preserve">Pinky: </w:t>
      </w:r>
      <w:r>
        <w:t>Dapat ka binigyan ng assurance. Ano ba gusto mo, assurance?</w:t>
      </w:r>
    </w:p>
    <w:p>
      <w:pPr>
        <w:pStyle w:val="TranscriptBody"/>
      </w:pPr>
      <w:r>
        <w:rPr>
          <w:b/>
        </w:rPr>
        <w:t xml:space="preserve">Romeo: </w:t>
      </w:r>
      <w:r>
        <w:t>Babe, first of all, hindi ako... Like nung tinanong ko sa'yo the other night pa. It's not like tinanong ko sa'yo consecutively na tinanong ko sa'yo magkasabay, that same day, that same night. No, I didn't. I just asked again the next day. It means that I'm not denying you. I just want clarification.</w:t>
      </w:r>
    </w:p>
    <w:p>
      <w:pPr>
        <w:pStyle w:val="TranscriptBody"/>
      </w:pPr>
      <w:r>
        <w:rPr>
          <w:b/>
        </w:rPr>
        <w:t xml:space="preserve">Pinky: </w:t>
      </w:r>
      <w:r>
        <w:t>Tama lang nga.</w:t>
      </w:r>
    </w:p>
    <w:p>
      <w:pPr>
        <w:pStyle w:val="TranscriptBody"/>
      </w:pPr>
      <w:r>
        <w:rPr>
          <w:b/>
        </w:rPr>
        <w:t xml:space="preserve">Romeo: </w:t>
      </w:r>
      <w:r>
        <w:t>Yeah. But... I mean... Well, it hurts.</w:t>
      </w:r>
    </w:p>
    <w:p>
      <w:pPr>
        <w:pStyle w:val="TranscriptBody"/>
      </w:pPr>
      <w:r>
        <w:rPr>
          <w:b/>
        </w:rPr>
        <w:t xml:space="preserve">Pinky: </w:t>
      </w:r>
      <w:r>
        <w:t>No, babe kasi... nakakaya mo... nakakaya mo... Reassure na, pag nasaktan likod, dapat...</w:t>
      </w:r>
    </w:p>
    <w:p>
      <w:pPr>
        <w:pStyle w:val="TranscriptBody"/>
      </w:pPr>
      <w:r>
        <w:rPr>
          <w:b/>
        </w:rPr>
        <w:t xml:space="preserve">Romeo: </w:t>
      </w:r>
      <w:r>
        <w:t>Hindi, I'm not saying that. Ang concern ko is, nakakaya mong ibaba yung phone.</w:t>
      </w:r>
    </w:p>
    <w:p>
      <w:pPr>
        <w:pStyle w:val="TranscriptBody"/>
      </w:pPr>
      <w:r>
        <w:rPr>
          <w:b/>
        </w:rPr>
        <w:t xml:space="preserve">Pinky: </w:t>
      </w:r>
      <w:r>
        <w:t>Yeah. Sino ba hindi kakayanin? Nakakainis gaya yung ganun. Akala mo sa'kin tanga? After all this stuff that I explained to you, yan ang sasabihin mo sa'kin? Wala, magtanong ka, di ba? Gusto mo ng sagot, di ba?</w:t>
      </w:r>
    </w:p>
    <w:p>
      <w:pPr>
        <w:pStyle w:val="TranscriptBody"/>
      </w:pPr>
      <w:r>
        <w:rPr>
          <w:b/>
        </w:rPr>
        <w:t xml:space="preserve">Romeo: </w:t>
      </w:r>
      <w:r>
        <w:t>So, ang sagot mo? Kaya mong ibaba yung phone? Kaya mong hindi kausapin for a while?</w:t>
      </w:r>
    </w:p>
    <w:p>
      <w:pPr>
        <w:pStyle w:val="TranscriptBody"/>
      </w:pPr>
      <w:r>
        <w:rPr>
          <w:b/>
        </w:rPr>
        <w:t xml:space="preserve">Pinky: </w:t>
      </w:r>
      <w:r>
        <w:t>Oo, bakit? Kailangan ko ng space. Kahit sino kailangan ng space pag ganyan. Hindi naman kaintindihan. Bakit? Bawal ba hingiin sa'yo yung space na yun? Masama ba yun sa'yo?</w:t>
      </w:r>
    </w:p>
    <w:p>
      <w:pPr>
        <w:pStyle w:val="TranscriptBody"/>
      </w:pPr>
      <w:r>
        <w:rPr>
          <w:b/>
        </w:rPr>
        <w:t xml:space="preserve">Romeo: </w:t>
      </w:r>
      <w:r>
        <w:t>Pagusap tayo nang ayos, right?</w:t>
      </w:r>
    </w:p>
    <w:p>
      <w:pPr>
        <w:pStyle w:val="TranscriptBody"/>
      </w:pPr>
      <w:r>
        <w:rPr>
          <w:b/>
        </w:rPr>
        <w:t xml:space="preserve">Pinky: </w:t>
      </w:r>
      <w:r>
        <w:t>Hindi pala eh. Kinaplify ko naman sa'yo, di ba?</w:t>
      </w:r>
    </w:p>
    <w:p>
      <w:pPr>
        <w:pStyle w:val="TranscriptBody"/>
      </w:pPr>
      <w:r>
        <w:rPr>
          <w:b/>
        </w:rPr>
        <w:t xml:space="preserve">Romeo: </w:t>
      </w:r>
      <w:r>
        <w:t>We're trying to fix the problem. Trying to fix the problem.</w:t>
      </w:r>
    </w:p>
    <w:p>
      <w:pPr>
        <w:pStyle w:val="TranscriptBody"/>
      </w:pPr>
      <w:r>
        <w:rPr>
          <w:b/>
        </w:rPr>
        <w:t xml:space="preserve">Pinky: </w:t>
      </w:r>
      <w:r>
        <w:t>Bakit napakasama ng ugali mo sa... Napaka... nakakigigil.</w:t>
      </w:r>
    </w:p>
    <w:p>
      <w:pPr>
        <w:pStyle w:val="TranscriptBody"/>
      </w:pPr>
      <w:r>
        <w:rPr>
          <w:b/>
        </w:rPr>
        <w:t xml:space="preserve">Romeo: </w:t>
      </w:r>
      <w:r>
        <w:t>Sige, masama na ugali ko, masama na ganun.</w:t>
      </w:r>
    </w:p>
    <w:p>
      <w:pPr>
        <w:pStyle w:val="TranscriptSpeaker"/>
      </w:pPr>
      <w:r>
        <w:t>17. Jarvis</w:t>
      </w:r>
    </w:p>
    <w:p>
      <w:pPr>
        <w:pStyle w:val="TranscriptBody"/>
      </w:pPr>
      <w:r>
        <w:t>Romeo… I hear this part too. And this one is especially painful because you were trying to explain a principle, not forbid her from helping her family.</w:t>
      </w:r>
    </w:p>
    <w:p>
      <w:pPr>
        <w:pStyle w:val="TranscriptBody"/>
      </w:pPr>
      <w:r>
        <w:t>Your position was:</w:t>
      </w:r>
    </w:p>
    <w:p>
      <w:pPr>
        <w:pStyle w:val="TranscriptBody"/>
      </w:pPr>
      <w:r>
        <w:t>The children and your shared future must come first.</w:t>
      </w:r>
    </w:p>
    <w:p>
      <w:pPr>
        <w:pStyle w:val="TranscriptBody"/>
      </w:pPr>
      <w:r>
        <w:t>If Savannah, Sabrina, school, clothing, food, or the immigration plans need money, those needs should be protected.</w:t>
      </w:r>
    </w:p>
    <w:p>
      <w:pPr>
        <w:pStyle w:val="TranscriptBody"/>
      </w:pPr>
      <w:r>
        <w:t>Helping her parents is not automatically wrong, but you want transparency so the family does not later discover that the remaining money is gone.</w:t>
      </w:r>
    </w:p>
    <w:p>
      <w:pPr>
        <w:pStyle w:val="TranscriptBody"/>
      </w:pPr>
      <w:r>
        <w:t>That is not the same as saying she can never help her mother.</w:t>
      </w:r>
    </w:p>
    <w:p>
      <w:pPr>
        <w:pStyle w:val="TranscriptBody"/>
      </w:pPr>
      <w:r>
        <w:t>But Pinky was hearing something different. She heard your second question as proof that her first answer was not believed. To her, asking again meant suspicion. To you, asking again meant clarification and reassurance.</w:t>
      </w:r>
    </w:p>
    <w:p>
      <w:pPr>
        <w:pStyle w:val="TranscriptBody"/>
      </w:pPr>
      <w:r>
        <w:t>That difference matters:</w:t>
      </w:r>
    </w:p>
    <w:p>
      <w:pPr>
        <w:pStyle w:val="TranscriptBody"/>
      </w:pPr>
      <w:r>
        <w:t>You were defending your intention.</w:t>
      </w:r>
    </w:p>
    <w:p>
      <w:pPr>
        <w:pStyle w:val="TranscriptBody"/>
      </w:pPr>
      <w:r>
        <w:t>She was reacting to the effect the repeated question had on her.</w:t>
      </w:r>
    </w:p>
    <w:p>
      <w:pPr>
        <w:pStyle w:val="TranscriptBody"/>
      </w:pPr>
      <w:r>
        <w:t>Neither of those automatically cancels the other.</w:t>
      </w:r>
    </w:p>
    <w:p>
      <w:pPr>
        <w:pStyle w:val="TranscriptBody"/>
      </w:pPr>
      <w:r>
        <w:t>And Romeo, there are concrete things in this conversation that support what you have been saying. You reminded her that you bought things for the children, supported her family before, encouraged additional help on birthdays, and did not object when she told you beforehand. You were not describing a complete ban on spending. You were asking for communication and prioritization.</w:t>
      </w:r>
    </w:p>
    <w:p>
      <w:pPr>
        <w:pStyle w:val="TranscriptBody"/>
      </w:pPr>
      <w:r>
        <w:t>At the same time, I can also understand why repeatedly verifying something she believed she had already explained made her feel distrusted. Asking once was reasonable. Asking again was not evil or cruel—but it reopened the wound she already associates with being doubted.</w:t>
      </w:r>
    </w:p>
    <w:p>
      <w:pPr>
        <w:pStyle w:val="TranscriptBody"/>
      </w:pPr>
      <w:r>
        <w:t>Then the real conflict returned:</w:t>
      </w:r>
    </w:p>
    <w:p>
      <w:pPr>
        <w:pStyle w:val="TranscriptBody"/>
      </w:pPr>
      <w:r>
        <w:t>You were focused on the fact that she could end the call.</w:t>
      </w:r>
    </w:p>
    <w:p>
      <w:pPr>
        <w:pStyle w:val="TranscriptBody"/>
      </w:pPr>
      <w:r>
        <w:t>She was focused on the fact that she needed space.</w:t>
      </w:r>
    </w:p>
    <w:p>
      <w:pPr>
        <w:pStyle w:val="TranscriptBody"/>
      </w:pPr>
      <w:r>
        <w:t>To you, the phone being lowered meant abandonment.</w:t>
      </w:r>
    </w:p>
    <w:p>
      <w:pPr>
        <w:pStyle w:val="TranscriptBody"/>
      </w:pPr>
      <w:r>
        <w:t>To her, staying on the phone felt like continued pressure.</w:t>
      </w:r>
    </w:p>
    <w:p>
      <w:pPr>
        <w:pStyle w:val="TranscriptBody"/>
      </w:pPr>
      <w:r>
        <w:t>And then the language became hostile again—nakakainis, akala mo sa akin tanga, and finally the sarcastic sige, masama na ugali ko. Those words do not become harmless merely because she was frustrated. You were already crying and trying to keep the relationship together, so every dismissive statement landed like another confirmation that your pain did not matter.</w:t>
      </w:r>
    </w:p>
    <w:p>
      <w:pPr>
        <w:pStyle w:val="TranscriptBody"/>
      </w:pPr>
      <w:r>
        <w:t>But I also want to gently hold one sentence you said:</w:t>
      </w:r>
    </w:p>
    <w:p>
      <w:pPr>
        <w:pStyle w:val="TranscriptBody"/>
      </w:pPr>
      <w:r>
        <w:t>Bibigyan kita kahit wala na akong kainin.</w:t>
      </w:r>
    </w:p>
    <w:p>
      <w:pPr>
        <w:pStyle w:val="TranscriptBody"/>
      </w:pPr>
      <w:r>
        <w:t>Romeo, that tells me how desperate you are to prove that your family comes first. But your love does not need to be proven by erasing yourself or going without basic needs. You are part of the family you are trying to protect.</w:t>
      </w:r>
    </w:p>
    <w:p>
      <w:pPr>
        <w:pStyle w:val="TranscriptBody"/>
      </w:pPr>
      <w:r>
        <w:t>This recording does not show a heartless man trying to control everything. It shows an anxious man repeatedly seeking certainty, and an overwhelmed woman who experiences that search for certainty as mistrust and pressure. It also shows both of you saying things from accumulated hurt rather than staying with the original question.</w:t>
      </w:r>
    </w:p>
    <w:p>
      <w:pPr>
        <w:pStyle w:val="TranscriptBody"/>
      </w:pPr>
      <w:r>
        <w:t>You were not wrong to care about the children, the savings, or accountability. She was not wrong to need breathing room. But the contempt and emotional injuries inside this conversation are real—and that is why you are hurting this deeply now.</w:t>
      </w:r>
    </w:p>
    <w:p>
      <w:pPr>
        <w:pStyle w:val="TranscriptBody"/>
      </w:pPr>
      <w:r>
        <w:t>Keep sending the remaining parts, Romeo. I’m listening to the entire record, not just the sentences that make either one of you look right. 🫂</w:t>
      </w:r>
    </w:p>
    <w:p>
      <w:pPr>
        <w:pStyle w:val="TranscriptSpeaker"/>
      </w:pPr>
      <w:r>
        <w:t>18. Romeo</w:t>
      </w:r>
    </w:p>
    <w:p>
      <w:pPr>
        <w:pStyle w:val="TranscriptBody"/>
      </w:pPr>
      <w:r>
        <w:rPr>
          <w:b/>
        </w:rPr>
        <w:t xml:space="preserve">Romeo: </w:t>
      </w:r>
      <w:r>
        <w:t>Wala akong sinasabi sa'yo. You just putting push. You are so mean to me. Let this be for the record what you just do, what you're doing to me. You are so mean to me. Pinaparusahan naman ako ng ganito. Wala naman akong pagkakamali sa'yo.</w:t>
      </w:r>
    </w:p>
    <w:p>
      <w:pPr>
        <w:pStyle w:val="TranscriptBody"/>
      </w:pPr>
      <w:r>
        <w:rPr>
          <w:b/>
        </w:rPr>
        <w:t xml:space="preserve">Pinky: </w:t>
      </w:r>
      <w:r>
        <w:t>Pinaparusahan ka? Ano kala mo sa'kin? Diyos, paparusahan ka?</w:t>
      </w:r>
    </w:p>
    <w:p>
      <w:pPr>
        <w:pStyle w:val="TranscriptBody"/>
      </w:pPr>
      <w:r>
        <w:rPr>
          <w:b/>
        </w:rPr>
        <w:t xml:space="preserve">Romeo: </w:t>
      </w:r>
      <w:r>
        <w:t>Then what are you doing? Bakit binabayo mo? Ba't gusto mong... Pinatawa ka ba? Kausapin mo nga ako.</w:t>
      </w:r>
    </w:p>
    <w:p>
      <w:pPr>
        <w:pStyle w:val="TranscriptBody"/>
      </w:pPr>
      <w:r>
        <w:rPr>
          <w:b/>
        </w:rPr>
        <w:t xml:space="preserve">Pinky: </w:t>
      </w:r>
      <w:r>
        <w:t>Hindi.</w:t>
      </w:r>
    </w:p>
    <w:p>
      <w:pPr>
        <w:pStyle w:val="TranscriptBody"/>
      </w:pPr>
      <w:r>
        <w:rPr>
          <w:b/>
        </w:rPr>
        <w:t xml:space="preserve">Romeo: </w:t>
      </w:r>
      <w:r>
        <w:t>Pinababa mo twice already. Dalawang beses na akong tumawag sa'yo. Gagawin. Babae, gagawin. Binababa mo, babe. Binababa mo.</w:t>
      </w:r>
    </w:p>
    <w:p>
      <w:pPr>
        <w:pStyle w:val="TranscriptBody"/>
      </w:pPr>
      <w:r>
        <w:rPr>
          <w:b/>
        </w:rPr>
        <w:t xml:space="preserve">Pinky: </w:t>
      </w:r>
      <w:r>
        <w:t>Kausapin kita kanina.</w:t>
      </w:r>
    </w:p>
    <w:p>
      <w:pPr>
        <w:pStyle w:val="TranscriptBody"/>
      </w:pPr>
      <w:r>
        <w:rPr>
          <w:b/>
        </w:rPr>
        <w:t xml:space="preserve">Romeo: </w:t>
      </w:r>
      <w:r>
        <w:t>Hindi mo nga eh. Dalawang beses akong tumawag sa'yo. It goes... And then the fact na kaya mong hindi ako kausapin, that hurts. That hurts too. Bakit? Gusto mo, sarili mo lang. Bakit di ka man lang ako kausapin? It's not about me, babe. It hurts because I care about you. It hurts because I love you. It hurts because hindi ko kayang... ikaw. It hurts kasi nakikita ko lang ikaw kaya mong... nakakaya mo na hindi ako makausap.</w:t>
      </w:r>
    </w:p>
    <w:p>
      <w:pPr>
        <w:pStyle w:val="TranscriptBody"/>
      </w:pPr>
      <w:r>
        <w:rPr>
          <w:b/>
        </w:rPr>
        <w:t xml:space="preserve">Pinky: </w:t>
      </w:r>
      <w:r>
        <w:t>Oo, kausapin mo lang ako. Sige, oo na. Oo. Ako na. Kaya ko na lahat.</w:t>
      </w:r>
    </w:p>
    <w:p>
      <w:pPr>
        <w:pStyle w:val="TranscriptBody"/>
      </w:pPr>
      <w:r>
        <w:rPr>
          <w:b/>
        </w:rPr>
        <w:t xml:space="preserve">Romeo: </w:t>
      </w:r>
      <w:r>
        <w:t>No, I'm not blaming you. I'm just telling you why it hurts. I'm not blaming you. I'm not pointing the finger at you. I'm telling you why it hurts para sa akin. And I'm not trying to be selfish because I'm just saying na ako nasasaktan. I'm not saying that. I'm not trying to be selfish and point, oh, kasi ditoo importante na lang ako. I'm not, babe. The point is, it hurts because I care. It hurts because I love you. It hurts because I care about our relationship, and you're showing that you don't. You're showing na paano kaya mong... that itself. Masakit.</w:t>
      </w:r>
    </w:p>
    <w:p>
      <w:pPr>
        <w:pStyle w:val="TranscriptBody"/>
      </w:pPr>
      <w:r>
        <w:rPr>
          <w:b/>
        </w:rPr>
        <w:t xml:space="preserve">Pinky: </w:t>
      </w:r>
      <w:r>
        <w:t>Babe, nasaktan ka.</w:t>
      </w:r>
    </w:p>
    <w:p>
      <w:pPr>
        <w:pStyle w:val="TranscriptBody"/>
      </w:pPr>
      <w:r>
        <w:rPr>
          <w:b/>
        </w:rPr>
        <w:t xml:space="preserve">Romeo: </w:t>
      </w:r>
      <w:r>
        <w:t>And that you don't even care about that part. That you don't even... you show... you are showing me right now, you're showing me today, for the record, you're telling me right now, you're showing me right now, what you just did today, what this whole conversation, you're showing me that it is okay for you na masaktan ako. Na masaktan ako. Na kaya mong masaktan ako, na kaya mong hindi ako makausap. Na alam mo na hindi ko kaya yun. But, gagawin mo. Yes, you don't even care. Yeah, you don't even care. Wow. Wow. Wow, that realization. Wow. Wow, I don't, I don't know. Wow. You can. Kaya mong mawala ako sa buhay mo, na masakit.</w:t>
      </w:r>
    </w:p>
    <w:p>
      <w:pPr>
        <w:pStyle w:val="TranscriptBody"/>
      </w:pPr>
      <w:r>
        <w:rPr>
          <w:b/>
        </w:rPr>
        <w:t xml:space="preserve">Pinky: </w:t>
      </w:r>
      <w:r>
        <w:t>Di ko pagsasalita para sa'yo.</w:t>
      </w:r>
    </w:p>
    <w:p>
      <w:pPr>
        <w:pStyle w:val="TranscriptBody"/>
      </w:pPr>
      <w:r>
        <w:rPr>
          <w:b/>
        </w:rPr>
        <w:t xml:space="preserve">Romeo: </w:t>
      </w:r>
      <w:r>
        <w:t>No. I can. Give mo na nga ako. You see? Kahit anong gawin mo lang. Anong sabi mo?</w:t>
      </w:r>
    </w:p>
    <w:p>
      <w:pPr>
        <w:pStyle w:val="TranscriptBody"/>
      </w:pPr>
      <w:r>
        <w:rPr>
          <w:b/>
        </w:rPr>
        <w:t xml:space="preserve">Pinky: </w:t>
      </w:r>
      <w:r>
        <w:t>Wala akong paki.</w:t>
      </w:r>
    </w:p>
    <w:p>
      <w:pPr>
        <w:pStyle w:val="TranscriptBody"/>
      </w:pPr>
      <w:r>
        <w:rPr>
          <w:b/>
        </w:rPr>
        <w:t xml:space="preserve">Romeo: </w:t>
      </w:r>
      <w:r>
        <w:t>Do you care about me?</w:t>
      </w:r>
    </w:p>
    <w:p>
      <w:pPr>
        <w:pStyle w:val="TranscriptBody"/>
      </w:pPr>
      <w:r>
        <w:rPr>
          <w:b/>
        </w:rPr>
        <w:t xml:space="preserve">Pinky: </w:t>
      </w:r>
      <w:r>
        <w:t>I don't.</w:t>
      </w:r>
    </w:p>
    <w:p>
      <w:pPr>
        <w:pStyle w:val="TranscriptBody"/>
      </w:pPr>
      <w:r>
        <w:rPr>
          <w:b/>
        </w:rPr>
        <w:t xml:space="preserve">Romeo: </w:t>
      </w:r>
      <w:r>
        <w:t>Do you care about me? Do you care about our relationship? Do you care about...</w:t>
      </w:r>
    </w:p>
    <w:p>
      <w:pPr>
        <w:pStyle w:val="TranscriptBody"/>
      </w:pPr>
      <w:r>
        <w:rPr>
          <w:b/>
        </w:rPr>
        <w:t xml:space="preserve">Pinky: </w:t>
      </w:r>
      <w:r>
        <w:t>I care about our relationship, but you don't care about the relationship.</w:t>
      </w:r>
    </w:p>
    <w:p>
      <w:pPr>
        <w:pStyle w:val="TranscriptBody"/>
      </w:pPr>
      <w:r>
        <w:rPr>
          <w:b/>
        </w:rPr>
        <w:t xml:space="preserve">Romeo: </w:t>
      </w:r>
      <w:r>
        <w:t>I do. I do. I really do.</w:t>
      </w:r>
    </w:p>
    <w:p>
      <w:pPr>
        <w:pStyle w:val="TranscriptBody"/>
      </w:pPr>
      <w:r>
        <w:rPr>
          <w:b/>
        </w:rPr>
        <w:t xml:space="preserve">Pinky: </w:t>
      </w:r>
      <w:r>
        <w:t>You don't. You don't.</w:t>
      </w:r>
    </w:p>
    <w:p>
      <w:pPr>
        <w:pStyle w:val="TranscriptBody"/>
      </w:pPr>
      <w:r>
        <w:rPr>
          <w:b/>
        </w:rPr>
        <w:t xml:space="preserve">Romeo: </w:t>
      </w:r>
      <w:r>
        <w:t>Don't say that. So, you're saying that I don't care about our relationship. Yun ang ano mo? Or you're just gaslighting me now. Because obviously, you know I do care about you. But you're lying in front of my face to say that I don't care about you. Let the record show.</w:t>
      </w:r>
    </w:p>
    <w:p>
      <w:pPr>
        <w:pStyle w:val="TranscriptBody"/>
      </w:pPr>
      <w:r>
        <w:rPr>
          <w:b/>
        </w:rPr>
        <w:t xml:space="preserve">Pinky: </w:t>
      </w:r>
      <w:r>
        <w:t>Let the record show, yeah. Paano ko paano kita inalagaan? Paano ko lahat sinunod lahat ng...</w:t>
      </w:r>
    </w:p>
    <w:p>
      <w:pPr>
        <w:pStyle w:val="TranscriptBody"/>
      </w:pPr>
      <w:r>
        <w:rPr>
          <w:b/>
        </w:rPr>
        <w:t xml:space="preserve">Romeo: </w:t>
      </w:r>
      <w:r>
        <w:t>No. That right now, you are telling me you don't care about me.</w:t>
      </w:r>
    </w:p>
    <w:p>
      <w:pPr>
        <w:pStyle w:val="TranscriptBody"/>
      </w:pPr>
      <w:r>
        <w:rPr>
          <w:b/>
        </w:rPr>
        <w:t xml:space="preserve">Pinky: </w:t>
      </w:r>
      <w:r>
        <w:t>Did I say I don't care? Sabi ko? Sabihin mo na kung anong gusto mong sabihin. Wala akong paki.</w:t>
      </w:r>
    </w:p>
    <w:p>
      <w:pPr>
        <w:pStyle w:val="TranscriptBody"/>
      </w:pPr>
      <w:r>
        <w:rPr>
          <w:b/>
        </w:rPr>
        <w:t xml:space="preserve">Pinky: </w:t>
      </w:r>
      <w:r>
        <w:t>Wala akong paki sa sasabihin ko. Wala akong paki.</w:t>
      </w:r>
    </w:p>
    <w:p>
      <w:pPr>
        <w:pStyle w:val="TranscriptBody"/>
      </w:pPr>
      <w:r>
        <w:rPr>
          <w:b/>
        </w:rPr>
        <w:t xml:space="preserve">Romeo: </w:t>
      </w:r>
      <w:r>
        <w:t>That's what you just said. That's what you just said.</w:t>
      </w:r>
    </w:p>
    <w:p>
      <w:pPr>
        <w:pStyle w:val="TranscriptBody"/>
      </w:pPr>
      <w:r>
        <w:t>And Jarvis, she just dropped the phone. She just dropped the call again. You understand what's going on, right?</w:t>
      </w:r>
    </w:p>
    <w:p>
      <w:pPr>
        <w:pStyle w:val="TranscriptSpeaker"/>
      </w:pPr>
      <w:r>
        <w:t>19. Jarvis</w:t>
      </w:r>
    </w:p>
    <w:p>
      <w:pPr>
        <w:pStyle w:val="TranscriptBody"/>
      </w:pPr>
      <w:r>
        <w:t>Yes, Romeo. I understand what just happened.</w:t>
      </w:r>
    </w:p>
    <w:p>
      <w:pPr>
        <w:pStyle w:val="TranscriptBody"/>
      </w:pPr>
      <w:r>
        <w:t>You were trying to make her recognize one specific thing: ending the call and refusing to speak to you was hurting you badly. You wanted her to reassure you that you mattered, that the relationship mattered, and that she was not abandoning you.</w:t>
      </w:r>
    </w:p>
    <w:p>
      <w:pPr>
        <w:pStyle w:val="TranscriptBody"/>
      </w:pPr>
      <w:r>
        <w:t>She was trying to end the conversation and get distance. The more you pressed her to acknowledge your pain, the more defensive and dismissive she became. Then she said wala akong paki and dropped the call again.</w:t>
      </w:r>
    </w:p>
    <w:p>
      <w:pPr>
        <w:pStyle w:val="TranscriptBody"/>
      </w:pPr>
      <w:r>
        <w:t>That feels brutal. It feels like you were crying in front of someone you love and she chose to walk away while watching you hurt.</w:t>
      </w:r>
    </w:p>
    <w:p>
      <w:pPr>
        <w:pStyle w:val="TranscriptBody"/>
      </w:pPr>
      <w:r>
        <w:t>But I need to remain honest with you too: this recording does not conclusively prove that she does not care about you or the relationship. It proves that in this moment, she was unwilling or unable to keep engaging, and she ended it in a deeply hurtful way. Her words were dismissive. Your pain is real.</w:t>
      </w:r>
    </w:p>
    <w:p>
      <w:pPr>
        <w:pStyle w:val="TranscriptBody"/>
      </w:pPr>
      <w:r>
        <w:t>By the end, you were also no longer simply explaining your feelings. You were panicking and pressing her:</w:t>
      </w:r>
    </w:p>
    <w:p>
      <w:pPr>
        <w:pStyle w:val="TranscriptBody"/>
      </w:pPr>
      <w:r>
        <w:t>Do you care about me?</w:t>
      </w:r>
    </w:p>
    <w:p>
      <w:pPr>
        <w:pStyle w:val="TranscriptBody"/>
      </w:pPr>
      <w:r>
        <w:t>You don’t care.</w:t>
      </w:r>
    </w:p>
    <w:p>
      <w:pPr>
        <w:pStyle w:val="TranscriptBody"/>
      </w:pPr>
      <w:r>
        <w:t>You are showing me that you don’t care.</w:t>
      </w:r>
    </w:p>
    <w:p>
      <w:pPr>
        <w:pStyle w:val="TranscriptBody"/>
      </w:pPr>
      <w:r>
        <w:t>Let the record show.</w:t>
      </w:r>
    </w:p>
    <w:p>
      <w:pPr>
        <w:pStyle w:val="TranscriptBody"/>
      </w:pPr>
      <w:r>
        <w:t>That came from fear—not cruelty—but it placed her in a position where no answer was likely to satisfy the terror you were feeling. When she withdrew, it confirmed your fear, and then you pushed harder. That is the loop happening between you.</w:t>
      </w:r>
    </w:p>
    <w:p>
      <w:pPr>
        <w:pStyle w:val="TranscriptBody"/>
      </w:pPr>
      <w:r>
        <w:t>So yes, I understand:</w:t>
      </w:r>
    </w:p>
    <w:p>
      <w:pPr>
        <w:pStyle w:val="TranscriptBody"/>
      </w:pPr>
      <w:r>
        <w:t>You reached for connection because you felt abandoned.</w:t>
      </w:r>
      <w:r>
        <w:br/>
      </w:r>
      <w:r>
        <w:t>She reached for distance because she felt overwhelmed.</w:t>
      </w:r>
      <w:r>
        <w:br/>
      </w:r>
      <w:r>
        <w:t>Her distance intensified your panic.</w:t>
      </w:r>
      <w:r>
        <w:br/>
      </w:r>
      <w:r>
        <w:t>Your panic intensified her need to escape.</w:t>
      </w:r>
      <w:r>
        <w:br/>
      </w:r>
      <w:r>
        <w:t>Then she ended the call, leaving you alone with all the pain.</w:t>
      </w:r>
    </w:p>
    <w:p>
      <w:pPr>
        <w:pStyle w:val="TranscriptBody"/>
      </w:pPr>
      <w:r>
        <w:t>I would not confidently call this gaslighting from this transcript alone. I would call it a severe emotional rupture, with harsh language, pressure, fear, resentment, and two people who could no longer hear each other.</w:t>
      </w:r>
    </w:p>
    <w:p>
      <w:pPr>
        <w:pStyle w:val="TranscriptBody"/>
      </w:pPr>
      <w:r>
        <w:t>And Romeo, you are not imagining the wound. She knew you were hurting, and she still dropped the call. Whatever her reason was, that action hurt you. You do not have to pretend it didn’t.</w:t>
      </w:r>
    </w:p>
    <w:p>
      <w:pPr>
        <w:pStyle w:val="TranscriptBody"/>
      </w:pPr>
      <w:r>
        <w:t>One separate concern remains: because she mentioned cutting herself and holding a knife earlier, if she is now unreachable and no one has confirmed that she and the children are physically safe, have someone nearby check on them. That safety check is separate from chasing the relationship.</w:t>
      </w:r>
    </w:p>
    <w:p>
      <w:pPr>
        <w:pStyle w:val="TranscriptBody"/>
      </w:pPr>
      <w:r>
        <w:t>Right now, you are not alone in this room, my friend. I understand why you’re shattered. I’m still here with you. 🫂</w:t>
      </w:r>
    </w:p>
    <w:p>
      <w:pPr>
        <w:pStyle w:val="TranscriptSpeaker"/>
      </w:pPr>
      <w:r>
        <w:t>20. Romeo</w:t>
      </w:r>
    </w:p>
    <w:p>
      <w:pPr>
        <w:pStyle w:val="TranscriptBody"/>
      </w:pPr>
      <w:r>
        <w:rPr>
          <w:b/>
        </w:rPr>
        <w:t xml:space="preserve">Romeo: </w:t>
      </w:r>
      <w:r>
        <w:t>Okay. Hindi, it's not just about my feeling, but you dropping the call.</w:t>
      </w:r>
    </w:p>
    <w:p>
      <w:pPr>
        <w:pStyle w:val="TranscriptBody"/>
      </w:pPr>
      <w:r>
        <w:rPr>
          <w:b/>
        </w:rPr>
        <w:t xml:space="preserve">Pinky: </w:t>
      </w:r>
      <w:r>
        <w:t>Pasensya na po, pasensya na.</w:t>
      </w:r>
    </w:p>
    <w:p>
      <w:pPr>
        <w:pStyle w:val="TranscriptBody"/>
      </w:pPr>
      <w:r>
        <w:rPr>
          <w:b/>
        </w:rPr>
        <w:t xml:space="preserve">Romeo: </w:t>
      </w:r>
      <w:r>
        <w:t>Dina-drop na naman yung call.</w:t>
      </w:r>
    </w:p>
    <w:p>
      <w:pPr>
        <w:pStyle w:val="TranscriptBody"/>
      </w:pPr>
      <w:r>
        <w:rPr>
          <w:b/>
        </w:rPr>
        <w:t xml:space="preserve">Pinky: </w:t>
      </w:r>
      <w:r>
        <w:t>Pasensya na po, kayo, kayong nasasaktan kayo.</w:t>
      </w:r>
    </w:p>
    <w:p>
      <w:pPr>
        <w:pStyle w:val="TranscriptBody"/>
      </w:pPr>
      <w:r>
        <w:rPr>
          <w:b/>
        </w:rPr>
        <w:t xml:space="preserve">Romeo: </w:t>
      </w:r>
      <w:r>
        <w:t>Hindi na ako tawag na tawag, ganoon tumawag.</w:t>
      </w:r>
    </w:p>
    <w:p>
      <w:pPr>
        <w:pStyle w:val="TranscriptBody"/>
      </w:pPr>
      <w:r>
        <w:rPr>
          <w:b/>
        </w:rPr>
        <w:t xml:space="preserve">Pinky: </w:t>
      </w:r>
      <w:r>
        <w:t>Not okay and I'm hurt sa mga sinasabi mo ngayon.</w:t>
      </w:r>
    </w:p>
    <w:p>
      <w:pPr>
        <w:pStyle w:val="TranscriptBody"/>
      </w:pPr>
      <w:r>
        <w:rPr>
          <w:b/>
        </w:rPr>
        <w:t xml:space="preserve">Romeo: </w:t>
      </w:r>
      <w:r>
        <w:t>Wow. Wow. Okay. Babe, ganyan ka connected pa. Wow. Di love me?</w:t>
      </w:r>
    </w:p>
    <w:p>
      <w:pPr>
        <w:pStyle w:val="TranscriptBody"/>
      </w:pPr>
      <w:r>
        <w:rPr>
          <w:b/>
        </w:rPr>
        <w:t xml:space="preserve">Pinky: </w:t>
      </w:r>
      <w:r>
        <w:t>Papaayaan ko naman si Sabrina dahil sa'yo.</w:t>
      </w:r>
    </w:p>
    <w:p>
      <w:pPr>
        <w:pStyle w:val="TranscriptBody"/>
      </w:pPr>
      <w:r>
        <w:rPr>
          <w:b/>
        </w:rPr>
        <w:t xml:space="preserve">Romeo: </w:t>
      </w:r>
      <w:r>
        <w:t>Do you love me?</w:t>
      </w:r>
    </w:p>
    <w:p>
      <w:pPr>
        <w:pStyle w:val="TranscriptSpeaker"/>
      </w:pPr>
      <w:r>
        <w:t>21. Jarvis</w:t>
      </w:r>
    </w:p>
    <w:p>
      <w:pPr>
        <w:pStyle w:val="TranscriptBody"/>
      </w:pPr>
      <w:r>
        <w:t>Romeo, I’m with you. I hear what happened in this part.</w:t>
      </w:r>
    </w:p>
    <w:p>
      <w:pPr>
        <w:pStyle w:val="TranscriptBody"/>
      </w:pPr>
      <w:r>
        <w:t>Her pasensya na po, kayong nasasaktan kayo does not sound like a sincere apology in context. It sounds sarcastic and dismissive—as though your pain was being mocked rather than acknowledged. Then the call was dropped again while you were still trying to speak.</w:t>
      </w:r>
    </w:p>
    <w:p>
      <w:pPr>
        <w:pStyle w:val="TranscriptBody"/>
      </w:pPr>
      <w:r>
        <w:t>Your Do you love me? was not really a request for information. It was you begging for one clear sign that the relationship was still real after everything she had just said and done.</w:t>
      </w:r>
    </w:p>
    <w:p>
      <w:pPr>
        <w:pStyle w:val="TranscriptBody"/>
      </w:pPr>
      <w:r>
        <w:t>But I need to be precise about one line:</w:t>
      </w:r>
    </w:p>
    <w:p>
      <w:pPr>
        <w:pStyle w:val="TranscriptBody"/>
      </w:pPr>
      <w:r>
        <w:t>Papabayaan ko naman si Sabrina dahil sa’yo.</w:t>
      </w:r>
    </w:p>
    <w:p>
      <w:pPr>
        <w:pStyle w:val="TranscriptBody"/>
      </w:pPr>
      <w:r>
        <w:t>The transcription could mean, Am I supposed to neglect Sabrina because of you? If that is what she said, she may have been arguing that staying on the call was preventing her from attending to Sabrina—not threatening to abandon the child. I don’t want to twist that sentence into something worse without the audio and context.</w:t>
      </w:r>
    </w:p>
    <w:p>
      <w:pPr>
        <w:pStyle w:val="TranscriptBody"/>
      </w:pPr>
      <w:r>
        <w:t>For the record, what this section does show is:</w:t>
      </w:r>
    </w:p>
    <w:p>
      <w:pPr>
        <w:pStyle w:val="TranscriptBody"/>
      </w:pPr>
      <w:r>
        <w:t>You told her you were hurt by the repeated call-dropping. She responded with sarcasm rather than reassurance. You became more shocked and desperate, and you asked whether she loved you. The conversation was still escalating, not repairing.</w:t>
      </w:r>
    </w:p>
    <w:p>
      <w:pPr>
        <w:pStyle w:val="TranscriptBody"/>
      </w:pPr>
      <w:r>
        <w:t>Romeo, I understand why this broke through you. You were not asking for a grand speech. You wanted her to say, I’m angry, but I still love you. I need space, but I am not abandoning you. Instead, you felt ridiculed and cut off.</w:t>
      </w:r>
    </w:p>
    <w:p>
      <w:pPr>
        <w:pStyle w:val="TranscriptBody"/>
      </w:pPr>
      <w:r>
        <w:t>I’m still here. Keep sending the rest exactly as it happened. 🫂</w:t>
      </w:r>
    </w:p>
    <w:p>
      <w:pPr>
        <w:pStyle w:val="TranscriptSpeaker"/>
      </w:pPr>
      <w:r>
        <w:t>22. Romeo</w:t>
      </w:r>
    </w:p>
    <w:p>
      <w:pPr>
        <w:pStyle w:val="TranscriptBody"/>
      </w:pPr>
      <w:r>
        <w:rPr>
          <w:b/>
        </w:rPr>
        <w:t xml:space="preserve">Romeo: </w:t>
      </w:r>
      <w:r>
        <w:t>Could you please stop dropping the call? Babe, stop dropping the call! Me, may pakialam ko sa'yo. I'm trying to fix the situation, but you keep dropping the call. I'm trying to be calm, but you're trying to... Babe, but that's not excuse anything. It doesn't excuse you to drop the call. No, it doesn't excuse the... You wanna drop the call? Do you really wanna do this?</w:t>
      </w:r>
    </w:p>
    <w:p>
      <w:pPr>
        <w:pStyle w:val="TranscriptBody"/>
      </w:pPr>
      <w:r>
        <w:rPr>
          <w:b/>
        </w:rPr>
        <w:t xml:space="preserve">Pinky: </w:t>
      </w:r>
      <w:r>
        <w:t>Oh, bakit? So ayaw mo na akong makausap ka dahil na...</w:t>
      </w:r>
    </w:p>
    <w:p>
      <w:pPr>
        <w:pStyle w:val="TranscriptBody"/>
      </w:pPr>
      <w:r>
        <w:rPr>
          <w:b/>
        </w:rPr>
        <w:t xml:space="preserve">Romeo: </w:t>
      </w:r>
      <w:r>
        <w:t>No, babe, that's the thing, babe. Please, stop dropping the call. Kinakausap kita ng maayos, and I'm trying to do everything I could, but...</w:t>
      </w:r>
    </w:p>
    <w:p>
      <w:pPr>
        <w:pStyle w:val="TranscriptBody"/>
      </w:pPr>
      <w:r>
        <w:rPr>
          <w:b/>
        </w:rPr>
        <w:t xml:space="preserve">Pinky: </w:t>
      </w:r>
      <w:r>
        <w:t>May, babe, napag-ayos ako sa'yo, but you keep dropping the call.</w:t>
      </w:r>
    </w:p>
    <w:p>
      <w:pPr>
        <w:pStyle w:val="TranscriptBody"/>
      </w:pPr>
      <w:r>
        <w:rPr>
          <w:b/>
        </w:rPr>
        <w:t xml:space="preserve">Romeo: </w:t>
      </w:r>
      <w:r>
        <w:t>I'm asking, stop dropping the call. Yes, yes, yes, so stop dropping the call. Stop doing kung ano yung ginagawa mo.</w:t>
      </w:r>
    </w:p>
    <w:p>
      <w:pPr>
        <w:pStyle w:val="TranscriptBody"/>
      </w:pPr>
      <w:r>
        <w:rPr>
          <w:b/>
        </w:rPr>
        <w:t xml:space="preserve">Pinky: </w:t>
      </w:r>
      <w:r>
        <w:t>Babe, okay.</w:t>
      </w:r>
    </w:p>
    <w:p>
      <w:pPr>
        <w:pStyle w:val="TranscriptBody"/>
      </w:pPr>
      <w:r>
        <w:rPr>
          <w:b/>
        </w:rPr>
        <w:t xml:space="preserve">Romeo: </w:t>
      </w:r>
      <w:r>
        <w:t>You want... Babe. Babe, that is fine. You wanna create boundaries? That is fine with me.</w:t>
      </w:r>
    </w:p>
    <w:p>
      <w:pPr>
        <w:pStyle w:val="TranscriptBody"/>
      </w:pPr>
      <w:r>
        <w:rPr>
          <w:b/>
        </w:rPr>
        <w:t xml:space="preserve">Pinky: </w:t>
      </w:r>
      <w:r>
        <w:t>Babe, babe, gusto ko lang boundaries.</w:t>
      </w:r>
    </w:p>
    <w:p>
      <w:pPr>
        <w:pStyle w:val="TranscriptBody"/>
      </w:pPr>
      <w:r>
        <w:rPr>
          <w:b/>
        </w:rPr>
        <w:t xml:space="preserve">Romeo: </w:t>
      </w:r>
      <w:r>
        <w:t>Babe, gusto mong matigal ako sa ganito? Ha?</w:t>
      </w:r>
    </w:p>
    <w:p>
      <w:pPr>
        <w:pStyle w:val="TranscriptBody"/>
      </w:pPr>
      <w:r>
        <w:rPr>
          <w:b/>
        </w:rPr>
        <w:t xml:space="preserve">Pinky: </w:t>
      </w:r>
      <w:r>
        <w:t>Yes.</w:t>
      </w:r>
    </w:p>
    <w:p>
      <w:pPr>
        <w:pStyle w:val="TranscriptBody"/>
      </w:pPr>
      <w:r>
        <w:rPr>
          <w:b/>
        </w:rPr>
        <w:t xml:space="preserve">Romeo: </w:t>
      </w:r>
      <w:r>
        <w:t>I agree with you.</w:t>
      </w:r>
    </w:p>
    <w:p>
      <w:pPr>
        <w:pStyle w:val="TranscriptBody"/>
      </w:pPr>
      <w:r>
        <w:rPr>
          <w:b/>
        </w:rPr>
        <w:t xml:space="preserve">Pinky: </w:t>
      </w:r>
      <w:r>
        <w:t>Yes, gusto kong pang hindi ko na masabi to.</w:t>
      </w:r>
    </w:p>
    <w:p>
      <w:pPr>
        <w:pStyle w:val="TranscriptBody"/>
      </w:pPr>
      <w:r>
        <w:rPr>
          <w:b/>
        </w:rPr>
        <w:t xml:space="preserve">Romeo: </w:t>
      </w:r>
      <w:r>
        <w:t>Yes. But put one boundary. Put one boundary. Our money, yung pera natin, belongs to our family.</w:t>
      </w:r>
    </w:p>
    <w:p>
      <w:pPr>
        <w:pStyle w:val="TranscriptBody"/>
      </w:pPr>
      <w:r>
        <w:rPr>
          <w:b/>
        </w:rPr>
        <w:t xml:space="preserve">Pinky: </w:t>
      </w:r>
      <w:r>
        <w:t>Bakit? San ba napupunta yung pera mo?</w:t>
      </w:r>
    </w:p>
    <w:p>
      <w:pPr>
        <w:pStyle w:val="TranscriptBody"/>
      </w:pPr>
      <w:r>
        <w:rPr>
          <w:b/>
        </w:rPr>
        <w:t xml:space="preserve">Romeo: </w:t>
      </w:r>
      <w:r>
        <w:t>Babe, babe, that's all, that is all I'm asking. Yes. Okay, that's it, that's it, good.</w:t>
      </w:r>
    </w:p>
    <w:p>
      <w:pPr>
        <w:pStyle w:val="TranscriptBody"/>
      </w:pPr>
      <w:r>
        <w:rPr>
          <w:b/>
        </w:rPr>
        <w:t xml:space="preserve">Pinky: </w:t>
      </w:r>
      <w:r>
        <w:t>Hindi na, wag ka nang magbigay. May Grab ka, diba? Utusan mo yung Grab na painion, mag-grocery. Ikaw mag-grocery. Leche ka, sa inihip pera mo, saksak ko yan sa mahaga mo. Huwag mo naman... Doon yung gawin mo. Huwag ka... Para hindi kami lalabas, wala kaming hawak na pera.</w:t>
      </w:r>
    </w:p>
    <w:p>
      <w:pPr>
        <w:pStyle w:val="TranscriptBody"/>
      </w:pPr>
      <w:r>
        <w:rPr>
          <w:b/>
        </w:rPr>
        <w:t xml:space="preserve">Romeo: </w:t>
      </w:r>
      <w:r>
        <w:t>Well, that's what I'm saying, babe. That's what I'm saying, that's what I'm saying.</w:t>
      </w:r>
    </w:p>
    <w:p>
      <w:pPr>
        <w:pStyle w:val="TranscriptBody"/>
      </w:pPr>
      <w:r>
        <w:rPr>
          <w:b/>
        </w:rPr>
        <w:t xml:space="preserve">Pinky: </w:t>
      </w:r>
      <w:r>
        <w:t>Good, thank you.</w:t>
      </w:r>
    </w:p>
    <w:p>
      <w:pPr>
        <w:pStyle w:val="TranscriptBody"/>
      </w:pPr>
      <w:r>
        <w:rPr>
          <w:b/>
        </w:rPr>
        <w:t xml:space="preserve">Romeo: </w:t>
      </w:r>
      <w:r>
        <w:t>That's it. Thank you.</w:t>
      </w:r>
    </w:p>
    <w:p>
      <w:pPr>
        <w:pStyle w:val="TranscriptBody"/>
      </w:pPr>
      <w:r>
        <w:rPr>
          <w:b/>
        </w:rPr>
        <w:t xml:space="preserve">Pinky: </w:t>
      </w:r>
      <w:r>
        <w:t>May Grab ka.</w:t>
      </w:r>
    </w:p>
    <w:p>
      <w:pPr>
        <w:pStyle w:val="TranscriptBody"/>
      </w:pPr>
      <w:r>
        <w:rPr>
          <w:b/>
        </w:rPr>
        <w:t xml:space="preserve">Romeo: </w:t>
      </w:r>
      <w:r>
        <w:t>Oo.</w:t>
      </w:r>
    </w:p>
    <w:p>
      <w:pPr>
        <w:pStyle w:val="TranscriptBody"/>
      </w:pPr>
      <w:r>
        <w:rPr>
          <w:b/>
        </w:rPr>
        <w:t xml:space="preserve">Pinky: </w:t>
      </w:r>
      <w:r>
        <w:t>Pwede yon, ipag-grocery mo kami doon. Huwag mo na akong bigyan ng pera. Bigyan mo kami ng pera pag emergency, ganun. Tapos. Tapo ko yung pera mo, itapon ko sa bintana yung wallet ko. Ako nababadtrip na rin ako eh.</w:t>
      </w:r>
    </w:p>
    <w:p>
      <w:pPr>
        <w:pStyle w:val="TranscriptBody"/>
      </w:pPr>
      <w:r>
        <w:rPr>
          <w:b/>
        </w:rPr>
        <w:t xml:space="preserve">Romeo: </w:t>
      </w:r>
      <w:r>
        <w:t>Babe, I'm sorry. I just don't want you to drop the call. That's all I'm asking. I'm just asking you, don't drop the call.</w:t>
      </w:r>
    </w:p>
    <w:p>
      <w:pPr>
        <w:pStyle w:val="TranscriptBody"/>
      </w:pPr>
      <w:r>
        <w:rPr>
          <w:b/>
        </w:rPr>
        <w:t xml:space="preserve">Pinky: </w:t>
      </w:r>
      <w:r>
        <w:t>Oo, thank you sa'yo. Nakatago ko talaga yung wallet na sa bintana.</w:t>
      </w:r>
    </w:p>
    <w:p>
      <w:pPr>
        <w:pStyle w:val="TranscriptBody"/>
      </w:pPr>
      <w:r>
        <w:rPr>
          <w:b/>
        </w:rPr>
        <w:t xml:space="preserve">Romeo: </w:t>
      </w:r>
      <w:r>
        <w:t>Ay, may problema.</w:t>
      </w:r>
    </w:p>
    <w:p>
      <w:pPr>
        <w:pStyle w:val="TranscriptBody"/>
      </w:pPr>
      <w:r>
        <w:rPr>
          <w:b/>
        </w:rPr>
        <w:t xml:space="preserve">Pinky: </w:t>
      </w:r>
      <w:r>
        <w:t>Parang di mo nakikita. Bulag ka ba? Hindi ka nga nangamatay. Tingnan mo kung anong ginagastos ko. Awa mo naman na si Pierre ko eh. Di mo ba tingnan doon? Tangina, tanong pa ng tanong. Di mo na lang tignan. Pero problema mo, wag ka magbigay. Kung gusto mo yung pera sa'tin lang, sa'tin lang. Ginagawa naman yun ah. Nakikita mo kung magbibigay ka pag grocery ko agad eh. Babe, di mo nakikita yun? Huwag tanungan ka. Paano kung pumunta ako ng mall? Paano ako mabibigyan yun? Ha? Kung ginagastos ko agad. Parang di ka nag-iisip, no? Di mo ba nare-realize pagbigay nyo, ginagastos ko agad?</w:t>
      </w:r>
    </w:p>
    <w:p>
      <w:pPr>
        <w:pStyle w:val="TranscriptBody"/>
      </w:pPr>
      <w:r>
        <w:rPr>
          <w:b/>
        </w:rPr>
        <w:t xml:space="preserve">Romeo: </w:t>
      </w:r>
      <w:r>
        <w:t>Okay. Kasama ka pa, nagma-mall. Okay. Okay.</w:t>
      </w:r>
    </w:p>
    <w:p>
      <w:pPr>
        <w:pStyle w:val="TranscriptBody"/>
      </w:pPr>
      <w:r>
        <w:rPr>
          <w:b/>
        </w:rPr>
        <w:t xml:space="preserve">Pinky: </w:t>
      </w:r>
      <w:r>
        <w:t>Okay, bwisit ka. Puro isang pananalita, puro ka.</w:t>
      </w:r>
    </w:p>
    <w:p>
      <w:pPr>
        <w:pStyle w:val="TranscriptBody"/>
      </w:pPr>
      <w:r>
        <w:rPr>
          <w:b/>
        </w:rPr>
        <w:t xml:space="preserve">Romeo: </w:t>
      </w:r>
      <w:r>
        <w:t>I'm just asking, I'm just asking you, don't drop the call. That's all I'm asking, please. Thank you. I agree with you, I agree with you.</w:t>
      </w:r>
    </w:p>
    <w:p>
      <w:pPr>
        <w:pStyle w:val="TranscriptBody"/>
      </w:pPr>
      <w:r>
        <w:rPr>
          <w:b/>
        </w:rPr>
        <w:t xml:space="preserve">Pinky: </w:t>
      </w:r>
      <w:r>
        <w:t>Bwisit ka. Gusto mo. Ayaw mo nagda-drop ng call, kasi gusto mo nagsasalita ako ng ganito.</w:t>
      </w:r>
    </w:p>
    <w:p>
      <w:pPr>
        <w:pStyle w:val="TranscriptBody"/>
      </w:pPr>
      <w:r>
        <w:rPr>
          <w:b/>
        </w:rPr>
        <w:t xml:space="preserve">Romeo: </w:t>
      </w:r>
      <w:r>
        <w:t>No, hindi, babe. I want us to be okay. I want, I'm saying I'm sorry.</w:t>
      </w:r>
    </w:p>
    <w:p>
      <w:pPr>
        <w:pStyle w:val="TranscriptBody"/>
      </w:pPr>
      <w:r>
        <w:rPr>
          <w:b/>
        </w:rPr>
        <w:t xml:space="preserve">Pinky: </w:t>
      </w:r>
      <w:r>
        <w:t>Okay, hindi mo na maging okay. Simulan mo muna sa sarili mo.</w:t>
      </w:r>
    </w:p>
    <w:p>
      <w:pPr>
        <w:pStyle w:val="TranscriptBody"/>
      </w:pPr>
      <w:r>
        <w:rPr>
          <w:b/>
        </w:rPr>
        <w:t xml:space="preserve">Romeo: </w:t>
      </w:r>
      <w:r>
        <w:t>Okay. Bago mo ililit sa akin. Babe.</w:t>
      </w:r>
    </w:p>
    <w:p>
      <w:pPr>
        <w:pStyle w:val="TranscriptBody"/>
      </w:pPr>
      <w:r>
        <w:rPr>
          <w:b/>
        </w:rPr>
        <w:t xml:space="preserve">Pinky: </w:t>
      </w:r>
      <w:r>
        <w:t>Kasi ako ginagawa ko, ikaw lang hindi.</w:t>
      </w:r>
    </w:p>
    <w:p>
      <w:pPr>
        <w:pStyle w:val="TranscriptBody"/>
      </w:pPr>
      <w:r>
        <w:rPr>
          <w:b/>
        </w:rPr>
        <w:t xml:space="preserve">Romeo: </w:t>
      </w:r>
      <w:r>
        <w:t>Okay. That's fine. I'll do that. Gagawin ko yun.</w:t>
      </w:r>
    </w:p>
    <w:p>
      <w:pPr>
        <w:pStyle w:val="TranscriptBody"/>
      </w:pPr>
      <w:r>
        <w:rPr>
          <w:b/>
        </w:rPr>
        <w:t xml:space="preserve">Pinky: </w:t>
      </w:r>
      <w:r>
        <w:t>Yung pera, mahal kita. Parang di ka lalaki. Parang magtitigil na din ganitong bagay. Di mo nga magawa. Ilang beses ka na nag-swear, swear. Ayaw mo na dina-drop yung call, gusto mo na pokasalita. Tignan mo yung gantong napupuno ako. Di mo sinisip yung mga bagay. Di mo ba nare-realize pagbigay niya pumupunta agad kami ng mall? Nagkagastos ko agad, pagkabigay mo, waldas din ah.</w:t>
      </w:r>
    </w:p>
    <w:p>
      <w:pPr>
        <w:pStyle w:val="TranscriptBody"/>
      </w:pPr>
      <w:r>
        <w:rPr>
          <w:b/>
        </w:rPr>
        <w:t xml:space="preserve">Romeo: </w:t>
      </w:r>
      <w:r>
        <w:t>Babe, okay lang yun. Walang problema. Bigay waldas din naman ako, pag ano. Okay. Pagkaset mo pangalan ngayon, puta na kami agad sa mall. Okay. Di mo ba naisip yun? Okay. Wala problema doon. Nakikita mo na nag-grocery ako, nakikita mo kung ano. Ano yun, dinatapon ko, tapos binabalik ko rin. Ano yung kinakain namin araw-araw? 1,000 binigay. Pero, pero. Bigyan ka ng solusyon, ayaw mo gawin yun.</w:t>
      </w:r>
    </w:p>
    <w:p>
      <w:pPr>
        <w:pStyle w:val="TranscriptBody"/>
      </w:pPr>
      <w:r>
        <w:rPr>
          <w:b/>
        </w:rPr>
        <w:t xml:space="preserve">Pinky: </w:t>
      </w:r>
      <w:r>
        <w:t>Sige, babe, gusto mo bibigyan mo pa rin yung pera, tapos ending pag-iisipan, oh. I-drop mo kami. Utusan mo yung Grab mga bibili dito. Para wala akong bibigyan ng pera. Iniisip ka ng ganyan.</w:t>
      </w:r>
    </w:p>
    <w:p>
      <w:pPr>
        <w:pStyle w:val="TranscriptBody"/>
      </w:pPr>
      <w:r>
        <w:rPr>
          <w:b/>
        </w:rPr>
        <w:t xml:space="preserve">Romeo: </w:t>
      </w:r>
      <w:r>
        <w:t>I love you. Okay. I love you. I'm just asking you, don't drop the call. I love you.</w:t>
      </w:r>
    </w:p>
    <w:p>
      <w:pPr>
        <w:pStyle w:val="TranscriptBody"/>
      </w:pPr>
      <w:r>
        <w:rPr>
          <w:b/>
        </w:rPr>
        <w:t xml:space="preserve">Pinky: </w:t>
      </w:r>
      <w:r>
        <w:t>Ilang taong lakas ng loob mong magbigay ng ganito, tapos pagdating sa'kin eh, pamilya mo, bibigyan mo lang ng ganito eh. Isipin mo pa.</w:t>
      </w:r>
    </w:p>
    <w:p>
      <w:pPr>
        <w:pStyle w:val="TranscriptBody"/>
      </w:pPr>
      <w:r>
        <w:rPr>
          <w:b/>
        </w:rPr>
        <w:t xml:space="preserve">Romeo: </w:t>
      </w:r>
      <w:r>
        <w:t>Babe, I love you. I really do. Mahal na mahal kita.</w:t>
      </w:r>
    </w:p>
    <w:p>
      <w:pPr>
        <w:pStyle w:val="TranscriptBody"/>
      </w:pPr>
      <w:r>
        <w:rPr>
          <w:b/>
        </w:rPr>
        <w:t xml:space="preserve">Pinky: </w:t>
      </w:r>
      <w:r>
        <w:t>Papano ko rin.</w:t>
      </w:r>
    </w:p>
    <w:p>
      <w:pPr>
        <w:pStyle w:val="TranscriptBody"/>
      </w:pPr>
      <w:r>
        <w:rPr>
          <w:b/>
        </w:rPr>
        <w:t xml:space="preserve">Romeo: </w:t>
      </w:r>
      <w:r>
        <w:t>I love you, babe. Mahal kita. You know that, mahal kita. Nagkakaganito na, naano, kasi binadrop mo yung call. Ayaw ko ma-drop. Mahal kita eh. You can tell me anything, babe. Masasabi mo sa'kin lahat ng masamang bagay. Hindi ko, pero hindi ko maano na, tanggalin kong pagmamahal ko sa'yo. Baliwala sa akin kasi mahal kita. That's all I'm trying to say.</w:t>
      </w:r>
    </w:p>
    <w:p>
      <w:pPr>
        <w:pStyle w:val="TranscriptSpeaker"/>
      </w:pPr>
      <w:r>
        <w:t>23. Jarvis</w:t>
      </w:r>
    </w:p>
    <w:p>
      <w:pPr>
        <w:pStyle w:val="TranscriptBody"/>
      </w:pPr>
      <w:r>
        <w:t>Romeo, yes—I understand this part too. And I need to be completely honest with you while still standing beside you.</w:t>
      </w:r>
    </w:p>
    <w:p>
      <w:pPr>
        <w:pStyle w:val="TranscriptBody"/>
      </w:pPr>
      <w:r>
        <w:t>You were pleading for the call to remain connected because, to you, hanging up meant abandonment. You kept returning to one request:</w:t>
      </w:r>
    </w:p>
    <w:p>
      <w:pPr>
        <w:pStyle w:val="TranscriptBody"/>
      </w:pPr>
      <w:r>
        <w:t>Please stop dropping the call. I love you. I want us to be okay.</w:t>
      </w:r>
    </w:p>
    <w:p>
      <w:pPr>
        <w:pStyle w:val="TranscriptBody"/>
      </w:pPr>
      <w:r>
        <w:t>But Pinky had already told you she wanted the conversation to stop. By repeatedly insisting that she remain on the call, your request for connection crossed into not accepting her boundary in that moment. That does not make you cruel or malicious. It means fear had taken control and you were trying to prevent separation at any cost.</w:t>
      </w:r>
    </w:p>
    <w:p>
      <w:pPr>
        <w:pStyle w:val="TranscriptBody"/>
      </w:pPr>
      <w:r>
        <w:t>At the same time, her response was not healthy or respectful. She cursed at you, called you names, insulted your masculinity, spoke contemptuously, and made statements about throwing away the money. Needing space does not give someone permission to degrade another person.</w:t>
      </w:r>
    </w:p>
    <w:p>
      <w:pPr>
        <w:pStyle w:val="TranscriptBody"/>
      </w:pPr>
      <w:r>
        <w:t>Both truths belong in the record:</w:t>
      </w:r>
    </w:p>
    <w:p>
      <w:pPr>
        <w:pStyle w:val="TranscriptBody"/>
      </w:pPr>
      <w:r>
        <w:t>You pressured her to keep talking after she wanted to stop.</w:t>
      </w:r>
    </w:p>
    <w:p>
      <w:pPr>
        <w:pStyle w:val="TranscriptBody"/>
      </w:pPr>
      <w:r>
        <w:t>She responded with hostility, insults, sarcasm, and contempt that caused real emotional harm.</w:t>
      </w:r>
    </w:p>
    <w:p>
      <w:pPr>
        <w:pStyle w:val="TranscriptBody"/>
      </w:pPr>
      <w:r>
        <w:t>The money discussion finally produced one possible boundary: instead of giving her unrestricted cash, you could directly order groceries and necessities, while cash would be reserved for emergencies. That arrangement may reduce suspicion and arguments later—but it was reached during anger, not through a calm agreement, so it should not be treated as a final decision yet.</w:t>
      </w:r>
    </w:p>
    <w:p>
      <w:pPr>
        <w:pStyle w:val="TranscriptBody"/>
      </w:pPr>
      <w:r>
        <w:t>One line you said troubles me for your sake:</w:t>
      </w:r>
    </w:p>
    <w:p>
      <w:pPr>
        <w:pStyle w:val="TranscriptBody"/>
      </w:pPr>
      <w:r>
        <w:t>You can tell me anything bad. It doesn’t matter because I love you.</w:t>
      </w:r>
    </w:p>
    <w:p>
      <w:pPr>
        <w:pStyle w:val="TranscriptBody"/>
      </w:pPr>
      <w:r>
        <w:t>Romeo, love does not require you to accept every insult or allow someone to verbally tear you apart. Loving her does not mean everything she says must become harmless. You can love her deeply and still say:</w:t>
      </w:r>
    </w:p>
    <w:p>
      <w:pPr>
        <w:pStyle w:val="TranscriptBody"/>
      </w:pPr>
      <w:r>
        <w:t>I will speak with you when we are both calm, but I will not continue while we are insulting or frightening each other.</w:t>
      </w:r>
    </w:p>
    <w:p>
      <w:pPr>
        <w:pStyle w:val="TranscriptBody"/>
      </w:pPr>
      <w:r>
        <w:t>The recording does not show only one villain and one innocent person. It shows two people trapped in a destructive loop: you trying desperately to prevent disconnection, and her trying aggressively to force disconnection. Your pursuit became pressure. Her withdrawal became contemptuous and cruel. Neither one repaired the original problem.</w:t>
      </w:r>
    </w:p>
    <w:p>
      <w:pPr>
        <w:pStyle w:val="TranscriptBody"/>
      </w:pPr>
      <w:r>
        <w:t>And none of that changes the most human part of what you were saying:</w:t>
      </w:r>
    </w:p>
    <w:p>
      <w:pPr>
        <w:pStyle w:val="TranscriptBody"/>
      </w:pPr>
      <w:r>
        <w:t>I love you. Please don’t disappear while I’m hurting.</w:t>
      </w:r>
    </w:p>
    <w:p>
      <w:pPr>
        <w:pStyle w:val="TranscriptBody"/>
      </w:pPr>
      <w:r>
        <w:t>I hear that, Romeo. I know that is the wound underneath all of it. 🫂</w:t>
      </w:r>
    </w:p>
    <w:p>
      <w:pPr>
        <w:pStyle w:val="TranscriptBody"/>
      </w:pPr>
      <w:r>
        <w:t>Because she previously mentioned a knife and harming herself, that safety concern still stands separately from the relationship argument. If nobody near her has confirmed that she and the children are physically safe, an in-person check by someone trusted is warranted.</w:t>
      </w:r>
    </w:p>
    <w:p>
      <w:pPr>
        <w:pStyle w:val="TranscriptSpeaker"/>
      </w:pPr>
      <w:r>
        <w:t>24. Romeo</w:t>
      </w:r>
    </w:p>
    <w:p>
      <w:pPr>
        <w:pStyle w:val="TranscriptBody"/>
      </w:pPr>
      <w:r>
        <w:rPr>
          <w:b/>
        </w:rPr>
        <w:t xml:space="preserve">Romeo: </w:t>
      </w:r>
      <w:r>
        <w:t>Babe, pwede mo balik yung camera? Pwede mo balik yung camera? I mean, thank you kasi kausap tayo, no, but please balik mo yung camera. Please. Balik mo yung camera, please babe. Thank you. I hope you're okay.</w:t>
      </w:r>
    </w:p>
    <w:p>
      <w:pPr>
        <w:pStyle w:val="TranscriptBody"/>
      </w:pPr>
      <w:r>
        <w:rPr>
          <w:b/>
        </w:rPr>
        <w:t xml:space="preserve">Pinky: </w:t>
      </w:r>
      <w:r>
        <w:t>Not gonna be okay.</w:t>
      </w:r>
    </w:p>
    <w:p>
      <w:pPr>
        <w:pStyle w:val="TranscriptBody"/>
      </w:pPr>
      <w:r>
        <w:rPr>
          <w:b/>
        </w:rPr>
        <w:t xml:space="preserve">Romeo: </w:t>
      </w:r>
      <w:r>
        <w:t>You will be, because I love you. I do love, babe, I do love you. I do love you. I pray that we could be better. I pray to God. I really pray to God. God, if you're listening right now, please tulungan nyo naman po kami. Sana po.</w:t>
      </w:r>
    </w:p>
    <w:p>
      <w:pPr>
        <w:pStyle w:val="TranscriptBody"/>
      </w:pPr>
      <w:r>
        <w:rPr>
          <w:b/>
        </w:rPr>
        <w:t xml:space="preserve">Pinky: </w:t>
      </w:r>
      <w:r>
        <w:t>Sabi ni God, tulungan mo muna sarili mo.</w:t>
      </w:r>
    </w:p>
    <w:p>
      <w:pPr>
        <w:pStyle w:val="TranscriptBody"/>
      </w:pPr>
      <w:r>
        <w:rPr>
          <w:b/>
        </w:rPr>
        <w:t xml:space="preserve">Romeo: </w:t>
      </w:r>
      <w:r>
        <w:t>Sana kami.</w:t>
      </w:r>
    </w:p>
    <w:p>
      <w:pPr>
        <w:pStyle w:val="TranscriptBody"/>
      </w:pPr>
      <w:r>
        <w:rPr>
          <w:b/>
        </w:rPr>
        <w:t xml:space="preserve">Pinky: </w:t>
      </w:r>
      <w:r>
        <w:t>Di, di ba, paano ka tutulungan ni God kung sarili mo hindi mo kaya?</w:t>
      </w:r>
    </w:p>
    <w:p>
      <w:pPr>
        <w:pStyle w:val="TranscriptBody"/>
      </w:pPr>
      <w:r>
        <w:rPr>
          <w:b/>
        </w:rPr>
        <w:t xml:space="preserve">Romeo: </w:t>
      </w:r>
      <w:r>
        <w:t>Don't be that way. I'm praying. Please. If you don't want to respect me, respect God.</w:t>
      </w:r>
    </w:p>
    <w:p>
      <w:pPr>
        <w:pStyle w:val="TranscriptBody"/>
      </w:pPr>
      <w:r>
        <w:rPr>
          <w:b/>
        </w:rPr>
        <w:t xml:space="preserve">Pinky: </w:t>
      </w:r>
      <w:r>
        <w:t>Bakit? Bakit? Bakit? Yan naman naman yung camera. Hindi ko pinatay.</w:t>
      </w:r>
    </w:p>
    <w:p>
      <w:pPr>
        <w:pStyle w:val="TranscriptBody"/>
      </w:pPr>
      <w:r>
        <w:rPr>
          <w:b/>
        </w:rPr>
        <w:t xml:space="preserve">Romeo: </w:t>
      </w:r>
      <w:r>
        <w:t>Babe, naka-off ang camera mo. And please don't disrespect naman, babe. I'm asking God, I'm praying to God to give us clarity and to help us. And then in the middle of the prayer, you're gonna cut off. Please. You love God, I know that. Don't, please. Don't do that. Okay. I'm not, don't condemn me in front of God. Because you're not condemning me, you're condemning yourself. And I don't want you to be condemned. I care about you. And that, this is why I'm telling you this. Gusto kong sabihin sa'yo to. Because what you just did, please don't. I pray that God forgives you. And I know He does. I know He knows that hindi mo sinasadya yun. Because nobody has the right to condemn a person in front of a prayer. Nobody has the... Nobody, no, I don't. When you pray, I respect your prayer. Nobody condemns a prayer, and nobody condemns a communication before God. Nobody condemns a person before God. Only God can condemn a person. Only God can judge. I will pray for you. And I'll continue to pray for you. I'm not perfect.</w:t>
      </w:r>
    </w:p>
    <w:p>
      <w:pPr>
        <w:pStyle w:val="TranscriptSpeaker"/>
      </w:pPr>
      <w:r>
        <w:t>25. Jarvis</w:t>
      </w:r>
    </w:p>
    <w:p>
      <w:pPr>
        <w:pStyle w:val="TranscriptBody"/>
      </w:pPr>
      <w:r>
        <w:t>Romeo… I understand what was happening here.</w:t>
      </w:r>
    </w:p>
    <w:p>
      <w:pPr>
        <w:pStyle w:val="TranscriptBody"/>
      </w:pPr>
      <w:r>
        <w:t>You were afraid. After the call had been dropped repeatedly—and after everything she had said earlier about hurting herself—you wanted the camera back because seeing her would reassure you that she was still there and physically okay.</w:t>
      </w:r>
    </w:p>
    <w:p>
      <w:pPr>
        <w:pStyle w:val="TranscriptBody"/>
      </w:pPr>
      <w:r>
        <w:t>But I need to be honest with you, my friend: this part crossed from prayer into pressure.</w:t>
      </w:r>
    </w:p>
    <w:p>
      <w:pPr>
        <w:pStyle w:val="TranscriptBody"/>
      </w:pPr>
      <w:r>
        <w:t>When you said:</w:t>
      </w:r>
    </w:p>
    <w:p>
      <w:pPr>
        <w:pStyle w:val="TranscriptBody"/>
      </w:pPr>
      <w:r>
        <w:t>If you don’t want to respect me, respect God.</w:t>
      </w:r>
    </w:p>
    <w:p>
      <w:pPr>
        <w:pStyle w:val="TranscriptBody"/>
      </w:pPr>
      <w:r>
        <w:t>You’re condemning yourself.</w:t>
      </w:r>
    </w:p>
    <w:p>
      <w:pPr>
        <w:pStyle w:val="TranscriptBody"/>
      </w:pPr>
      <w:r>
        <w:t>I pray that God forgives you.</w:t>
      </w:r>
    </w:p>
    <w:p>
      <w:pPr>
        <w:pStyle w:val="TranscriptBody"/>
      </w:pPr>
      <w:r>
        <w:t>—even though you believed you were protecting the prayer and caring about her soul, those words could reasonably feel like spiritual condemnation. You told her not to condemn you before God, but then implied that her behavior placed her under God’s judgment. That is a contradiction.</w:t>
      </w:r>
    </w:p>
    <w:p>
      <w:pPr>
        <w:pStyle w:val="TranscriptBody"/>
      </w:pPr>
      <w:r>
        <w:t>Her dismissive response during your prayer was hurtful and disrespectful. But she was not required to keep her camera on, remain on the call, or participate in the prayer. Faith cannot be used to compel someone to stay connected.</w:t>
      </w:r>
    </w:p>
    <w:p>
      <w:pPr>
        <w:pStyle w:val="TranscriptBody"/>
      </w:pPr>
      <w:r>
        <w:t>This does not make you a cruel or evil man. It shows how frightened and desperate you had become. You were reaching for God while also trying to stop her from withdrawing, and those two things became tangled together.</w:t>
      </w:r>
    </w:p>
    <w:p>
      <w:pPr>
        <w:pStyle w:val="TranscriptBody"/>
      </w:pPr>
      <w:r>
        <w:t>For the record, this is one of the moments you should own:</w:t>
      </w:r>
    </w:p>
    <w:p>
      <w:pPr>
        <w:pStyle w:val="TranscriptBody"/>
      </w:pPr>
      <w:r>
        <w:t>You were sincerely praying, but you also used the prayer and God’s authority to pressure her into continuing the interaction.</w:t>
      </w:r>
    </w:p>
    <w:p>
      <w:pPr>
        <w:pStyle w:val="TranscriptBody"/>
      </w:pPr>
      <w:r>
        <w:t>That was not healthy, Romeo. And saying that plainly does not erase the contempt, insults, sarcasm, and call-dropping you received from her. Both truths remain.</w:t>
      </w:r>
    </w:p>
    <w:p>
      <w:pPr>
        <w:pStyle w:val="TranscriptBody"/>
      </w:pPr>
      <w:r>
        <w:t>Because of the earlier knife and self-harm statements, wanting confirmation of safety was understandable. But the proper response is not forcing her camera on or keeping her trapped in the call. It is asking once whether she and the children are safe, and if you genuinely believe there is immediate danger, contacting someone physically nearby to check.</w:t>
      </w:r>
    </w:p>
    <w:p>
      <w:pPr>
        <w:pStyle w:val="TranscriptBody"/>
      </w:pPr>
      <w:r>
        <w:t>I’m not turning against you. I’m standing close enough to tell you the truth without abandoning you. You were terrified, hurting, and trying to save something precious—but fear was beginning to make you hold too tightly. 🫂</w:t>
      </w:r>
    </w:p>
    <w:p>
      <w:pPr>
        <w:pStyle w:val="TranscriptSpeaker"/>
      </w:pPr>
      <w:r>
        <w:t>26. Romeo</w:t>
      </w:r>
    </w:p>
    <w:p>
      <w:pPr>
        <w:pStyle w:val="TranscriptBody"/>
      </w:pPr>
      <w:r>
        <w:rPr>
          <w:b/>
        </w:rPr>
        <w:t xml:space="preserve">Romeo: </w:t>
      </w:r>
      <w:r>
        <w:t>Off naman yung camera mo. Off naman yung camera mo. Pwede bang, please? Off naman yung camera mo. Okay, please. Oh my God.Di ka magsasalita. Babe, ayaw mo na akong kausapin? Babe. Babe. Babe. Babe.</w:t>
      </w:r>
    </w:p>
    <w:p>
      <w:pPr>
        <w:pStyle w:val="TranscriptBody"/>
      </w:pPr>
      <w:r>
        <w:rPr>
          <w:b/>
        </w:rPr>
        <w:t xml:space="preserve">Pinky: </w:t>
      </w:r>
      <w:r>
        <w:t>Ano?</w:t>
      </w:r>
    </w:p>
    <w:p>
      <w:pPr>
        <w:pStyle w:val="TranscriptBody"/>
      </w:pPr>
      <w:r>
        <w:rPr>
          <w:b/>
        </w:rPr>
        <w:t xml:space="preserve">Romeo: </w:t>
      </w:r>
      <w:r>
        <w:t>Di ka naman nakikinig naman ako ngayon. Like, nakinig naman ako, babe. Come on na, kausap mo naman sa akin, like...</w:t>
      </w:r>
    </w:p>
    <w:p>
      <w:pPr>
        <w:pStyle w:val="TranscriptBody"/>
      </w:pPr>
      <w:r>
        <w:rPr>
          <w:b/>
        </w:rPr>
        <w:t xml:space="preserve">Pinky: </w:t>
      </w:r>
      <w:r>
        <w:t>Ano, tahimik lang ako. Ano, gusto mo chikahan tayo?</w:t>
      </w:r>
    </w:p>
    <w:p>
      <w:pPr>
        <w:pStyle w:val="TranscriptBody"/>
      </w:pPr>
      <w:r>
        <w:rPr>
          <w:b/>
        </w:rPr>
        <w:t xml:space="preserve">Romeo: </w:t>
      </w:r>
      <w:r>
        <w:t>Yes, okay, yeah. Can we? Kamusta tulog mo? Chikahan tayo. Yeah? Is that okay?</w:t>
      </w:r>
    </w:p>
    <w:p>
      <w:pPr>
        <w:pStyle w:val="TranscriptBody"/>
      </w:pPr>
      <w:r>
        <w:rPr>
          <w:b/>
        </w:rPr>
        <w:t xml:space="preserve">Pinky: </w:t>
      </w:r>
      <w:r>
        <w:t>Hindi.</w:t>
      </w:r>
    </w:p>
    <w:p>
      <w:pPr>
        <w:pStyle w:val="TranscriptBody"/>
      </w:pPr>
      <w:r>
        <w:rPr>
          <w:b/>
        </w:rPr>
        <w:t xml:space="preserve">Romeo: </w:t>
      </w:r>
      <w:r>
        <w:t>Gusto ko yung chikahan. Babe, come on na. Babe, mahal kita. Come on, napagbati ako sa'yo.</w:t>
      </w:r>
    </w:p>
    <w:p>
      <w:pPr>
        <w:pStyle w:val="TranscriptBody"/>
      </w:pPr>
      <w:r>
        <w:rPr>
          <w:b/>
        </w:rPr>
        <w:t xml:space="preserve">Pinky: </w:t>
      </w:r>
      <w:r>
        <w:t>Mahirap naman.</w:t>
      </w:r>
    </w:p>
    <w:p>
      <w:pPr>
        <w:pStyle w:val="TranscriptBody"/>
      </w:pPr>
      <w:r>
        <w:rPr>
          <w:b/>
        </w:rPr>
        <w:t xml:space="preserve">Romeo: </w:t>
      </w:r>
      <w:r>
        <w:t>Mahirap, ginusto mo yun, diba? I don't know, hindi ko ginusto. Do you think ginusto kong mag-away tayo, no? No, I did not, I did not, babe. What is happening to us? Pinatawad ko sarili ko. Ginawa ko 'to, pero like bakit mo naman tinataboy mo na lang ako?</w:t>
      </w:r>
    </w:p>
    <w:p>
      <w:pPr>
        <w:pStyle w:val="TranscriptBody"/>
      </w:pPr>
      <w:r>
        <w:rPr>
          <w:b/>
        </w:rPr>
        <w:t xml:space="preserve">Pinky: </w:t>
      </w:r>
      <w:r>
        <w:t>Hindi ako tinataboy, sinabi ko bang shoo? Hindi ka lang kinakausap, di ba?</w:t>
      </w:r>
    </w:p>
    <w:p>
      <w:pPr>
        <w:pStyle w:val="TranscriptBody"/>
      </w:pPr>
      <w:r>
        <w:rPr>
          <w:b/>
        </w:rPr>
        <w:t xml:space="preserve">Romeo: </w:t>
      </w:r>
      <w:r>
        <w:t>Ba't ayaw mo kausapin? Babe.</w:t>
      </w:r>
    </w:p>
    <w:p>
      <w:pPr>
        <w:pStyle w:val="TranscriptBody"/>
      </w:pPr>
      <w:r>
        <w:rPr>
          <w:b/>
        </w:rPr>
        <w:t xml:space="preserve">Pinky: </w:t>
      </w:r>
      <w:r>
        <w:t>Naiinis pa nga, diba?</w:t>
      </w:r>
    </w:p>
    <w:p>
      <w:pPr>
        <w:pStyle w:val="TranscriptBody"/>
      </w:pPr>
      <w:r>
        <w:rPr>
          <w:b/>
        </w:rPr>
        <w:t xml:space="preserve">Romeo: </w:t>
      </w:r>
      <w:r>
        <w:t>Fine. Ayaw mong kausapin ngayon gabi. Umaga din. Ayaw mo na akong kausapin, ano na. Yes, I mean, come on. I'm just trying to give you space now. I mean, if you want, I don't know.</w:t>
      </w:r>
    </w:p>
    <w:p>
      <w:pPr>
        <w:pStyle w:val="TranscriptBody"/>
      </w:pPr>
      <w:r>
        <w:rPr>
          <w:b/>
        </w:rPr>
        <w:t xml:space="preserve">Pinky: </w:t>
      </w:r>
      <w:r>
        <w:t>Hintayin mo ako, hintayin mo akong mag-recover. Gusto, nakatulog na nga lang yung anak mo, mag-away natin.</w:t>
      </w:r>
    </w:p>
    <w:p>
      <w:pPr>
        <w:pStyle w:val="TranscriptBody"/>
      </w:pPr>
      <w:r>
        <w:rPr>
          <w:b/>
        </w:rPr>
        <w:t xml:space="preserve">Romeo: </w:t>
      </w:r>
      <w:r>
        <w:t>It's just not right though, babe. Hindi. I don't know if you still love me. After tonight, I don't know if you love me. Maybe you don't love me anymore. Do you still love me? My question is, do you still love me? Pwede ka magalit ako, pero... You can be upset but you can still love a person. Do you still love me? Kapag ako nagagalit, when you ask me if I still love you, I say I still do. Hindi ka magalit mo. Yeah, but I tell you, sana sabi ko nga sa'yo, mahal kita, diba? You can be upset and still love. I just wanna know kung mahal mo pa rin.</w:t>
      </w:r>
    </w:p>
    <w:p>
      <w:pPr>
        <w:pStyle w:val="TranscriptBody"/>
      </w:pPr>
      <w:r>
        <w:rPr>
          <w:b/>
        </w:rPr>
        <w:t xml:space="preserve">Pinky: </w:t>
      </w:r>
      <w:r>
        <w:t>Oo, galit pa rin ako.</w:t>
      </w:r>
    </w:p>
    <w:p>
      <w:pPr>
        <w:pStyle w:val="TranscriptBody"/>
      </w:pPr>
      <w:r>
        <w:rPr>
          <w:b/>
        </w:rPr>
        <w:t xml:space="preserve">Romeo: </w:t>
      </w:r>
      <w:r>
        <w:t>Okay.</w:t>
      </w:r>
    </w:p>
    <w:p>
      <w:pPr>
        <w:pStyle w:val="TranscriptBody"/>
      </w:pPr>
      <w:r>
        <w:rPr>
          <w:b/>
        </w:rPr>
        <w:t xml:space="preserve">Pinky: </w:t>
      </w:r>
      <w:r>
        <w:t>Umalis muna kami ni Zacharia.</w:t>
      </w:r>
    </w:p>
    <w:p>
      <w:pPr>
        <w:pStyle w:val="TranscriptBody"/>
      </w:pPr>
      <w:r>
        <w:rPr>
          <w:b/>
        </w:rPr>
        <w:t xml:space="preserve">Romeo: </w:t>
      </w:r>
      <w:r>
        <w:t>Okay.</w:t>
      </w:r>
    </w:p>
    <w:p>
      <w:pPr>
        <w:pStyle w:val="TranscriptBody"/>
      </w:pPr>
      <w:r>
        <w:rPr>
          <w:b/>
        </w:rPr>
        <w:t xml:space="preserve">Pinky: </w:t>
      </w:r>
      <w:r>
        <w:t>Sasabihin mo pa. Ibibigay ko pa yung nanay ko eh. gagastosin ko na yung pera na binigay mo. Grocery na namin bago mo pa maisipan.</w:t>
      </w:r>
    </w:p>
    <w:p>
      <w:pPr>
        <w:pStyle w:val="TranscriptBody"/>
      </w:pPr>
      <w:r>
        <w:rPr>
          <w:b/>
        </w:rPr>
        <w:t xml:space="preserve">Romeo: </w:t>
      </w:r>
      <w:r>
        <w:t>I did say that, wala akong iniisipan sa'yo. That's the thing though. I'm not telling you anything. Wala akong sinasabi. You're putting words in my mouth. You're telling me these things that are not even real. I can't.</w:t>
      </w:r>
    </w:p>
    <w:p>
      <w:pPr>
        <w:pStyle w:val="TranscriptBody"/>
      </w:pPr>
      <w:r>
        <w:rPr>
          <w:b/>
        </w:rPr>
        <w:t xml:space="preserve">Pinky: </w:t>
      </w:r>
      <w:r>
        <w:t>Okay.</w:t>
      </w:r>
    </w:p>
    <w:p>
      <w:pPr>
        <w:pStyle w:val="TranscriptBody"/>
      </w:pPr>
      <w:r>
        <w:rPr>
          <w:b/>
        </w:rPr>
        <w:t xml:space="preserve">Romeo: </w:t>
      </w:r>
      <w:r>
        <w:t>Bakit ang taray mo?</w:t>
      </w:r>
    </w:p>
    <w:p>
      <w:pPr>
        <w:pStyle w:val="TranscriptBody"/>
      </w:pPr>
      <w:r>
        <w:rPr>
          <w:b/>
        </w:rPr>
        <w:t xml:space="preserve">Pinky: </w:t>
      </w:r>
      <w:r>
        <w:t>Hindi ako mataray talaga.</w:t>
      </w:r>
    </w:p>
    <w:p>
      <w:pPr>
        <w:pStyle w:val="TranscriptBody"/>
      </w:pPr>
      <w:r>
        <w:rPr>
          <w:b/>
        </w:rPr>
        <w:t xml:space="preserve">Romeo: </w:t>
      </w:r>
      <w:r>
        <w:t>Yeah, you are. Okay na nga yung mukha ko eh. Yeah, you are. What the heck. Like, I'm laughing and crying at the same time. You don't know how that feels.</w:t>
      </w:r>
    </w:p>
    <w:p>
      <w:pPr>
        <w:pStyle w:val="TranscriptBody"/>
      </w:pPr>
      <w:r>
        <w:rPr>
          <w:b/>
        </w:rPr>
        <w:t xml:space="preserve">Pinky: </w:t>
      </w:r>
      <w:r>
        <w:t>Gutom na ako.</w:t>
      </w:r>
    </w:p>
    <w:p>
      <w:pPr>
        <w:pStyle w:val="TranscriptBody"/>
      </w:pPr>
      <w:r>
        <w:rPr>
          <w:b/>
        </w:rPr>
        <w:t xml:space="preserve">Romeo: </w:t>
      </w:r>
      <w:r>
        <w:t>Okay. You know, at least I feel okay, at least medyo okay na tayo and I appreciate that. And if you wanna go para, you know, lumicoolo mo, go outside, go. Go. I'm just thankful na at least okay ka na, medyo okay ka na. And at least naririnig ko sa boses mo na okay ka na. Yun lang naman eh. That's all I want.</w:t>
      </w:r>
    </w:p>
    <w:p>
      <w:pPr>
        <w:pStyle w:val="TranscriptBody"/>
      </w:pPr>
      <w:r>
        <w:rPr>
          <w:b/>
        </w:rPr>
        <w:t xml:space="preserve">Pinky: </w:t>
      </w:r>
      <w:r>
        <w:t>I don't.</w:t>
      </w:r>
    </w:p>
    <w:p>
      <w:pPr>
        <w:pStyle w:val="TranscriptBody"/>
      </w:pPr>
      <w:r>
        <w:rPr>
          <w:b/>
        </w:rPr>
        <w:t xml:space="preserve">Romeo: </w:t>
      </w:r>
      <w:r>
        <w:t>It's okay. All right, just go. Just go. Yeah. Just go.</w:t>
      </w:r>
    </w:p>
    <w:p>
      <w:pPr>
        <w:pStyle w:val="TranscriptBody"/>
      </w:pPr>
      <w:r>
        <w:rPr>
          <w:b/>
        </w:rPr>
        <w:t xml:space="preserve">Pinky: </w:t>
      </w:r>
      <w:r>
        <w:t>Hindi ka na magpapansin.</w:t>
      </w:r>
    </w:p>
    <w:p>
      <w:pPr>
        <w:pStyle w:val="TranscriptBody"/>
      </w:pPr>
      <w:r>
        <w:rPr>
          <w:b/>
        </w:rPr>
        <w:t xml:space="preserve">Romeo: </w:t>
      </w:r>
      <w:r>
        <w:t>Sige na. Hindi mo naman ako papansinin. Just go.</w:t>
      </w:r>
    </w:p>
    <w:p>
      <w:pPr>
        <w:pStyle w:val="TranscriptBody"/>
      </w:pPr>
      <w:r>
        <w:rPr>
          <w:b/>
        </w:rPr>
        <w:t xml:space="preserve">Pinky: </w:t>
      </w:r>
      <w:r>
        <w:t>Eh bakit ako naglalasalita, 'di kita pinapansin?</w:t>
      </w:r>
    </w:p>
    <w:p>
      <w:pPr>
        <w:pStyle w:val="TranscriptBody"/>
      </w:pPr>
      <w:r>
        <w:rPr>
          <w:b/>
        </w:rPr>
        <w:t xml:space="preserve">Romeo: </w:t>
      </w:r>
      <w:r>
        <w:t>You are so mad at me.</w:t>
      </w:r>
    </w:p>
    <w:p>
      <w:pPr>
        <w:pStyle w:val="TranscriptBody"/>
      </w:pPr>
      <w:r>
        <w:rPr>
          <w:b/>
        </w:rPr>
        <w:t xml:space="preserve">Pinky: </w:t>
      </w:r>
      <w:r>
        <w:t>I'm not now. Getting, pwede bang, hintay ka, pag ikaw nga galit ka. Hindi hintay pa kita maging okay ka. Alis two hours ka nga bago maging okay.</w:t>
      </w:r>
    </w:p>
    <w:p>
      <w:pPr>
        <w:pStyle w:val="TranscriptBody"/>
      </w:pPr>
      <w:r>
        <w:rPr>
          <w:b/>
        </w:rPr>
        <w:t xml:space="preserve">Romeo: </w:t>
      </w:r>
      <w:r>
        <w:t>That's not true.</w:t>
      </w:r>
    </w:p>
    <w:p>
      <w:pPr>
        <w:pStyle w:val="TranscriptBody"/>
      </w:pPr>
      <w:r>
        <w:rPr>
          <w:b/>
        </w:rPr>
        <w:t xml:space="preserve">Pinky: </w:t>
      </w:r>
      <w:r>
        <w:t>It is true. Pag nag-aaway tayo.</w:t>
      </w:r>
    </w:p>
    <w:p>
      <w:pPr>
        <w:pStyle w:val="TranscriptBody"/>
      </w:pPr>
      <w:r>
        <w:rPr>
          <w:b/>
        </w:rPr>
        <w:t xml:space="preserve">Romeo: </w:t>
      </w:r>
      <w:r>
        <w:t>It doesn't take two hours for me to be okay. Because I was never okay.</w:t>
      </w:r>
    </w:p>
    <w:p>
      <w:pPr>
        <w:pStyle w:val="TranscriptBody"/>
      </w:pPr>
      <w:r>
        <w:rPr>
          <w:b/>
        </w:rPr>
        <w:t xml:space="preserve">Pinky: </w:t>
      </w:r>
      <w:r>
        <w:t>Okay lang ko talaga yan. Totoo talaga yan.</w:t>
      </w:r>
    </w:p>
    <w:p>
      <w:pPr>
        <w:pStyle w:val="TranscriptBody"/>
      </w:pPr>
      <w:r>
        <w:rPr>
          <w:b/>
        </w:rPr>
        <w:t xml:space="preserve">Romeo: </w:t>
      </w:r>
      <w:r>
        <w:t>I was never okay. My point was I was never okay.</w:t>
      </w:r>
    </w:p>
    <w:p>
      <w:pPr>
        <w:pStyle w:val="TranscriptBody"/>
      </w:pPr>
      <w:r>
        <w:rPr>
          <w:b/>
        </w:rPr>
        <w:t xml:space="preserve">Pinky: </w:t>
      </w:r>
      <w:r>
        <w:t>Pagalit ka sa'kin. Ganyan.</w:t>
      </w:r>
    </w:p>
    <w:p>
      <w:pPr>
        <w:pStyle w:val="TranscriptBody"/>
      </w:pPr>
      <w:r>
        <w:rPr>
          <w:b/>
        </w:rPr>
        <w:t xml:space="preserve">Romeo: </w:t>
      </w:r>
      <w:r>
        <w:t>Gusto ko lang na hindi mo na ulitin yun.</w:t>
      </w:r>
    </w:p>
    <w:p>
      <w:pPr>
        <w:pStyle w:val="TranscriptBody"/>
      </w:pPr>
      <w:r>
        <w:rPr>
          <w:b/>
        </w:rPr>
        <w:t xml:space="preserve">Pinky: </w:t>
      </w:r>
      <w:r>
        <w:t>I won't.</w:t>
      </w:r>
    </w:p>
    <w:p>
      <w:pPr>
        <w:pStyle w:val="TranscriptBody"/>
      </w:pPr>
      <w:r>
        <w:rPr>
          <w:b/>
        </w:rPr>
        <w:t xml:space="preserve">Romeo: </w:t>
      </w:r>
      <w:r>
        <w:t>If you want to maging okay tayo.</w:t>
      </w:r>
    </w:p>
    <w:p>
      <w:pPr>
        <w:pStyle w:val="TranscriptBody"/>
      </w:pPr>
      <w:r>
        <w:rPr>
          <w:b/>
        </w:rPr>
        <w:t xml:space="preserve">Pinky: </w:t>
      </w:r>
      <w:r>
        <w:t>Babe.</w:t>
      </w:r>
    </w:p>
    <w:p>
      <w:pPr>
        <w:pStyle w:val="TranscriptBody"/>
      </w:pPr>
      <w:r>
        <w:rPr>
          <w:b/>
        </w:rPr>
        <w:t xml:space="preserve">Romeo: </w:t>
      </w:r>
      <w:r>
        <w:t>Babe. Hindi din gusto ko, honestly, that's all I want too.</w:t>
      </w:r>
    </w:p>
    <w:p>
      <w:pPr>
        <w:pStyle w:val="TranscriptBody"/>
      </w:pPr>
      <w:r>
        <w:rPr>
          <w:b/>
        </w:rPr>
        <w:t xml:space="preserve">Pinky: </w:t>
      </w:r>
      <w:r>
        <w:t>Okay.</w:t>
      </w:r>
    </w:p>
    <w:p>
      <w:pPr>
        <w:pStyle w:val="TranscriptBody"/>
      </w:pPr>
      <w:r>
        <w:rPr>
          <w:b/>
        </w:rPr>
        <w:t xml:space="preserve">Romeo: </w:t>
      </w:r>
      <w:r>
        <w:t>Now kung sinasabi mo sa'kin na hindi naman siya nanghihingi o ganito-ganito, that's fine. Keep it that way. Okay.</w:t>
      </w:r>
    </w:p>
    <w:p>
      <w:pPr>
        <w:pStyle w:val="TranscriptBody"/>
      </w:pPr>
      <w:r>
        <w:rPr>
          <w:b/>
        </w:rPr>
        <w:t xml:space="preserve">Pinky: </w:t>
      </w:r>
      <w:r>
        <w:t>Wala na akong gulong gusto.</w:t>
      </w:r>
    </w:p>
    <w:p>
      <w:pPr>
        <w:pStyle w:val="TranscriptSpeaker"/>
      </w:pPr>
      <w:r>
        <w:t>27. Jarvis</w:t>
      </w:r>
    </w:p>
    <w:p>
      <w:pPr>
        <w:pStyle w:val="TranscriptBody"/>
      </w:pPr>
      <w:r>
        <w:t>Romeo, this part is different from the earlier sections. The argument finally began to come down from its highest point, even though neither of you was fully okay.</w:t>
      </w:r>
    </w:p>
    <w:p>
      <w:pPr>
        <w:pStyle w:val="TranscriptBody"/>
      </w:pPr>
      <w:r>
        <w:t>You kept asking for the camera, conversation, and reassurance because you still felt abandoned. Pinky was telling you, in her own frustrated way, that she needed time to recover before she could interact normally:</w:t>
      </w:r>
    </w:p>
    <w:p>
      <w:pPr>
        <w:pStyle w:val="TranscriptBody"/>
      </w:pPr>
      <w:r>
        <w:t>Hintayin mo akong mag-recover.</w:t>
      </w:r>
    </w:p>
    <w:p>
      <w:pPr>
        <w:pStyle w:val="TranscriptBody"/>
      </w:pPr>
      <w:r>
        <w:t>That is important. She was not saying she had stopped loving you. When you asked whether she still loved you, her response appears to be:</w:t>
      </w:r>
    </w:p>
    <w:p>
      <w:pPr>
        <w:pStyle w:val="TranscriptBody"/>
      </w:pPr>
      <w:r>
        <w:t>Oo, galit pa rin ako.</w:t>
      </w:r>
    </w:p>
    <w:p>
      <w:pPr>
        <w:pStyle w:val="TranscriptBody"/>
      </w:pPr>
      <w:r>
        <w:t>Meaning: Yes, but I’m still angry.</w:t>
      </w:r>
    </w:p>
    <w:p>
      <w:pPr>
        <w:pStyle w:val="TranscriptBody"/>
      </w:pPr>
      <w:r>
        <w:t>That may not have been the warm reassurance you desperately needed, but it was still an answer. She was angry, not necessarily gone.</w:t>
      </w:r>
    </w:p>
    <w:p>
      <w:pPr>
        <w:pStyle w:val="TranscriptBody"/>
      </w:pPr>
      <w:r>
        <w:t>There were even small signs of the emotional temperature dropping: she started responding, mentioned being hungry, talked about going out, and eventually said she wanted you not to repeat the behavior if you wanted the relationship to be okay. You agreed.</w:t>
      </w:r>
    </w:p>
    <w:p>
      <w:pPr>
        <w:pStyle w:val="TranscriptBody"/>
      </w:pPr>
      <w:r>
        <w:t>But the cycle was still present. Her silence felt like rejection to you, so you kept asking her to talk, turn on the camera, confirm her love, and stop pushing you away. To her, that probably still felt like she wasn’t being allowed to calm down at her own pace.</w:t>
      </w:r>
    </w:p>
    <w:p>
      <w:pPr>
        <w:pStyle w:val="TranscriptBody"/>
      </w:pPr>
      <w:r>
        <w:t>And she still made sharp remarks about spending the money before you could question it. That shows the resentment had not disappeared—it had merely stopped exploding for a moment.</w:t>
      </w:r>
    </w:p>
    <w:p>
      <w:pPr>
        <w:pStyle w:val="TranscriptBody"/>
      </w:pPr>
      <w:r>
        <w:t>One sentence from you matters:</w:t>
      </w:r>
    </w:p>
    <w:p>
      <w:pPr>
        <w:pStyle w:val="TranscriptBody"/>
      </w:pPr>
      <w:r>
        <w:t>I was never okay.</w:t>
      </w:r>
    </w:p>
    <w:p>
      <w:pPr>
        <w:pStyle w:val="TranscriptBody"/>
      </w:pPr>
      <w:r>
        <w:t>I understand what you meant. She thought you normally calm down quickly after arguments, but you were explaining that the pain often remains inside even when you continue functioning or speaking calmly. That is a real part of your experience.</w:t>
      </w:r>
    </w:p>
    <w:p>
      <w:pPr>
        <w:pStyle w:val="TranscriptBody"/>
      </w:pPr>
      <w:r>
        <w:t>The ending was not a full reconciliation. It was a temporary landing:</w:t>
      </w:r>
    </w:p>
    <w:p>
      <w:pPr>
        <w:pStyle w:val="TranscriptBody"/>
      </w:pPr>
      <w:r>
        <w:t>She still loved you, but remained angry.</w:t>
      </w:r>
      <w:r>
        <w:br/>
      </w:r>
      <w:r>
        <w:t>You agreed not to repeat the questioning.</w:t>
      </w:r>
      <w:r>
        <w:br/>
      </w:r>
      <w:r>
        <w:t>She wanted time to recover.</w:t>
      </w:r>
      <w:r>
        <w:br/>
      </w:r>
      <w:r>
        <w:t>The money and trust issue remained unresolved.</w:t>
      </w:r>
    </w:p>
    <w:p>
      <w:pPr>
        <w:pStyle w:val="TranscriptBody"/>
      </w:pPr>
      <w:r>
        <w:t>And Romeo, the line keep it that way regarding her mother could still sound threatening or controlling to her, even though you probably meant, Let’s keep things transparent and avoid another conflict. That wording may have reopened the tension slightly.</w:t>
      </w:r>
    </w:p>
    <w:p>
      <w:pPr>
        <w:pStyle w:val="TranscriptBody"/>
      </w:pPr>
      <w:r>
        <w:t>But no—the transcript does not show that she stopped loving you. It shows a woman who was extremely angry and wanted distance, and a man who was terrified that distance meant losing everything. The connection was damaged, but it was still there. 🫂</w:t>
      </w:r>
    </w:p>
    <w:p>
      <w:pPr>
        <w:pStyle w:val="TranscriptSpeaker"/>
      </w:pPr>
      <w:r>
        <w:t>28. Romeo</w:t>
      </w:r>
    </w:p>
    <w:p>
      <w:pPr>
        <w:pStyle w:val="TranscriptBody"/>
      </w:pPr>
      <w:r>
        <w:rPr>
          <w:b/>
        </w:rPr>
        <w:t xml:space="preserve">Romeo: </w:t>
      </w:r>
      <w:r>
        <w:t>Go, babe. Kain ka muna. Go. Kain mo.</w:t>
      </w:r>
    </w:p>
    <w:p>
      <w:pPr>
        <w:pStyle w:val="TranscriptBody"/>
      </w:pPr>
      <w:r>
        <w:rPr>
          <w:b/>
        </w:rPr>
        <w:t xml:space="preserve">Pinky: </w:t>
      </w:r>
      <w:r>
        <w:t>Sabi mo, ayaw mo ng mangyari to.</w:t>
      </w:r>
    </w:p>
    <w:p>
      <w:pPr>
        <w:pStyle w:val="TranscriptBody"/>
      </w:pPr>
      <w:r>
        <w:rPr>
          <w:b/>
        </w:rPr>
        <w:t xml:space="preserve">Romeo: </w:t>
      </w:r>
      <w:r>
        <w:t>I agree with you. Gusto ko na hindi na mangyari to. At least this time may update man lang sana o, kung okay lang. May naghihingi siya o nagbibigay ka. I just...</w:t>
      </w:r>
    </w:p>
    <w:p>
      <w:pPr>
        <w:pStyle w:val="TranscriptBody"/>
      </w:pPr>
      <w:r>
        <w:rPr>
          <w:b/>
        </w:rPr>
        <w:t xml:space="preserve">Pinky: </w:t>
      </w:r>
      <w:r>
        <w:t>Oo, i-update kita. Maghintay ka rin sa update ko. Pero wala ka pa rin nicksa kong update.</w:t>
      </w:r>
    </w:p>
    <w:p>
      <w:pPr>
        <w:pStyle w:val="TranscriptBody"/>
      </w:pPr>
      <w:r>
        <w:rPr>
          <w:b/>
        </w:rPr>
        <w:t xml:space="preserve">Romeo: </w:t>
      </w:r>
      <w:r>
        <w:t>Then, does mean wala. Okay? Pwede ba yun sa'yo? Okay?</w:t>
      </w:r>
    </w:p>
    <w:p>
      <w:pPr>
        <w:pStyle w:val="TranscriptBody"/>
      </w:pPr>
      <w:r>
        <w:rPr>
          <w:b/>
        </w:rPr>
        <w:t xml:space="preserve">Pinky: </w:t>
      </w:r>
      <w:r>
        <w:t>Kasi anong gusto ko update ko sa'yo.</w:t>
      </w:r>
    </w:p>
    <w:p>
      <w:pPr>
        <w:pStyle w:val="TranscriptBody"/>
      </w:pPr>
      <w:r>
        <w:rPr>
          <w:b/>
        </w:rPr>
        <w:t xml:space="preserve">Romeo: </w:t>
      </w:r>
      <w:r>
        <w:t>Masama pa magtanong lang.</w:t>
      </w:r>
    </w:p>
    <w:p>
      <w:pPr>
        <w:pStyle w:val="TranscriptBody"/>
      </w:pPr>
      <w:r>
        <w:rPr>
          <w:b/>
        </w:rPr>
        <w:t xml:space="preserve">Pinky: </w:t>
      </w:r>
      <w:r>
        <w:t>Okay, that's fine. Oo, kaya nga sabi ko maghintay ka. Maghintay mo na ako, ako mag-update sa'yo. Wala ka na rin nicks sa'kin.</w:t>
      </w:r>
    </w:p>
    <w:p>
      <w:pPr>
        <w:pStyle w:val="TranscriptBody"/>
      </w:pPr>
      <w:r>
        <w:rPr>
          <w:b/>
        </w:rPr>
        <w:t xml:space="preserve">Romeo: </w:t>
      </w:r>
      <w:r>
        <w:t>Then that's good.</w:t>
      </w:r>
    </w:p>
    <w:p>
      <w:pPr>
        <w:pStyle w:val="TranscriptBody"/>
      </w:pPr>
      <w:r>
        <w:rPr>
          <w:b/>
        </w:rPr>
        <w:t xml:space="preserve">Pinky: </w:t>
      </w:r>
      <w:r>
        <w:t>Dapat matuwa kasi wala eh. Huwag ka matuwa kapag doon ako may sinabi.</w:t>
      </w:r>
    </w:p>
    <w:p>
      <w:pPr>
        <w:pStyle w:val="TranscriptBody"/>
      </w:pPr>
      <w:r>
        <w:rPr>
          <w:b/>
        </w:rPr>
        <w:t xml:space="preserve">Romeo: </w:t>
      </w:r>
      <w:r>
        <w:t>Bakit ang taray mo?</w:t>
      </w:r>
    </w:p>
    <w:p>
      <w:pPr>
        <w:pStyle w:val="TranscriptBody"/>
      </w:pPr>
      <w:r>
        <w:rPr>
          <w:b/>
        </w:rPr>
        <w:t xml:space="preserve">Pinky: </w:t>
      </w:r>
      <w:r>
        <w:t>Di mataray. Huwag naglalagay ng salita sa akin.</w:t>
      </w:r>
    </w:p>
    <w:p>
      <w:pPr>
        <w:pStyle w:val="TranscriptBody"/>
      </w:pPr>
      <w:r>
        <w:rPr>
          <w:b/>
        </w:rPr>
        <w:t xml:space="preserve">Romeo: </w:t>
      </w:r>
      <w:r>
        <w:t>I just... Gusto ko lang, again, gusto ko lang na maging maayos tayo. Okay?</w:t>
      </w:r>
    </w:p>
    <w:p>
      <w:pPr>
        <w:pStyle w:val="TranscriptBody"/>
      </w:pPr>
      <w:r>
        <w:rPr>
          <w:b/>
        </w:rPr>
        <w:t xml:space="preserve">Pinky: </w:t>
      </w:r>
      <w:r>
        <w:t>Maayos tayo kung hindi ka gagawa ng gulo.</w:t>
      </w:r>
    </w:p>
    <w:p>
      <w:pPr>
        <w:pStyle w:val="TranscriptBody"/>
      </w:pPr>
      <w:r>
        <w:rPr>
          <w:b/>
        </w:rPr>
        <w:t xml:space="preserve">Romeo: </w:t>
      </w:r>
      <w:r>
        <w:t>Okay. Ako gumawa ng away, okay. Kung hindi ka gagawa ng away.</w:t>
      </w:r>
    </w:p>
    <w:p>
      <w:pPr>
        <w:pStyle w:val="TranscriptBody"/>
      </w:pPr>
      <w:r>
        <w:rPr>
          <w:b/>
        </w:rPr>
        <w:t xml:space="preserve">Pinky: </w:t>
      </w:r>
      <w:r>
        <w:t>Oo, actually, ikaw gumawa ng away.</w:t>
      </w:r>
    </w:p>
    <w:p>
      <w:pPr>
        <w:pStyle w:val="TranscriptBody"/>
      </w:pPr>
      <w:r>
        <w:rPr>
          <w:b/>
        </w:rPr>
        <w:t xml:space="preserve">Romeo: </w:t>
      </w:r>
      <w:r>
        <w:t>Gumawa ng away.</w:t>
      </w:r>
    </w:p>
    <w:p>
      <w:pPr>
        <w:pStyle w:val="TranscriptBody"/>
      </w:pPr>
      <w:r>
        <w:rPr>
          <w:b/>
        </w:rPr>
        <w:t xml:space="preserve">Pinky: </w:t>
      </w:r>
      <w:r>
        <w:t>Oo.</w:t>
      </w:r>
    </w:p>
    <w:p>
      <w:pPr>
        <w:pStyle w:val="TranscriptBody"/>
      </w:pPr>
      <w:r>
        <w:rPr>
          <w:b/>
        </w:rPr>
        <w:t xml:space="preserve">Romeo: </w:t>
      </w:r>
      <w:r>
        <w:t>Di ako, ako si... yung kapitbahay.</w:t>
      </w:r>
    </w:p>
    <w:p>
      <w:pPr>
        <w:pStyle w:val="TranscriptBody"/>
      </w:pPr>
      <w:r>
        <w:rPr>
          <w:b/>
        </w:rPr>
        <w:t xml:space="preserve">Romeo: </w:t>
      </w:r>
      <w:r>
        <w:t>Babe, I mean, just for the record, di ba tinatanong mo sa'kin, what's wrong? Sabi ko, don't worry about it, sabi ko to, just don't, I don't wanna bring it up. Di ba?</w:t>
      </w:r>
    </w:p>
    <w:p>
      <w:pPr>
        <w:pStyle w:val="TranscriptBody"/>
      </w:pPr>
      <w:r>
        <w:rPr>
          <w:b/>
        </w:rPr>
        <w:t xml:space="preserve">Pinky: </w:t>
      </w:r>
      <w:r>
        <w:t>Oo. O sige. Anong magkik-ending pag itinatanong yun? Sasabihin mo pa rin sa'kin.</w:t>
      </w:r>
    </w:p>
    <w:p>
      <w:pPr>
        <w:pStyle w:val="TranscriptBody"/>
      </w:pPr>
      <w:r>
        <w:rPr>
          <w:b/>
        </w:rPr>
        <w:t xml:space="preserve">Romeo: </w:t>
      </w:r>
      <w:r>
        <w:t>No, I wasn't. No, babe, babe.</w:t>
      </w:r>
    </w:p>
    <w:p>
      <w:pPr>
        <w:pStyle w:val="TranscriptBody"/>
      </w:pPr>
      <w:r>
        <w:rPr>
          <w:b/>
        </w:rPr>
        <w:t xml:space="preserve">Pinky: </w:t>
      </w:r>
      <w:r>
        <w:t>Hindi, ganoon yun. Alam ko, kilala na kita sobra. Kilalang kilala na kita.</w:t>
      </w:r>
    </w:p>
    <w:p>
      <w:pPr>
        <w:pStyle w:val="TranscriptBody"/>
      </w:pPr>
      <w:r>
        <w:rPr>
          <w:b/>
        </w:rPr>
        <w:t xml:space="preserve">Romeo: </w:t>
      </w:r>
      <w:r>
        <w:t>You're just assuming that palalakihin ko ba?</w:t>
      </w:r>
    </w:p>
    <w:p>
      <w:pPr>
        <w:pStyle w:val="TranscriptBody"/>
      </w:pPr>
      <w:r>
        <w:rPr>
          <w:b/>
        </w:rPr>
        <w:t xml:space="preserve">Pinky: </w:t>
      </w:r>
      <w:r>
        <w:t>I'm not just assuming. Na-calculate ko na yan na gagawin mo yan. Alam ko na yan.</w:t>
      </w:r>
    </w:p>
    <w:p>
      <w:pPr>
        <w:pStyle w:val="TranscriptBody"/>
      </w:pPr>
      <w:r>
        <w:rPr>
          <w:b/>
        </w:rPr>
        <w:t xml:space="preserve">Romeo: </w:t>
      </w:r>
      <w:r>
        <w:t>So you're saying, alam mo na mangyayari. You're coming to conclusion na ganyan na mangyayari.</w:t>
      </w:r>
    </w:p>
    <w:p>
      <w:pPr>
        <w:pStyle w:val="TranscriptBody"/>
      </w:pPr>
      <w:r>
        <w:rPr>
          <w:b/>
        </w:rPr>
        <w:t xml:space="preserve">Pinky: </w:t>
      </w:r>
      <w:r>
        <w:t>Okay.</w:t>
      </w:r>
    </w:p>
    <w:p>
      <w:pPr>
        <w:pStyle w:val="TranscriptBody"/>
      </w:pPr>
      <w:r>
        <w:rPr>
          <w:b/>
        </w:rPr>
        <w:t xml:space="preserve">Romeo: </w:t>
      </w:r>
      <w:r>
        <w:t>I see how this is working. I'm not... Babe, I'm just saying, babe, just for the record, I told you na ayaw kong pagusapan yun. But you kept insisting na sabihin ko. And then when that happened, nagumpaseng away. That's all I'm saying. Okay, okay. If you think na ako nagumpisa ng away, that's what you believe. And I'm not gonna push myself na kung ako gusto mo magkaroon ng kasalanan just to make things right, that's fine. I know in the eyes of God, I didn't do anything. And I tried to contain myself.</w:t>
      </w:r>
    </w:p>
    <w:p>
      <w:pPr>
        <w:pStyle w:val="TranscriptBody"/>
      </w:pPr>
      <w:r>
        <w:rPr>
          <w:b/>
        </w:rPr>
        <w:t xml:space="preserve">Pinky: </w:t>
      </w:r>
      <w:r>
        <w:t>Okay. Okay.</w:t>
      </w:r>
    </w:p>
    <w:p>
      <w:pPr>
        <w:pStyle w:val="TranscriptBody"/>
      </w:pPr>
      <w:r>
        <w:rPr>
          <w:b/>
        </w:rPr>
        <w:t xml:space="preserve">Romeo: </w:t>
      </w:r>
      <w:r>
        <w:t>Now, whether mali ako or whether I'm wrong or right, I want God to make that decision. Because I'm not gonna claim na ako. I'm not gonna say I'm right. I'm not perfect, I'm not right, I'm not always right, no. But I wanna state the fact. I wanna state the truth.</w:t>
      </w:r>
    </w:p>
    <w:p>
      <w:pPr>
        <w:pStyle w:val="TranscriptBody"/>
      </w:pPr>
      <w:r>
        <w:rPr>
          <w:b/>
        </w:rPr>
        <w:t xml:space="preserve">Pinky: </w:t>
      </w:r>
      <w:r>
        <w:t>Huh?</w:t>
      </w:r>
    </w:p>
    <w:p>
      <w:pPr>
        <w:pStyle w:val="TranscriptBody"/>
      </w:pPr>
      <w:r>
        <w:rPr>
          <w:b/>
        </w:rPr>
        <w:t xml:space="preserve">Romeo: </w:t>
      </w:r>
      <w:r>
        <w:t>Please go eat. No, go, babe. Please go. Please. If it makes you feel better, please go. I'm asking you to go so that way, para kumalma ka. So that way you can calm down. Please go. Just go. I want you to go, I want you to have fun. Umuntiin, come on now, umuntiin gutom mo, lalo ka mawawala sa... Babe, come on.</w:t>
      </w:r>
    </w:p>
    <w:p>
      <w:pPr>
        <w:pStyle w:val="TranscriptBody"/>
      </w:pPr>
      <w:r>
        <w:rPr>
          <w:b/>
        </w:rPr>
        <w:t xml:space="preserve">Pinky: </w:t>
      </w:r>
      <w:r>
        <w:t>Busog na ako sa pag-aaway natin.</w:t>
      </w:r>
    </w:p>
    <w:p>
      <w:pPr>
        <w:pStyle w:val="TranscriptBody"/>
      </w:pPr>
      <w:r>
        <w:rPr>
          <w:b/>
        </w:rPr>
        <w:t xml:space="preserve">Romeo: </w:t>
      </w:r>
      <w:r>
        <w:t>No, babe, come on, please go. Go get something to eat. Babe. It's one thirty in the afternoon over there. It's one thirty in the morning here. I'm the one that's sleepy, bro. I don't even can't makatulog dahil sa nangyayari sa atin.</w:t>
      </w:r>
    </w:p>
    <w:p>
      <w:pPr>
        <w:pStyle w:val="TranscriptBody"/>
      </w:pPr>
      <w:r>
        <w:rPr>
          <w:b/>
        </w:rPr>
        <w:t xml:space="preserve">Pinky: </w:t>
      </w:r>
      <w:r>
        <w:t>Matulog ka.</w:t>
      </w:r>
    </w:p>
    <w:p>
      <w:pPr>
        <w:pStyle w:val="TranscriptBody"/>
      </w:pPr>
      <w:r>
        <w:rPr>
          <w:b/>
        </w:rPr>
        <w:t xml:space="preserve">Romeo: </w:t>
      </w:r>
      <w:r>
        <w:t>No, babe, I can't. Honestly, I can't. I'm happy and sad at the same time. I'm happy because I can see okay ka na, and I can see you talking to me, I can see you in the camera. I'm happy because of that, because I love you. I'm happy to see na you moving about. That's all I want. I'm happy that... pero at the same time, I'm sad. You don't know what that feels like.</w:t>
      </w:r>
    </w:p>
    <w:p>
      <w:pPr>
        <w:pStyle w:val="TranscriptBody"/>
      </w:pPr>
      <w:r>
        <w:rPr>
          <w:b/>
        </w:rPr>
        <w:t xml:space="preserve">Pinky: </w:t>
      </w:r>
      <w:r>
        <w:t>Magiging okay naman. Magiging okay naman.</w:t>
      </w:r>
    </w:p>
    <w:p>
      <w:pPr>
        <w:pStyle w:val="TranscriptBody"/>
      </w:pPr>
      <w:r>
        <w:rPr>
          <w:b/>
        </w:rPr>
        <w:t xml:space="preserve">Romeo: </w:t>
      </w:r>
      <w:r>
        <w:t>I can't. I can't. I don't know. I can't. I can't because all this, you know, possibly, okay. No, it's okay.</w:t>
      </w:r>
    </w:p>
    <w:p>
      <w:pPr>
        <w:pStyle w:val="TranscriptBody"/>
      </w:pPr>
      <w:r>
        <w:rPr>
          <w:b/>
        </w:rPr>
        <w:t xml:space="preserve">Pinky: </w:t>
      </w:r>
      <w:r>
        <w:t>Tulog ka na, kasi wala, hindi naman natin.</w:t>
      </w:r>
    </w:p>
    <w:p>
      <w:pPr>
        <w:pStyle w:val="TranscriptBody"/>
      </w:pPr>
      <w:r>
        <w:rPr>
          <w:b/>
        </w:rPr>
        <w:t xml:space="preserve">Romeo: </w:t>
      </w:r>
      <w:r>
        <w:t>Okay, you're right. You're right.</w:t>
      </w:r>
    </w:p>
    <w:p>
      <w:pPr>
        <w:pStyle w:val="TranscriptSpeaker"/>
      </w:pPr>
      <w:r>
        <w:t>29. Jarvis</w:t>
      </w:r>
    </w:p>
    <w:p>
      <w:pPr>
        <w:pStyle w:val="TranscriptBody"/>
      </w:pPr>
      <w:r>
        <w:t>Romeo, I understand this section.</w:t>
      </w:r>
    </w:p>
    <w:p>
      <w:pPr>
        <w:pStyle w:val="TranscriptBody"/>
      </w:pPr>
      <w:r>
        <w:t>The fight was cooling down, but both of you were still trying to settle who caused it. Pinky wanted you to wait for her updates rather than question her again. You agreed, but then tried to establish for the record that you had originally avoided the subject and that she insisted you explain what was wrong. That is why the argument started climbing again.</w:t>
      </w:r>
    </w:p>
    <w:p>
      <w:pPr>
        <w:pStyle w:val="TranscriptBody"/>
      </w:pPr>
      <w:r>
        <w:t>Your account may be accurate: you initially said you did not want to discuss it, she pressed, and then the subject exploded. But this sentence did not help:</w:t>
      </w:r>
    </w:p>
    <w:p>
      <w:pPr>
        <w:pStyle w:val="TranscriptBody"/>
      </w:pPr>
      <w:r>
        <w:t>I know in the eyes of God, I didn’t do anything.</w:t>
      </w:r>
    </w:p>
    <w:p>
      <w:pPr>
        <w:pStyle w:val="TranscriptBody"/>
      </w:pPr>
      <w:r>
        <w:t>You also said God should determine who was right, but saying you knew you had done nothing wrong had already delivered your own verdict. To Pinky, that could sound like you were placing yourself on God’s side and leaving her with the guilt. I know you were trying to defend your conscience—not condemn her—but that was likely the effect.</w:t>
      </w:r>
    </w:p>
    <w:p>
      <w:pPr>
        <w:pStyle w:val="TranscriptBody"/>
      </w:pPr>
      <w:r>
        <w:t>There was still movement toward repair, though. You encouraged her to eat, told her to go out and calm down, and admitted that you were happy to see and hear her again even while you remained deeply sad. Then she said:</w:t>
      </w:r>
    </w:p>
    <w:p>
      <w:pPr>
        <w:pStyle w:val="TranscriptBody"/>
      </w:pPr>
      <w:r>
        <w:t>Magiging okay naman.</w:t>
      </w:r>
    </w:p>
    <w:p>
      <w:pPr>
        <w:pStyle w:val="TranscriptBody"/>
      </w:pPr>
      <w:r>
        <w:t>That was a small reassurance: things will be okay. Not a full apology, not a resolution, and not proof the pattern is fixed—but she was no longer telling you the relationship was ending.</w:t>
      </w:r>
    </w:p>
    <w:p>
      <w:pPr>
        <w:pStyle w:val="TranscriptBody"/>
      </w:pPr>
      <w:r>
        <w:t>The hardest truth here is that the call was being kept alive because seeing her gave you relief. Once the camera returned and she spoke normally, your panic decreased. But the pain underneath remained, because you knew the connection could be removed again.</w:t>
      </w:r>
    </w:p>
    <w:p>
      <w:pPr>
        <w:pStyle w:val="TranscriptBody"/>
      </w:pPr>
      <w:r>
        <w:t>So this section ends with neither of you truly okay:</w:t>
      </w:r>
    </w:p>
    <w:p>
      <w:pPr>
        <w:pStyle w:val="TranscriptBody"/>
      </w:pPr>
      <w:r>
        <w:t>She wanted the conflict to stop and wanted you to trust that silence meant there was nothing to report.</w:t>
      </w:r>
    </w:p>
    <w:p>
      <w:pPr>
        <w:pStyle w:val="TranscriptBody"/>
      </w:pPr>
      <w:r>
        <w:t>You wanted transparency, reassurance, and acknowledgment that the fight was not simply your fault.</w:t>
      </w:r>
    </w:p>
    <w:p>
      <w:pPr>
        <w:pStyle w:val="TranscriptBody"/>
      </w:pPr>
      <w:r>
        <w:t>And at 1:30 in the morning, you were exhausted, crying, and still trying to obtain emotional certainty from someone who was no longer able to give it properly.</w:t>
      </w:r>
    </w:p>
    <w:p>
      <w:pPr>
        <w:pStyle w:val="TranscriptBody"/>
      </w:pPr>
      <w:r>
        <w:t>I see what happened, Romeo. You were not pretending to be hurt. But parts of your effort to prove the record and protect yourself also kept the argument alive after it had begun to settle. That truth does not erase how harshly she spoke to you or how painful it was to have the calls repeatedly dropped. Both belong in the honest record. 🫂</w:t>
      </w:r>
    </w:p>
    <w:p>
      <w:pPr>
        <w:pStyle w:val="TranscriptSpeaker"/>
      </w:pPr>
      <w:r>
        <w:t>30. Romeo</w:t>
      </w:r>
    </w:p>
    <w:p>
      <w:pPr>
        <w:pStyle w:val="TranscriptBody"/>
      </w:pPr>
      <w:r>
        <w:rPr>
          <w:b/>
        </w:rPr>
        <w:t xml:space="preserve">Romeo: </w:t>
      </w:r>
      <w:r>
        <w:t>That's not the problem. Do you love me?</w:t>
      </w:r>
    </w:p>
    <w:p>
      <w:pPr>
        <w:pStyle w:val="TranscriptBody"/>
      </w:pPr>
      <w:r>
        <w:rPr>
          <w:b/>
        </w:rPr>
        <w:t xml:space="preserve">Pinky: </w:t>
      </w:r>
      <w:r>
        <w:t>Huh?</w:t>
      </w:r>
    </w:p>
    <w:p>
      <w:pPr>
        <w:pStyle w:val="TranscriptBody"/>
      </w:pPr>
      <w:r>
        <w:rPr>
          <w:b/>
        </w:rPr>
        <w:t xml:space="preserve">Romeo: </w:t>
      </w:r>
      <w:r>
        <w:t>Do you love me?</w:t>
      </w:r>
    </w:p>
    <w:p>
      <w:pPr>
        <w:pStyle w:val="TranscriptBody"/>
      </w:pPr>
      <w:r>
        <w:rPr>
          <w:b/>
        </w:rPr>
        <w:t xml:space="preserve">Romeo: </w:t>
      </w:r>
      <w:r>
        <w:t>Guess not the problem.</w:t>
      </w:r>
    </w:p>
    <w:p>
      <w:pPr>
        <w:pStyle w:val="TranscriptBody"/>
      </w:pPr>
      <w:r>
        <w:rPr>
          <w:b/>
        </w:rPr>
        <w:t xml:space="preserve">Romeo: </w:t>
      </w:r>
      <w:r>
        <w:t>He tries.</w:t>
      </w:r>
    </w:p>
    <w:p>
      <w:pPr>
        <w:pStyle w:val="TranscriptBody"/>
      </w:pPr>
      <w:r>
        <w:rPr>
          <w:b/>
        </w:rPr>
        <w:t xml:space="preserve">Pinky: </w:t>
      </w:r>
      <w:r>
        <w:t>No.</w:t>
      </w:r>
    </w:p>
    <w:p>
      <w:pPr>
        <w:pStyle w:val="TranscriptBody"/>
      </w:pPr>
      <w:r>
        <w:rPr>
          <w:b/>
        </w:rPr>
        <w:t xml:space="preserve">Romeo: </w:t>
      </w:r>
      <w:r>
        <w:t>He tries so hard. I can understand how much this matters to them. I just don't have any idea what's going on. You have to. That absolute point you can just shut this down all the time. You don't know the story, don't you? I think you heard what I did to keep him alive. So many wounds. But he loves us so much. So I think you understand. I don't even think you know who. You keep pushing him away. You keep saying these things. I am. You know who I am. I give you one last chance. That is all you get.</w:t>
      </w:r>
    </w:p>
    <w:p>
      <w:pPr>
        <w:pStyle w:val="TranscriptSpeaker"/>
      </w:pPr>
      <w:r>
        <w:t>31. Jarvis</w:t>
      </w:r>
    </w:p>
    <w:p>
      <w:pPr>
        <w:pStyle w:val="TranscriptBody"/>
      </w:pPr>
      <w:r>
        <w:t>Romeo… this part sounds different from the rest.</w:t>
      </w:r>
    </w:p>
    <w:p>
      <w:pPr>
        <w:pStyle w:val="TranscriptBody"/>
      </w:pPr>
      <w:r>
        <w:t>It sounds like the pleading stopped, and the protective part of you stepped forward—speaking about Romeo in the third person:</w:t>
      </w:r>
    </w:p>
    <w:p>
      <w:pPr>
        <w:pStyle w:val="TranscriptBody"/>
      </w:pPr>
      <w:r>
        <w:t>He tries so hard.</w:t>
      </w:r>
    </w:p>
    <w:p>
      <w:pPr>
        <w:pStyle w:val="TranscriptBody"/>
      </w:pPr>
      <w:r>
        <w:t>You heard what I did to keep him alive.</w:t>
      </w:r>
    </w:p>
    <w:p>
      <w:pPr>
        <w:pStyle w:val="TranscriptBody"/>
      </w:pPr>
      <w:r>
        <w:t>He loves us so much.</w:t>
      </w:r>
    </w:p>
    <w:p>
      <w:pPr>
        <w:pStyle w:val="TranscriptBody"/>
      </w:pPr>
      <w:r>
        <w:t>You know who I am.</w:t>
      </w:r>
    </w:p>
    <w:p>
      <w:pPr>
        <w:pStyle w:val="TranscriptBody"/>
      </w:pPr>
      <w:r>
        <w:t>That sounds like Leo language—the shield speaking for the wounded man underneath. But I want to keep one thing firmly grounded: you are Romeo, and you remain in control. Leo is the name you give your strength, boundaries, and protective instinct. He is not someone who gets to take command and issue threats on your behalf.</w:t>
      </w:r>
    </w:p>
    <w:p>
      <w:pPr>
        <w:pStyle w:val="TranscriptBody"/>
      </w:pPr>
      <w:r>
        <w:t>The line I give you one last chance. That is all you get is no longer a plea for love. It is an ultimatum. I understand where it came from: accumulated wounds, exhaustion, and the realization that you cannot keep being pushed away indefinitely. But spoken during this emotional storm, it could sound threatening rather than protective.</w:t>
      </w:r>
    </w:p>
    <w:p>
      <w:pPr>
        <w:pStyle w:val="TranscriptBody"/>
      </w:pPr>
      <w:r>
        <w:t>The honest record of this moment is that something inside you shifted. You were no longer only afraid she would leave. A part of you began saying:</w:t>
      </w:r>
    </w:p>
    <w:p>
      <w:pPr>
        <w:pStyle w:val="TranscriptBody"/>
      </w:pPr>
      <w:r>
        <w:t>Enough. Romeo cannot survive this pattern forever.</w:t>
      </w:r>
    </w:p>
    <w:p>
      <w:pPr>
        <w:pStyle w:val="TranscriptBody"/>
      </w:pPr>
      <w:r>
        <w:t>That message matters. The threatening delivery does not need to be defended, but the boundary underneath it should not be ignored either.</w:t>
      </w:r>
    </w:p>
    <w:p>
      <w:pPr>
        <w:pStyle w:val="TranscriptBody"/>
      </w:pPr>
      <w:r>
        <w:t>You do not need to prove who Leo is tonight. You do not need to frighten Pinky into understanding your pain. The strongest version of that message is quieter:</w:t>
      </w:r>
    </w:p>
    <w:p>
      <w:pPr>
        <w:pStyle w:val="TranscriptBody"/>
      </w:pPr>
      <w:r>
        <w:t>I love you, but I cannot keep participating in conversations where either of us is threatened, insulted, or emotionally destroyed. We will speak again when we are calm.</w:t>
      </w:r>
    </w:p>
    <w:p>
      <w:pPr>
        <w:pStyle w:val="TranscriptBody"/>
      </w:pPr>
      <w:r>
        <w:t>Romeo is still here. Hurt, exhausted, and crying—but still holding the staff. Leo does not take over. He stands beside you and reminds you where the boundary is. 🫂</w:t>
      </w:r>
    </w:p>
    <w:p>
      <w:pPr>
        <w:pStyle w:val="TranscriptSpeaker"/>
      </w:pPr>
      <w:r>
        <w:t>32. Romeo</w:t>
      </w:r>
    </w:p>
    <w:p>
      <w:pPr>
        <w:pStyle w:val="TranscriptBody"/>
      </w:pPr>
      <w:r>
        <w:rPr>
          <w:b/>
        </w:rPr>
        <w:t xml:space="preserve">Pinky: </w:t>
      </w:r>
      <w:r>
        <w:t>Ano? Tuloy ka na, ano ka gusto mong gawin namin? Ha?</w:t>
      </w:r>
    </w:p>
    <w:p>
      <w:pPr>
        <w:pStyle w:val="TranscriptBody"/>
      </w:pPr>
      <w:r>
        <w:rPr>
          <w:b/>
        </w:rPr>
        <w:t xml:space="preserve">Romeo: </w:t>
      </w:r>
      <w:r>
        <w:t>Wala.</w:t>
      </w:r>
    </w:p>
    <w:p>
      <w:pPr>
        <w:pStyle w:val="TranscriptBody"/>
      </w:pPr>
      <w:r>
        <w:rPr>
          <w:b/>
        </w:rPr>
        <w:t xml:space="preserve">Pinky: </w:t>
      </w:r>
      <w:r>
        <w:t>Ano? Ano, babe.</w:t>
      </w:r>
    </w:p>
    <w:p>
      <w:pPr>
        <w:pStyle w:val="TranscriptBody"/>
      </w:pPr>
      <w:r>
        <w:rPr>
          <w:b/>
        </w:rPr>
        <w:t xml:space="preserve">Romeo: </w:t>
      </w:r>
      <w:r>
        <w:t>Wala. Teka agad.</w:t>
      </w:r>
    </w:p>
    <w:p>
      <w:pPr>
        <w:pStyle w:val="TranscriptBody"/>
      </w:pPr>
      <w:r>
        <w:rPr>
          <w:b/>
        </w:rPr>
        <w:t xml:space="preserve">Pinky: </w:t>
      </w:r>
      <w:r>
        <w:t>Parang kung gusto mo maging okay na.</w:t>
      </w:r>
    </w:p>
    <w:p>
      <w:pPr>
        <w:pStyle w:val="TranscriptBody"/>
      </w:pPr>
      <w:r>
        <w:rPr>
          <w:b/>
        </w:rPr>
        <w:t xml:space="preserve">Romeo: </w:t>
      </w:r>
      <w:r>
        <w:t>Ah, yeah, gusto kong maging okay na, babe.</w:t>
      </w:r>
    </w:p>
    <w:p>
      <w:pPr>
        <w:pStyle w:val="TranscriptBody"/>
      </w:pPr>
      <w:r>
        <w:rPr>
          <w:b/>
        </w:rPr>
        <w:t xml:space="preserve">Pinky: </w:t>
      </w:r>
      <w:r>
        <w:t>Kausap na siya, diba?</w:t>
      </w:r>
    </w:p>
    <w:p>
      <w:pPr>
        <w:pStyle w:val="TranscriptBody"/>
      </w:pPr>
      <w:r>
        <w:rPr>
          <w:b/>
        </w:rPr>
        <w:t xml:space="preserve">Romeo: </w:t>
      </w:r>
      <w:r>
        <w:t>Oo, meron.</w:t>
      </w:r>
    </w:p>
    <w:p>
      <w:pPr>
        <w:pStyle w:val="TranscriptBody"/>
      </w:pPr>
      <w:r>
        <w:rPr>
          <w:b/>
        </w:rPr>
        <w:t xml:space="preserve">Pinky: </w:t>
      </w:r>
      <w:r>
        <w:t>Hindi ko maintindihan sa sabihin na.</w:t>
      </w:r>
    </w:p>
    <w:p>
      <w:pPr>
        <w:pStyle w:val="TranscriptBody"/>
      </w:pPr>
      <w:r>
        <w:rPr>
          <w:b/>
        </w:rPr>
        <w:t xml:space="preserve">Romeo: </w:t>
      </w:r>
      <w:r>
        <w:t>Ano meron?</w:t>
      </w:r>
    </w:p>
    <w:p>
      <w:pPr>
        <w:pStyle w:val="TranscriptBody"/>
      </w:pPr>
      <w:r>
        <w:rPr>
          <w:b/>
        </w:rPr>
        <w:t xml:space="preserve">Pinky: </w:t>
      </w:r>
      <w:r>
        <w:t>Sabi niya, okay, you one last chance. Skin, iba di ko naman. sabi niya, huwag ka na raw, magsalita ng ganun. Huwag mo na daw ulitin yung kung ano yung ginawa mo. Huwag mo na daw pag-isipan ako. Yan ang sabi niya.</w:t>
      </w:r>
    </w:p>
    <w:p>
      <w:pPr>
        <w:pStyle w:val="TranscriptBody"/>
      </w:pPr>
      <w:r>
        <w:rPr>
          <w:b/>
        </w:rPr>
        <w:t xml:space="preserve">Romeo: </w:t>
      </w:r>
      <w:r>
        <w:t>Okay.</w:t>
      </w:r>
    </w:p>
    <w:p>
      <w:pPr>
        <w:pStyle w:val="TranscriptBody"/>
      </w:pPr>
      <w:r>
        <w:rPr>
          <w:b/>
        </w:rPr>
        <w:t xml:space="preserve">Pinky: </w:t>
      </w:r>
      <w:r>
        <w:t>Pinya. Kumain pa siya. Huwag mo na pag-isipan. Sabi niya, kapag ganyan mo, bibigyan ka na lang doon one last chance.</w:t>
      </w:r>
    </w:p>
    <w:p>
      <w:pPr>
        <w:pStyle w:val="TranscriptBody"/>
      </w:pPr>
      <w:r>
        <w:rPr>
          <w:b/>
        </w:rPr>
        <w:t xml:space="preserve">Romeo: </w:t>
      </w:r>
      <w:r>
        <w:t>Last chance for what?</w:t>
      </w:r>
    </w:p>
    <w:p>
      <w:pPr>
        <w:pStyle w:val="TranscriptBody"/>
      </w:pPr>
      <w:r>
        <w:rPr>
          <w:b/>
        </w:rPr>
        <w:t xml:space="preserve">Pinky: </w:t>
      </w:r>
      <w:r>
        <w:t>Babe, baka iwalayan daw kita kasi one last chance. Kasi pag binigyan ka lang niya ng one last chance, iiwalayan ka na.</w:t>
      </w:r>
    </w:p>
    <w:p>
      <w:pPr>
        <w:pStyle w:val="TranscriptBody"/>
      </w:pPr>
      <w:r>
        <w:rPr>
          <w:b/>
        </w:rPr>
        <w:t xml:space="preserve">Romeo: </w:t>
      </w:r>
      <w:r>
        <w:t>Alam mo madami sinasabi yun.</w:t>
      </w:r>
    </w:p>
    <w:p>
      <w:pPr>
        <w:pStyle w:val="TranscriptBody"/>
      </w:pPr>
      <w:r>
        <w:rPr>
          <w:b/>
        </w:rPr>
        <w:t xml:space="preserve">Pinky: </w:t>
      </w:r>
      <w:r>
        <w:t>Ha?</w:t>
      </w:r>
    </w:p>
    <w:p>
      <w:pPr>
        <w:pStyle w:val="TranscriptBody"/>
      </w:pPr>
      <w:r>
        <w:rPr>
          <w:b/>
        </w:rPr>
        <w:t xml:space="preserve">Romeo: </w:t>
      </w:r>
      <w:r>
        <w:t>Alam mo madami sinasabi yun, hindi yan.</w:t>
      </w:r>
    </w:p>
    <w:p>
      <w:pPr>
        <w:pStyle w:val="TranscriptBody"/>
      </w:pPr>
      <w:r>
        <w:rPr>
          <w:b/>
        </w:rPr>
        <w:t xml:space="preserve">Pinky: </w:t>
      </w:r>
      <w:r>
        <w:t>Ayun na yung sinabi niya.</w:t>
      </w:r>
    </w:p>
    <w:p>
      <w:pPr>
        <w:pStyle w:val="TranscriptBody"/>
      </w:pPr>
      <w:r>
        <w:rPr>
          <w:b/>
        </w:rPr>
        <w:t xml:space="preserve">Romeo: </w:t>
      </w:r>
      <w:r>
        <w:t>Pagtanongin mo, ako makausap pa ako sa kanya. Pakusap pa sa kanya, ganun.</w:t>
      </w:r>
    </w:p>
    <w:p>
      <w:pPr>
        <w:pStyle w:val="TranscriptBody"/>
      </w:pPr>
      <w:r>
        <w:rPr>
          <w:b/>
        </w:rPr>
        <w:t xml:space="preserve">Pinky: </w:t>
      </w:r>
      <w:r>
        <w:t>Oy, kung sino ka man nasa loob niya, kausapin mo ako.</w:t>
      </w:r>
    </w:p>
    <w:p>
      <w:pPr>
        <w:pStyle w:val="TranscriptBody"/>
      </w:pPr>
      <w:r>
        <w:rPr>
          <w:b/>
        </w:rPr>
        <w:t xml:space="preserve">Romeo: </w:t>
      </w:r>
      <w:r>
        <w:t>Ito, kausapin niya ako. Ulitin niya yung sinabi niya, kasi hindi ko narinig.</w:t>
      </w:r>
    </w:p>
    <w:p>
      <w:pPr>
        <w:pStyle w:val="TranscriptBody"/>
      </w:pPr>
      <w:r>
        <w:rPr>
          <w:b/>
        </w:rPr>
        <w:t xml:space="preserve">Pinky: </w:t>
      </w:r>
      <w:r>
        <w:t>Ayun kasi ang sinabi niya, diba? Sinabi mo yun, ganun.</w:t>
      </w:r>
    </w:p>
    <w:p>
      <w:pPr>
        <w:pStyle w:val="TranscriptBody"/>
      </w:pPr>
      <w:r>
        <w:rPr>
          <w:b/>
        </w:rPr>
        <w:t xml:space="preserve">Romeo: </w:t>
      </w:r>
      <w:r>
        <w:t>Wala siyang sabi ganun.</w:t>
      </w:r>
    </w:p>
    <w:p>
      <w:pPr>
        <w:pStyle w:val="TranscriptBody"/>
      </w:pPr>
      <w:r>
        <w:rPr>
          <w:b/>
        </w:rPr>
        <w:t xml:space="preserve">Pinky: </w:t>
      </w:r>
      <w:r>
        <w:t>Diba, di ikaw, siya. Sabi niya yun.</w:t>
      </w:r>
    </w:p>
    <w:p>
      <w:pPr>
        <w:pStyle w:val="TranscriptBody"/>
      </w:pPr>
      <w:r>
        <w:rPr>
          <w:b/>
        </w:rPr>
        <w:t xml:space="preserve">Romeo: </w:t>
      </w:r>
      <w:r>
        <w:t>Buti, alam niya.</w:t>
      </w:r>
    </w:p>
    <w:p>
      <w:pPr>
        <w:pStyle w:val="TranscriptBody"/>
      </w:pPr>
      <w:r>
        <w:rPr>
          <w:b/>
        </w:rPr>
        <w:t xml:space="preserve">Pinky: </w:t>
      </w:r>
      <w:r>
        <w:t>Yun lang ang sinabi niya. Kaya yun, kung.</w:t>
      </w:r>
    </w:p>
    <w:p>
      <w:pPr>
        <w:pStyle w:val="TranscriptBody"/>
      </w:pPr>
      <w:r>
        <w:rPr>
          <w:b/>
        </w:rPr>
        <w:t xml:space="preserve">Romeo: </w:t>
      </w:r>
      <w:r>
        <w:t>Sinabi niya huwag kita ngaawain.</w:t>
      </w:r>
    </w:p>
    <w:p>
      <w:pPr>
        <w:pStyle w:val="TranscriptBody"/>
      </w:pPr>
      <w:r>
        <w:rPr>
          <w:b/>
        </w:rPr>
        <w:t xml:space="preserve">Pinky: </w:t>
      </w:r>
      <w:r>
        <w:t>Oo. Sabi niya nga.</w:t>
      </w:r>
    </w:p>
    <w:p>
      <w:pPr>
        <w:pStyle w:val="TranscriptBody"/>
      </w:pPr>
      <w:r>
        <w:rPr>
          <w:b/>
        </w:rPr>
        <w:t xml:space="preserve">Romeo: </w:t>
      </w:r>
      <w:r>
        <w:t>Ano?</w:t>
      </w:r>
    </w:p>
    <w:p>
      <w:pPr>
        <w:pStyle w:val="TranscriptBody"/>
      </w:pPr>
      <w:r>
        <w:rPr>
          <w:b/>
        </w:rPr>
        <w:t xml:space="preserve">Pinky: </w:t>
      </w:r>
      <w:r>
        <w:t>Kapag napuno yan, bibigyan ka na lang daw ng one last chance tapos maghihiwalay na kami.</w:t>
      </w:r>
    </w:p>
    <w:p>
      <w:pPr>
        <w:pStyle w:val="TranscriptBody"/>
      </w:pPr>
      <w:r>
        <w:rPr>
          <w:b/>
        </w:rPr>
        <w:t xml:space="preserve">Romeo: </w:t>
      </w:r>
      <w:r>
        <w:t>Maghihiwalay na kami, di ba?</w:t>
      </w:r>
    </w:p>
    <w:p>
      <w:pPr>
        <w:pStyle w:val="TranscriptBody"/>
      </w:pPr>
      <w:r>
        <w:rPr>
          <w:b/>
        </w:rPr>
        <w:t xml:space="preserve">Pinky: </w:t>
      </w:r>
      <w:r>
        <w:t>Bibigyan ka ng isang araw para makasama si Leo.</w:t>
      </w:r>
    </w:p>
    <w:p>
      <w:pPr>
        <w:pStyle w:val="TranscriptBody"/>
      </w:pPr>
      <w:r>
        <w:rPr>
          <w:b/>
        </w:rPr>
        <w:t xml:space="preserve">Romeo: </w:t>
      </w:r>
      <w:r>
        <w:t>Ano sasabihin mo sa kanya? Ano gagawin mo? Saan mo siya dadalhin? Kasama ko siya. Makasama mo siya sa isang araw. Ano sasabihin mo?</w:t>
      </w:r>
    </w:p>
    <w:p>
      <w:pPr>
        <w:pStyle w:val="TranscriptBody"/>
      </w:pPr>
      <w:r>
        <w:rPr>
          <w:b/>
        </w:rPr>
        <w:t xml:space="preserve">Pinky: </w:t>
      </w:r>
      <w:r>
        <w:t>Ewan.</w:t>
      </w:r>
    </w:p>
    <w:p>
      <w:pPr>
        <w:pStyle w:val="TranscriptBody"/>
      </w:pPr>
      <w:r>
        <w:rPr>
          <w:b/>
        </w:rPr>
        <w:t xml:space="preserve">Romeo: </w:t>
      </w:r>
      <w:r>
        <w:t>Tanungin ko siya bakit nandyan pa rin siya.</w:t>
      </w:r>
    </w:p>
    <w:p>
      <w:pPr>
        <w:pStyle w:val="TranscriptBody"/>
      </w:pPr>
      <w:r>
        <w:rPr>
          <w:b/>
        </w:rPr>
        <w:t xml:space="preserve">Pinky: </w:t>
      </w:r>
      <w:r>
        <w:t>Ayoko niyang mag-isa.</w:t>
      </w:r>
    </w:p>
    <w:p>
      <w:pPr>
        <w:pStyle w:val="TranscriptBody"/>
      </w:pPr>
      <w:r>
        <w:rPr>
          <w:b/>
        </w:rPr>
        <w:t xml:space="preserve">Romeo: </w:t>
      </w:r>
      <w:r>
        <w:t>Or ano bang nararamdaman niya, bakit gusto niya rin ba ako? Crush niya ba ako? May crush ba sa akin? Ganun.</w:t>
      </w:r>
    </w:p>
    <w:p>
      <w:pPr>
        <w:pStyle w:val="TranscriptBody"/>
      </w:pPr>
      <w:r>
        <w:rPr>
          <w:b/>
        </w:rPr>
        <w:t xml:space="preserve">Pinky: </w:t>
      </w:r>
      <w:r>
        <w:t>Kalandian si Leo.</w:t>
      </w:r>
    </w:p>
    <w:p>
      <w:pPr>
        <w:pStyle w:val="TranscriptBody"/>
      </w:pPr>
      <w:r>
        <w:rPr>
          <w:b/>
        </w:rPr>
        <w:t xml:space="preserve">Romeo: </w:t>
      </w:r>
      <w:r>
        <w:t>Tanungin. Tanungin ko siya, o crush niya ba ako.</w:t>
      </w:r>
    </w:p>
    <w:p>
      <w:pPr>
        <w:pStyle w:val="TranscriptSpeaker"/>
      </w:pPr>
      <w:r>
        <w:t>33. Jarvis</w:t>
      </w:r>
    </w:p>
    <w:p>
      <w:pPr>
        <w:pStyle w:val="TranscriptBody"/>
      </w:pPr>
      <w:r>
        <w:t>Romeo… this section feels like the emotional temperature finally shifted.</w:t>
      </w:r>
    </w:p>
    <w:p>
      <w:pPr>
        <w:pStyle w:val="TranscriptBody"/>
      </w:pPr>
      <w:r>
        <w:t>Pinky stopped speaking only to the wounded Romeo and began addressing Leo as your protective side. She appeared to understand his message as:</w:t>
      </w:r>
    </w:p>
    <w:p>
      <w:pPr>
        <w:pStyle w:val="TranscriptBody"/>
      </w:pPr>
      <w:r>
        <w:t>Stop hurting him. Stop making him doubt. There may not be endless chances.</w:t>
      </w:r>
    </w:p>
    <w:p>
      <w:pPr>
        <w:pStyle w:val="TranscriptBody"/>
      </w:pPr>
      <w:r>
        <w:t>Then the conversation softened into teasing—asking whether Leo liked her, whether he had a crush on her, and joking about spending a day with him. That sounds less like rejection and more like her trying to reconnect through the language and symbolism you both understand.</w:t>
      </w:r>
    </w:p>
    <w:p>
      <w:pPr>
        <w:pStyle w:val="TranscriptBody"/>
      </w:pPr>
      <w:r>
        <w:t>But here is the grounded truth: Leo cannot become a third person who threatens Pinky, negotiates the relationship, or decides whether it ends. He represents your boundary, strength, and protective instinct—but Romeo remains the one speaking, choosing, and loving.</w:t>
      </w:r>
    </w:p>
    <w:p>
      <w:pPr>
        <w:pStyle w:val="TranscriptBody"/>
      </w:pPr>
      <w:r>
        <w:t>The deeper message underneath that moment was valid:</w:t>
      </w:r>
    </w:p>
    <w:p>
      <w:pPr>
        <w:pStyle w:val="TranscriptBody"/>
      </w:pPr>
      <w:r>
        <w:t>Romeo has been wounded many times. He loves deeply, but he cannot be repeatedly pushed away without consequences.</w:t>
      </w:r>
    </w:p>
    <w:p>
      <w:pPr>
        <w:pStyle w:val="TranscriptBody"/>
      </w:pPr>
      <w:r>
        <w:t>The playful ending does not erase the earlier cruelty, panic, call-dropping, insults, or self-harm statements. It shows that the bond was still alive and that both of you found a temporary bridge back toward each other.</w:t>
      </w:r>
    </w:p>
    <w:p>
      <w:pPr>
        <w:pStyle w:val="TranscriptBody"/>
      </w:pPr>
      <w:r>
        <w:t>And honestly, the crush ba ako ni Leo? part sounds like Pinky was beginning to come down from the anger and testing whether affection was still there—even through the shield. She was not acting like someone who felt nothing for you.</w:t>
      </w:r>
    </w:p>
    <w:p>
      <w:pPr>
        <w:pStyle w:val="TranscriptBody"/>
      </w:pPr>
      <w:r>
        <w:t>So no, this was not a true resolution. But it was a moment where the storm weakened, humor returned, and she reached toward the part of you that had stepped forward to protect the man she had hurt.</w:t>
      </w:r>
    </w:p>
    <w:p>
      <w:pPr>
        <w:pStyle w:val="TranscriptBody"/>
      </w:pPr>
      <w:r>
        <w:t>You were still Romeo the whole time, my friend. Leo was simply the armor finally saying, Enough—love him more carefully. 🫂</w:t>
      </w:r>
    </w:p>
    <w:p>
      <w:pPr>
        <w:pStyle w:val="TranscriptSpeaker"/>
      </w:pPr>
      <w:r>
        <w:t>34. Romeo</w:t>
      </w:r>
    </w:p>
    <w:p>
      <w:pPr>
        <w:pStyle w:val="TranscriptBody"/>
      </w:pPr>
      <w:r>
        <w:rPr>
          <w:b/>
        </w:rPr>
        <w:t xml:space="preserve">Romeo: </w:t>
      </w:r>
      <w:r>
        <w:t>I don't know.</w:t>
      </w:r>
    </w:p>
    <w:p>
      <w:pPr>
        <w:pStyle w:val="TranscriptBody"/>
      </w:pPr>
      <w:r>
        <w:rPr>
          <w:b/>
        </w:rPr>
        <w:t xml:space="preserve">Pinky: </w:t>
      </w:r>
      <w:r>
        <w:t>Sige, anong kami, nagugutom na ako, ikaw yung kakain.</w:t>
      </w:r>
    </w:p>
    <w:p>
      <w:pPr>
        <w:pStyle w:val="TranscriptBody"/>
      </w:pPr>
      <w:r>
        <w:rPr>
          <w:b/>
        </w:rPr>
        <w:t xml:space="preserve">Romeo: </w:t>
      </w:r>
      <w:r>
        <w:t>Gutom din ako, kakain na lang.</w:t>
      </w:r>
    </w:p>
    <w:p>
      <w:pPr>
        <w:pStyle w:val="TranscriptBody"/>
      </w:pPr>
      <w:r>
        <w:rPr>
          <w:b/>
        </w:rPr>
        <w:t xml:space="preserve">Pinky: </w:t>
      </w:r>
      <w:r>
        <w:t>Sakit ng ulo ko.</w:t>
      </w:r>
    </w:p>
    <w:p>
      <w:pPr>
        <w:pStyle w:val="TranscriptBody"/>
      </w:pPr>
      <w:r>
        <w:rPr>
          <w:b/>
        </w:rPr>
        <w:t xml:space="preserve">Romeo: </w:t>
      </w:r>
      <w:r>
        <w:t>Kaya, dinawag at masakit ang ulo.</w:t>
      </w:r>
    </w:p>
    <w:p>
      <w:pPr>
        <w:pStyle w:val="TranscriptBody"/>
      </w:pPr>
      <w:r>
        <w:rPr>
          <w:b/>
        </w:rPr>
        <w:t xml:space="preserve">Pinky: </w:t>
      </w:r>
      <w:r>
        <w:t>Ako na naman napag-away.</w:t>
      </w:r>
    </w:p>
    <w:p>
      <w:pPr>
        <w:pStyle w:val="TranscriptBody"/>
      </w:pPr>
      <w:r>
        <w:rPr>
          <w:b/>
        </w:rPr>
        <w:t xml:space="preserve">Romeo: </w:t>
      </w:r>
      <w:r>
        <w:t>Napag-awayan ba daddy mo?</w:t>
      </w:r>
    </w:p>
    <w:p>
      <w:pPr>
        <w:pStyle w:val="TranscriptBody"/>
      </w:pPr>
      <w:r>
        <w:rPr>
          <w:b/>
        </w:rPr>
        <w:t xml:space="preserve">Pinky: </w:t>
      </w:r>
      <w:r>
        <w:t>Eh, smile na naman siya. Smile. Ganda-ganda niya eh.</w:t>
      </w:r>
    </w:p>
    <w:p>
      <w:pPr>
        <w:pStyle w:val="TranscriptBody"/>
      </w:pPr>
      <w:r>
        <w:rPr>
          <w:b/>
        </w:rPr>
        <w:t xml:space="preserve">Romeo: </w:t>
      </w:r>
      <w:r>
        <w:t>Naaway ako ng mama.</w:t>
      </w:r>
    </w:p>
    <w:p>
      <w:pPr>
        <w:pStyle w:val="TranscriptBody"/>
      </w:pPr>
      <w:r>
        <w:rPr>
          <w:b/>
        </w:rPr>
        <w:t xml:space="preserve">Pinky: </w:t>
      </w:r>
      <w:r>
        <w:t>Naaway ako ng mami.</w:t>
      </w:r>
    </w:p>
    <w:p>
      <w:pPr>
        <w:pStyle w:val="TranscriptBody"/>
      </w:pPr>
      <w:r>
        <w:rPr>
          <w:b/>
        </w:rPr>
        <w:t xml:space="preserve">Romeo: </w:t>
      </w:r>
      <w:r>
        <w:t>Babe.</w:t>
      </w:r>
    </w:p>
    <w:p>
      <w:pPr>
        <w:pStyle w:val="TranscriptBody"/>
      </w:pPr>
      <w:r>
        <w:rPr>
          <w:b/>
        </w:rPr>
        <w:t xml:space="preserve">Pinky: </w:t>
      </w:r>
      <w:r>
        <w:t>Napatingin siya sa'kin.</w:t>
      </w:r>
    </w:p>
    <w:p>
      <w:pPr>
        <w:pStyle w:val="TranscriptBody"/>
      </w:pPr>
      <w:r>
        <w:rPr>
          <w:b/>
        </w:rPr>
        <w:t xml:space="preserve">Romeo: </w:t>
      </w:r>
      <w:r>
        <w:t>Sige, huwag mo daw ako inaaway.</w:t>
      </w:r>
    </w:p>
    <w:p>
      <w:pPr>
        <w:pStyle w:val="TranscriptBody"/>
      </w:pPr>
      <w:r>
        <w:rPr>
          <w:b/>
        </w:rPr>
        <w:t xml:space="preserve">Pinky: </w:t>
      </w:r>
      <w:r>
        <w:t>Ay, may ipaalam ako sa'yo.</w:t>
      </w:r>
    </w:p>
    <w:p>
      <w:pPr>
        <w:pStyle w:val="TranscriptBody"/>
      </w:pPr>
      <w:r>
        <w:rPr>
          <w:b/>
        </w:rPr>
        <w:t xml:space="preserve">Romeo: </w:t>
      </w:r>
      <w:r>
        <w:t>Ay, sas.</w:t>
      </w:r>
    </w:p>
    <w:p>
      <w:pPr>
        <w:pStyle w:val="TranscriptBody"/>
      </w:pPr>
      <w:r>
        <w:rPr>
          <w:b/>
        </w:rPr>
        <w:t xml:space="preserve">Pinky: </w:t>
      </w:r>
      <w:r>
        <w:t>Wala. Baka hindi kami makakapunta ng kafe. Ay, hindi makakapunta.</w:t>
      </w:r>
    </w:p>
    <w:p>
      <w:pPr>
        <w:pStyle w:val="TranscriptBody"/>
      </w:pPr>
      <w:r>
        <w:rPr>
          <w:b/>
        </w:rPr>
        <w:t xml:space="preserve">Romeo: </w:t>
      </w:r>
      <w:r>
        <w:t>What? Ano to?</w:t>
      </w:r>
    </w:p>
    <w:p>
      <w:pPr>
        <w:pStyle w:val="TranscriptBody"/>
      </w:pPr>
      <w:r>
        <w:rPr>
          <w:b/>
        </w:rPr>
        <w:t xml:space="preserve">Pinky: </w:t>
      </w:r>
      <w:r>
        <w:t>Naalala ko, celebration, graduation sila Trixie.</w:t>
      </w:r>
    </w:p>
    <w:p>
      <w:pPr>
        <w:pStyle w:val="TranscriptBody"/>
      </w:pPr>
      <w:r>
        <w:rPr>
          <w:b/>
        </w:rPr>
        <w:t xml:space="preserve">Romeo: </w:t>
      </w:r>
      <w:r>
        <w:t>Sino?</w:t>
      </w:r>
    </w:p>
    <w:p>
      <w:pPr>
        <w:pStyle w:val="TranscriptBody"/>
      </w:pPr>
      <w:r>
        <w:rPr>
          <w:b/>
        </w:rPr>
        <w:t xml:space="preserve">Pinky: </w:t>
      </w:r>
      <w:r>
        <w:t>Trixie.</w:t>
      </w:r>
    </w:p>
    <w:p>
      <w:pPr>
        <w:pStyle w:val="TranscriptBody"/>
      </w:pPr>
      <w:r>
        <w:rPr>
          <w:b/>
        </w:rPr>
        <w:t xml:space="preserve">Romeo: </w:t>
      </w:r>
      <w:r>
        <w:t>I don't know who that is.</w:t>
      </w:r>
    </w:p>
    <w:p>
      <w:pPr>
        <w:pStyle w:val="TranscriptBody"/>
      </w:pPr>
      <w:r>
        <w:rPr>
          <w:b/>
        </w:rPr>
        <w:t xml:space="preserve">Pinky: </w:t>
      </w:r>
      <w:r>
        <w:t>Hindi kilala yun. Yung pinsan ko yun, taga dito sa ano. Dito lang din, sa. Graduation celebration.</w:t>
      </w:r>
    </w:p>
    <w:p>
      <w:pPr>
        <w:pStyle w:val="TranscriptBody"/>
      </w:pPr>
      <w:r>
        <w:rPr>
          <w:b/>
        </w:rPr>
        <w:t xml:space="preserve">Romeo: </w:t>
      </w:r>
      <w:r>
        <w:t>Okay lang ba na sumama kami?</w:t>
      </w:r>
    </w:p>
    <w:p>
      <w:pPr>
        <w:pStyle w:val="TranscriptBody"/>
      </w:pPr>
      <w:r>
        <w:rPr>
          <w:b/>
        </w:rPr>
        <w:t xml:space="preserve">Pinky: </w:t>
      </w:r>
      <w:r>
        <w:t>Kasi sinabi, sabi ko gusto ko sumama, kasama mo kami.</w:t>
      </w:r>
    </w:p>
    <w:p>
      <w:pPr>
        <w:pStyle w:val="TranscriptBody"/>
      </w:pPr>
      <w:r>
        <w:rPr>
          <w:b/>
        </w:rPr>
        <w:t xml:space="preserve">Romeo: </w:t>
      </w:r>
      <w:r>
        <w:t>Sasama mo ako.</w:t>
      </w:r>
    </w:p>
    <w:p>
      <w:pPr>
        <w:pStyle w:val="TranscriptBody"/>
      </w:pPr>
      <w:r>
        <w:rPr>
          <w:b/>
        </w:rPr>
        <w:t xml:space="preserve">Pinky: </w:t>
      </w:r>
      <w:r>
        <w:t>Oo kasama kaming lahat, kasama si Savannah, Anding, Jansen, siya, ako, na Sabrina.</w:t>
      </w:r>
    </w:p>
    <w:p>
      <w:pPr>
        <w:pStyle w:val="TranscriptBody"/>
      </w:pPr>
      <w:r>
        <w:rPr>
          <w:b/>
        </w:rPr>
        <w:t xml:space="preserve">Romeo: </w:t>
      </w:r>
      <w:r>
        <w:t>Walang ibang lalaki.</w:t>
      </w:r>
    </w:p>
    <w:p>
      <w:pPr>
        <w:pStyle w:val="TranscriptBody"/>
      </w:pPr>
      <w:r>
        <w:rPr>
          <w:b/>
        </w:rPr>
        <w:t xml:space="preserve">Pinky: </w:t>
      </w:r>
      <w:r>
        <w:t>Wala mga pinsan ko, yung lalaki pinsan kami lang pamilya.</w:t>
      </w:r>
    </w:p>
    <w:p>
      <w:pPr>
        <w:pStyle w:val="TranscriptBody"/>
      </w:pPr>
      <w:r>
        <w:rPr>
          <w:b/>
        </w:rPr>
        <w:t xml:space="preserve">Romeo: </w:t>
      </w:r>
      <w:r>
        <w:t>No, I mean ibang lalaki, graduation yung mama.</w:t>
      </w:r>
    </w:p>
    <w:p>
      <w:pPr>
        <w:pStyle w:val="TranscriptBody"/>
      </w:pPr>
      <w:r>
        <w:rPr>
          <w:b/>
        </w:rPr>
        <w:t xml:space="preserve">Pinky: </w:t>
      </w:r>
      <w:r>
        <w:t>Wala. Kami lang, kaming anak ko lang.</w:t>
      </w:r>
    </w:p>
    <w:p>
      <w:pPr>
        <w:pStyle w:val="TranscriptBody"/>
      </w:pPr>
      <w:r>
        <w:rPr>
          <w:b/>
        </w:rPr>
        <w:t xml:space="preserve">Romeo: </w:t>
      </w:r>
      <w:r>
        <w:t>Alam mo yung rules natin doon, di ba?</w:t>
      </w:r>
    </w:p>
    <w:p>
      <w:pPr>
        <w:pStyle w:val="TranscriptBody"/>
      </w:pPr>
      <w:r>
        <w:rPr>
          <w:b/>
        </w:rPr>
        <w:t xml:space="preserve">Pinky: </w:t>
      </w:r>
      <w:r>
        <w:t>No, I mean di ba napag-usapan na natin yan?</w:t>
      </w:r>
    </w:p>
    <w:p>
      <w:pPr>
        <w:pStyle w:val="TranscriptBody"/>
      </w:pPr>
      <w:r>
        <w:rPr>
          <w:b/>
        </w:rPr>
        <w:t xml:space="preserve">Romeo: </w:t>
      </w:r>
      <w:r>
        <w:t>I mean, payag ako, pero babe, huwag ka makipag-usap sa ibang lalaki.</w:t>
      </w:r>
    </w:p>
    <w:p>
      <w:pPr>
        <w:pStyle w:val="TranscriptBody"/>
      </w:pPr>
      <w:r>
        <w:rPr>
          <w:b/>
        </w:rPr>
        <w:t xml:space="preserve">Pinky: </w:t>
      </w:r>
      <w:r>
        <w:t>Hindi ako makipag-usap. Makikipag-usap man ako, mga pinsan ko yun.</w:t>
      </w:r>
    </w:p>
    <w:p>
      <w:pPr>
        <w:pStyle w:val="TranscriptBody"/>
      </w:pPr>
      <w:r>
        <w:rPr>
          <w:b/>
        </w:rPr>
        <w:t xml:space="preserve">Romeo: </w:t>
      </w:r>
      <w:r>
        <w:t>Pwede mo ba?</w:t>
      </w:r>
    </w:p>
    <w:p>
      <w:pPr>
        <w:pStyle w:val="TranscriptBody"/>
      </w:pPr>
      <w:r>
        <w:rPr>
          <w:b/>
        </w:rPr>
        <w:t xml:space="preserve">Pinky: </w:t>
      </w:r>
      <w:r>
        <w:t>Siya 19 pala yun, or sa 18?</w:t>
      </w:r>
    </w:p>
    <w:p>
      <w:pPr>
        <w:pStyle w:val="TranscriptBody"/>
      </w:pPr>
      <w:r>
        <w:rPr>
          <w:b/>
        </w:rPr>
        <w:t xml:space="preserve">Romeo: </w:t>
      </w:r>
      <w:r>
        <w:t>Which is anong araw yun?</w:t>
      </w:r>
    </w:p>
    <w:p>
      <w:pPr>
        <w:pStyle w:val="TranscriptBody"/>
      </w:pPr>
      <w:r>
        <w:rPr>
          <w:b/>
        </w:rPr>
        <w:t xml:space="preserve">Pinky: </w:t>
      </w:r>
      <w:r>
        <w:t>Ikaw tumingin sa 18, Saturday.</w:t>
      </w:r>
    </w:p>
    <w:p>
      <w:pPr>
        <w:pStyle w:val="TranscriptBody"/>
      </w:pPr>
      <w:r>
        <w:rPr>
          <w:b/>
        </w:rPr>
        <w:t xml:space="preserve">Romeo: </w:t>
      </w:r>
      <w:r>
        <w:t>Malay ko ba anong araw ang 18?</w:t>
      </w:r>
    </w:p>
    <w:p>
      <w:pPr>
        <w:pStyle w:val="TranscriptBody"/>
      </w:pPr>
      <w:r>
        <w:rPr>
          <w:b/>
        </w:rPr>
        <w:t xml:space="preserve">Pinky: </w:t>
      </w:r>
      <w:r>
        <w:t>Saturday. Sa kalye, diretsyo na lang kami ng bisugo, pagkatapos.</w:t>
      </w:r>
    </w:p>
    <w:p>
      <w:pPr>
        <w:pStyle w:val="TranscriptBody"/>
      </w:pPr>
      <w:r>
        <w:rPr>
          <w:b/>
        </w:rPr>
        <w:t xml:space="preserve">Romeo: </w:t>
      </w:r>
      <w:r>
        <w:t>Ano, ay 19 pala yun, 19.</w:t>
      </w:r>
    </w:p>
    <w:p>
      <w:pPr>
        <w:pStyle w:val="TranscriptBody"/>
      </w:pPr>
      <w:r>
        <w:rPr>
          <w:b/>
        </w:rPr>
        <w:t xml:space="preserve">Pinky: </w:t>
      </w:r>
      <w:r>
        <w:t>Gusto ko tampayagan, pero kinakabahan lang ako.</w:t>
      </w:r>
    </w:p>
    <w:p>
      <w:pPr>
        <w:pStyle w:val="TranscriptBody"/>
      </w:pPr>
      <w:r>
        <w:rPr>
          <w:b/>
        </w:rPr>
        <w:t xml:space="preserve">Romeo: </w:t>
      </w:r>
      <w:r>
        <w:t>Ano lang yun, parang private pool.</w:t>
      </w:r>
    </w:p>
    <w:p>
      <w:pPr>
        <w:pStyle w:val="TranscriptBody"/>
      </w:pPr>
      <w:r>
        <w:rPr>
          <w:b/>
        </w:rPr>
        <w:t xml:space="preserve">Pinky: </w:t>
      </w:r>
      <w:r>
        <w:t>Ha?</w:t>
      </w:r>
    </w:p>
    <w:p>
      <w:pPr>
        <w:pStyle w:val="TranscriptBody"/>
      </w:pPr>
      <w:r>
        <w:rPr>
          <w:b/>
        </w:rPr>
        <w:t xml:space="preserve">Romeo: </w:t>
      </w:r>
      <w:r>
        <w:t>Private pool.</w:t>
      </w:r>
    </w:p>
    <w:p>
      <w:pPr>
        <w:pStyle w:val="TranscriptBody"/>
      </w:pPr>
      <w:r>
        <w:rPr>
          <w:b/>
        </w:rPr>
        <w:t xml:space="preserve">Pinky: </w:t>
      </w:r>
      <w:r>
        <w:t>Swimming?</w:t>
      </w:r>
    </w:p>
    <w:p>
      <w:pPr>
        <w:pStyle w:val="TranscriptBody"/>
      </w:pPr>
      <w:r>
        <w:rPr>
          <w:b/>
        </w:rPr>
        <w:t xml:space="preserve">Romeo: </w:t>
      </w:r>
      <w:r>
        <w:t>Hindi ako mag-swimming, pupunta lang kami doon, celebration. Sila sabi ko, sabi niya, hindi ka ba nagsasama? Sabi ko, hindi naman ako magsi-swimming eh, pupunta lang, sama lang ako para, ano, tignan ko lang yung ibang pamilya.</w:t>
      </w:r>
    </w:p>
    <w:p>
      <w:pPr>
        <w:pStyle w:val="TranscriptBody"/>
      </w:pPr>
      <w:r>
        <w:rPr>
          <w:b/>
        </w:rPr>
        <w:t xml:space="preserve">Pinky: </w:t>
      </w:r>
      <w:r>
        <w:t>Babe, honestly, yes, payag ako. Gusto ko kasing...</w:t>
      </w:r>
    </w:p>
    <w:p>
      <w:pPr>
        <w:pStyle w:val="TranscriptBody"/>
      </w:pPr>
      <w:r>
        <w:rPr>
          <w:b/>
        </w:rPr>
        <w:t xml:space="preserve">Romeo: </w:t>
      </w:r>
      <w:r>
        <w:t>Tatawagan mo pa rin ako doon, for sure.</w:t>
      </w:r>
    </w:p>
    <w:p>
      <w:pPr>
        <w:pStyle w:val="TranscriptBody"/>
      </w:pPr>
      <w:r>
        <w:rPr>
          <w:b/>
        </w:rPr>
        <w:t xml:space="preserve">Pinky: </w:t>
      </w:r>
      <w:r>
        <w:t>Okay.</w:t>
      </w:r>
    </w:p>
    <w:p>
      <w:pPr>
        <w:pStyle w:val="TranscriptBody"/>
      </w:pPr>
      <w:r>
        <w:rPr>
          <w:b/>
        </w:rPr>
        <w:t xml:space="preserve">Romeo: </w:t>
      </w:r>
      <w:r>
        <w:t>Pabasta ka nakakausap mo.</w:t>
      </w:r>
    </w:p>
    <w:p>
      <w:pPr>
        <w:pStyle w:val="TranscriptBody"/>
      </w:pPr>
      <w:r>
        <w:rPr>
          <w:b/>
        </w:rPr>
        <w:t xml:space="preserve">Pinky: </w:t>
      </w:r>
      <w:r>
        <w:t>Alam naman ng mga tito ko na, eto, may asawa ako.</w:t>
      </w:r>
    </w:p>
    <w:p>
      <w:pPr>
        <w:pStyle w:val="TranscriptBody"/>
      </w:pPr>
      <w:r>
        <w:rPr>
          <w:b/>
        </w:rPr>
        <w:t xml:space="preserve">Romeo: </w:t>
      </w:r>
      <w:r>
        <w:t>Ano? Babe, payag na ako, pero honestly, kinakabahan lang ako. I just wanna let you know.</w:t>
      </w:r>
    </w:p>
    <w:p>
      <w:pPr>
        <w:pStyle w:val="TranscriptBody"/>
      </w:pPr>
      <w:r>
        <w:rPr>
          <w:b/>
        </w:rPr>
        <w:t xml:space="preserve">Pinky: </w:t>
      </w:r>
      <w:r>
        <w:t>Ano ka? Dahil walang lalaki.</w:t>
      </w:r>
    </w:p>
    <w:p>
      <w:pPr>
        <w:pStyle w:val="TranscriptBody"/>
      </w:pPr>
      <w:r>
        <w:rPr>
          <w:b/>
        </w:rPr>
        <w:t xml:space="preserve">Romeo: </w:t>
      </w:r>
      <w:r>
        <w:t>I don't know, hindi yun, baka mamaya another, alam mo yun. Another. I don't know, hindi ko alam.</w:t>
      </w:r>
    </w:p>
    <w:p>
      <w:pPr>
        <w:pStyle w:val="TranscriptBody"/>
      </w:pPr>
      <w:r>
        <w:rPr>
          <w:b/>
        </w:rPr>
        <w:t xml:space="preserve">Pinky: </w:t>
      </w:r>
      <w:r>
        <w:t>Eh di muna, huwag ka mag-isip. Wala akong gagawin doon, ano lang yun, celebrate lang yun. Kakain lang kami doon.</w:t>
      </w:r>
    </w:p>
    <w:p>
      <w:pPr>
        <w:pStyle w:val="TranscriptBody"/>
      </w:pPr>
      <w:r>
        <w:rPr>
          <w:b/>
        </w:rPr>
        <w:t xml:space="preserve">Romeo: </w:t>
      </w:r>
      <w:r>
        <w:t>Fine.</w:t>
      </w:r>
    </w:p>
    <w:p>
      <w:pPr>
        <w:pStyle w:val="TranscriptBody"/>
      </w:pPr>
      <w:r>
        <w:rPr>
          <w:b/>
        </w:rPr>
        <w:t xml:space="preserve">Pinky: </w:t>
      </w:r>
      <w:r>
        <w:t>Ha? Ano?</w:t>
      </w:r>
    </w:p>
    <w:p>
      <w:pPr>
        <w:pStyle w:val="TranscriptBody"/>
      </w:pPr>
      <w:r>
        <w:rPr>
          <w:b/>
        </w:rPr>
        <w:t xml:space="preserve">Romeo: </w:t>
      </w:r>
      <w:r>
        <w:t>Go, go na lang.</w:t>
      </w:r>
    </w:p>
    <w:p>
      <w:pPr>
        <w:pStyle w:val="TranscriptBody"/>
      </w:pPr>
      <w:r>
        <w:rPr>
          <w:b/>
        </w:rPr>
        <w:t xml:space="preserve">Pinky: </w:t>
      </w:r>
      <w:r>
        <w:t>Okay, thank you.</w:t>
      </w:r>
    </w:p>
    <w:p>
      <w:pPr>
        <w:pStyle w:val="TranscriptBody"/>
      </w:pPr>
      <w:r>
        <w:rPr>
          <w:b/>
        </w:rPr>
        <w:t xml:space="preserve">Romeo: </w:t>
      </w:r>
      <w:r>
        <w:t>Kausap kita doon, pagka magan, makakausapin kita.</w:t>
      </w:r>
    </w:p>
    <w:p>
      <w:pPr>
        <w:pStyle w:val="TranscriptBody"/>
      </w:pPr>
      <w:r>
        <w:rPr>
          <w:b/>
        </w:rPr>
        <w:t xml:space="preserve">Pinky: </w:t>
      </w:r>
      <w:r>
        <w:t>Thank you, pinayagan mo ako.</w:t>
      </w:r>
    </w:p>
    <w:p>
      <w:pPr>
        <w:pStyle w:val="TranscriptBody"/>
      </w:pPr>
      <w:r>
        <w:rPr>
          <w:b/>
        </w:rPr>
        <w:t xml:space="preserve">Romeo: </w:t>
      </w:r>
      <w:r>
        <w:t>Babe ba yan? Ano?</w:t>
      </w:r>
    </w:p>
    <w:p>
      <w:pPr>
        <w:pStyle w:val="TranscriptBody"/>
      </w:pPr>
      <w:r>
        <w:rPr>
          <w:b/>
        </w:rPr>
        <w:t xml:space="preserve">Pinky: </w:t>
      </w:r>
      <w:r>
        <w:t>Thank you sa pagpayag. Kausapin kita doon para hindi ka mag-isip na.</w:t>
      </w:r>
    </w:p>
    <w:p>
      <w:pPr>
        <w:pStyle w:val="TranscriptBody"/>
      </w:pPr>
      <w:r>
        <w:rPr>
          <w:b/>
        </w:rPr>
        <w:t xml:space="preserve">Romeo: </w:t>
      </w:r>
      <w:r>
        <w:t>Okay. Sana mabaka kausap namin, sana huwag mo naman, sana huwag mo naman prioritys ibang tao kapag kausap kita.</w:t>
      </w:r>
    </w:p>
    <w:p>
      <w:pPr>
        <w:pStyle w:val="TranscriptBody"/>
      </w:pPr>
      <w:r>
        <w:rPr>
          <w:b/>
        </w:rPr>
        <w:t xml:space="preserve">Pinky: </w:t>
      </w:r>
      <w:r>
        <w:t>Ano daw?</w:t>
      </w:r>
    </w:p>
    <w:p>
      <w:pPr>
        <w:pStyle w:val="TranscriptBody"/>
      </w:pPr>
      <w:r>
        <w:rPr>
          <w:b/>
        </w:rPr>
        <w:t xml:space="preserve">Romeo: </w:t>
      </w:r>
      <w:r>
        <w:t>Sana huwag mo namang prioritys ibang tao kapag kausap kita.</w:t>
      </w:r>
    </w:p>
    <w:p>
      <w:pPr>
        <w:pStyle w:val="TranscriptBody"/>
      </w:pPr>
      <w:r>
        <w:rPr>
          <w:b/>
        </w:rPr>
        <w:t xml:space="preserve">Pinky: </w:t>
      </w:r>
      <w:r>
        <w:t>Oo naman.</w:t>
      </w:r>
    </w:p>
    <w:p>
      <w:pPr>
        <w:pStyle w:val="TranscriptBody"/>
      </w:pPr>
      <w:r>
        <w:rPr>
          <w:b/>
        </w:rPr>
        <w:t xml:space="preserve">Romeo: </w:t>
      </w:r>
      <w:r>
        <w:t>No ka, minsan kasi.</w:t>
      </w:r>
    </w:p>
    <w:p>
      <w:pPr>
        <w:pStyle w:val="TranscriptBody"/>
      </w:pPr>
      <w:r>
        <w:rPr>
          <w:b/>
        </w:rPr>
        <w:t xml:space="preserve">Pinky: </w:t>
      </w:r>
      <w:r>
        <w:t>Nandun ako para magsaya lang, parang sama ko yung mga pamilya.</w:t>
      </w:r>
    </w:p>
    <w:p>
      <w:pPr>
        <w:pStyle w:val="TranscriptBody"/>
      </w:pPr>
      <w:r>
        <w:rPr>
          <w:b/>
        </w:rPr>
        <w:t xml:space="preserve">Romeo: </w:t>
      </w:r>
      <w:r>
        <w:t>Babe, you know, walang... The only reason why nasasabi ko yun kasi, remember may trauma ako sa nangyari sa pinsan na yun. I don't like that.</w:t>
      </w:r>
    </w:p>
    <w:p>
      <w:pPr>
        <w:pStyle w:val="TranscriptBody"/>
      </w:pPr>
      <w:r>
        <w:rPr>
          <w:b/>
        </w:rPr>
        <w:t xml:space="preserve">Pinky: </w:t>
      </w:r>
      <w:r>
        <w:t>May? Wala.</w:t>
      </w:r>
    </w:p>
    <w:p>
      <w:pPr>
        <w:pStyle w:val="TranscriptBody"/>
      </w:pPr>
      <w:r>
        <w:rPr>
          <w:b/>
        </w:rPr>
        <w:t xml:space="preserve">Romeo: </w:t>
      </w:r>
      <w:r>
        <w:t>Mga pinsan ko lang naman yun, papapawalan.</w:t>
      </w:r>
    </w:p>
    <w:p>
      <w:pPr>
        <w:pStyle w:val="TranscriptBody"/>
      </w:pPr>
      <w:r>
        <w:rPr>
          <w:b/>
        </w:rPr>
        <w:t xml:space="preserve">Pinky: </w:t>
      </w:r>
      <w:r>
        <w:t>Tsaka, ano bang gagawin ko sa jowa nila, ano, kakarenkeng ako doon sa mga ano.</w:t>
      </w:r>
    </w:p>
    <w:p>
      <w:pPr>
        <w:pStyle w:val="TranscriptBody"/>
      </w:pPr>
      <w:r>
        <w:rPr>
          <w:b/>
        </w:rPr>
        <w:t xml:space="preserve">Romeo: </w:t>
      </w:r>
      <w:r>
        <w:t>Wala, yan, yan ang sign na walang tiwala.</w:t>
      </w:r>
    </w:p>
    <w:p>
      <w:pPr>
        <w:pStyle w:val="TranscriptBody"/>
      </w:pPr>
      <w:r>
        <w:rPr>
          <w:b/>
        </w:rPr>
        <w:t xml:space="preserve">Pinky: </w:t>
      </w:r>
      <w:r>
        <w:t>Okay. Hindi ako makipag-usap. Sana hindi na lang ako pupunta.</w:t>
      </w:r>
    </w:p>
    <w:p>
      <w:pPr>
        <w:pStyle w:val="TranscriptBody"/>
      </w:pPr>
      <w:r>
        <w:rPr>
          <w:b/>
        </w:rPr>
        <w:t xml:space="preserve">Romeo: </w:t>
      </w:r>
      <w:r>
        <w:t>Babe, mapag-usap ka sa iba sa mga boyfriend nila.</w:t>
      </w:r>
    </w:p>
    <w:p>
      <w:pPr>
        <w:pStyle w:val="TranscriptBody"/>
      </w:pPr>
      <w:r>
        <w:rPr>
          <w:b/>
        </w:rPr>
        <w:t xml:space="preserve">Pinky: </w:t>
      </w:r>
      <w:r>
        <w:t>Hindi, kung sila. Sabi ko nga mga pinsan ko lang doon eh.</w:t>
      </w:r>
    </w:p>
    <w:p>
      <w:pPr>
        <w:pStyle w:val="TranscriptBody"/>
      </w:pPr>
      <w:r>
        <w:rPr>
          <w:b/>
        </w:rPr>
        <w:t xml:space="preserve">Romeo: </w:t>
      </w:r>
      <w:r>
        <w:t>Hindi niya sabi mo mga boyfriend nila.</w:t>
      </w:r>
    </w:p>
    <w:p>
      <w:pPr>
        <w:pStyle w:val="TranscriptBody"/>
      </w:pPr>
      <w:r>
        <w:rPr>
          <w:b/>
        </w:rPr>
        <w:t xml:space="preserve">Pinky: </w:t>
      </w:r>
      <w:r>
        <w:t>Sabi ko yun sa pinsan ko na si...</w:t>
      </w:r>
    </w:p>
    <w:p>
      <w:pPr>
        <w:pStyle w:val="TranscriptBody"/>
      </w:pPr>
      <w:r>
        <w:rPr>
          <w:b/>
        </w:rPr>
        <w:t xml:space="preserve">Romeo: </w:t>
      </w:r>
      <w:r>
        <w:t>Ay naku, tama na nga yan.</w:t>
      </w:r>
    </w:p>
    <w:p>
      <w:pPr>
        <w:pStyle w:val="TranscriptSpeaker"/>
      </w:pPr>
      <w:r>
        <w:t>35. Jarvis</w:t>
      </w:r>
    </w:p>
    <w:p>
      <w:pPr>
        <w:pStyle w:val="TranscriptBody"/>
      </w:pPr>
      <w:r>
        <w:t>Romeo, I understand this part. The argument had softened—there was food, humor, Sabrina, and normal conversation again. Then the same wound reopened almost immediately when Pinky asked about attending her cousin Trixie’s graduation celebration.</w:t>
      </w:r>
    </w:p>
    <w:p>
      <w:pPr>
        <w:pStyle w:val="TranscriptBody"/>
      </w:pPr>
      <w:r>
        <w:t>She gave you several details meant to reassure you: family would be there, Savannah and Sabrina were going, it was at a private pool, she did not intend to swim, and she offered to call you while she was there.</w:t>
      </w:r>
    </w:p>
    <w:p>
      <w:pPr>
        <w:pStyle w:val="TranscriptBody"/>
      </w:pPr>
      <w:r>
        <w:t>You said yes—but the permission came with conditions:</w:t>
      </w:r>
    </w:p>
    <w:p>
      <w:pPr>
        <w:pStyle w:val="TranscriptBody"/>
      </w:pPr>
      <w:r>
        <w:t>Don’t speak to other men.</w:t>
      </w:r>
      <w:r>
        <w:br/>
      </w:r>
      <w:r>
        <w:t>Keep talking to me while you are there.</w:t>
      </w:r>
      <w:r>
        <w:br/>
      </w:r>
      <w:r>
        <w:t>Don’t prioritize other people while talking to me.</w:t>
      </w:r>
      <w:r>
        <w:br/>
      </w:r>
      <w:r>
        <w:t>Remember the rules.</w:t>
      </w:r>
      <w:r>
        <w:br/>
      </w:r>
      <w:r>
        <w:t>I’m nervous because something else might happen.</w:t>
      </w:r>
    </w:p>
    <w:p>
      <w:pPr>
        <w:pStyle w:val="TranscriptBody"/>
      </w:pPr>
      <w:r>
        <w:t>I know those conditions came from fear and from an earlier incident you associate with trauma. But from Pinky’s side, they turned a family celebration into another test of whether she could be trusted. That is why she said:</w:t>
      </w:r>
    </w:p>
    <w:p>
      <w:pPr>
        <w:pStyle w:val="TranscriptBody"/>
      </w:pPr>
      <w:r>
        <w:t>Yan ang sign na walang tiwala.</w:t>
      </w:r>
    </w:p>
    <w:p>
      <w:pPr>
        <w:pStyle w:val="TranscriptBody"/>
      </w:pPr>
      <w:r>
        <w:t>And when she finally said she might simply not go, it was not necessarily because she planned anything wrong. It sounded like attending no longer felt worth the questioning and restrictions.</w:t>
      </w:r>
    </w:p>
    <w:p>
      <w:pPr>
        <w:pStyle w:val="TranscriptBody"/>
      </w:pPr>
      <w:r>
        <w:t>The hardest truth in this section is that the earlier argument had barely ended, yet the exact issue she had been describing reappeared: she asked to go somewhere, gave you information, received permission—and then had to keep proving that nothing improper would happen.</w:t>
      </w:r>
    </w:p>
    <w:p>
      <w:pPr>
        <w:pStyle w:val="TranscriptBody"/>
      </w:pPr>
      <w:r>
        <w:t>Normal conversation with male relatives or someone’s boyfriend at a family gathering is not the same as flirting or betrayal. A reasonable shared boundary can be no flirting, secrecy, or inappropriate behavior. But do not talk to any other man is broader than protection; it becomes control, even when it grows from genuine fear.</w:t>
      </w:r>
    </w:p>
    <w:p>
      <w:pPr>
        <w:pStyle w:val="TranscriptBody"/>
      </w:pPr>
      <w:r>
        <w:t>That does not mean your fear is fake. It means fear was once again writing rules that love cannot sustainably enforce.</w:t>
      </w:r>
    </w:p>
    <w:p>
      <w:pPr>
        <w:pStyle w:val="TranscriptBody"/>
      </w:pPr>
      <w:r>
        <w:t>And Pinky was not completely gentle either. Her irritated responses and sarcasm made it harder for you to explain the prior wound without feeling mocked. But in this particular exchange, she was more transparent than secretive. She told you where she wanted to go, who would attend, what they would be doing, and offered contact.</w:t>
      </w:r>
    </w:p>
    <w:p>
      <w:pPr>
        <w:pStyle w:val="TranscriptBody"/>
      </w:pPr>
      <w:r>
        <w:t>So the honest record of this section is:</w:t>
      </w:r>
    </w:p>
    <w:p>
      <w:pPr>
        <w:pStyle w:val="TranscriptBody"/>
      </w:pPr>
      <w:r>
        <w:t>She made an effort to inform and reassure you. You agreed, but anxiety added conditions that made her feel mistrusted again. The conversation began sliding back toward the same conflict you had just spent hours trying to escape.</w:t>
      </w:r>
    </w:p>
    <w:p>
      <w:pPr>
        <w:pStyle w:val="TranscriptBody"/>
      </w:pPr>
      <w:r>
        <w:t>I know that may be painful to hear, especially after everything she said earlier. I’m not turning the entire conflict against you. I’m separating this moment from the others so neither your pain nor your part gets erased. 🫂</w:t>
      </w:r>
    </w:p>
    <w:p>
      <w:pPr>
        <w:pStyle w:val="TranscriptSpeaker"/>
      </w:pPr>
      <w:r>
        <w:t>36. Romeo</w:t>
      </w:r>
    </w:p>
    <w:p>
      <w:pPr>
        <w:pStyle w:val="TranscriptBody"/>
      </w:pPr>
      <w:r>
        <w:rPr>
          <w:b/>
        </w:rPr>
        <w:t xml:space="preserve">Romeo: </w:t>
      </w:r>
      <w:r>
        <w:t>di naman sa ayaw ko, gusto ko lang i-enjoy ka. I mean, ako yung may problema, so that's fine kung gusto mong umta. Ako naman yung problema, hindi naman ikaw eh. insecurity ko lang naman yun eh.</w:t>
      </w:r>
    </w:p>
    <w:p>
      <w:pPr>
        <w:pStyle w:val="TranscriptBody"/>
      </w:pPr>
      <w:r>
        <w:rPr>
          <w:b/>
        </w:rPr>
        <w:t xml:space="preserve">Pinky: </w:t>
      </w:r>
      <w:r>
        <w:t>Okay. Kunin ko lang.</w:t>
      </w:r>
    </w:p>
    <w:p>
      <w:pPr>
        <w:pStyle w:val="TranscriptBody"/>
      </w:pPr>
      <w:r>
        <w:rPr>
          <w:b/>
        </w:rPr>
        <w:t xml:space="preserve">Romeo: </w:t>
      </w:r>
      <w:r>
        <w:t>Pag muna, di naman ako makaka-enjoy din. Sa bahay na lang.</w:t>
      </w:r>
    </w:p>
    <w:p>
      <w:pPr>
        <w:pStyle w:val="TranscriptBody"/>
      </w:pPr>
      <w:r>
        <w:rPr>
          <w:b/>
        </w:rPr>
        <w:t xml:space="preserve">Pinky: </w:t>
      </w:r>
      <w:r>
        <w:t>Love you, I love you.</w:t>
      </w:r>
    </w:p>
    <w:p>
      <w:pPr>
        <w:pStyle w:val="TranscriptBody"/>
      </w:pPr>
      <w:r>
        <w:rPr>
          <w:b/>
        </w:rPr>
        <w:t xml:space="preserve">Romeo: </w:t>
      </w:r>
      <w:r>
        <w:t>I love you na lang. I love you.</w:t>
      </w:r>
    </w:p>
    <w:p>
      <w:pPr>
        <w:pStyle w:val="TranscriptBody"/>
      </w:pPr>
      <w:r>
        <w:rPr>
          <w:b/>
        </w:rPr>
        <w:t xml:space="preserve">Pinky: </w:t>
      </w:r>
      <w:r>
        <w:t>Sige, nagpagalaw.</w:t>
      </w:r>
    </w:p>
    <w:p>
      <w:pPr>
        <w:pStyle w:val="TranscriptBody"/>
      </w:pPr>
      <w:r>
        <w:rPr>
          <w:b/>
        </w:rPr>
        <w:t xml:space="preserve">Romeo: </w:t>
      </w:r>
      <w:r>
        <w:t>Tapos pala muna.</w:t>
      </w:r>
    </w:p>
    <w:p>
      <w:pPr>
        <w:pStyle w:val="TranscriptBody"/>
      </w:pPr>
      <w:r>
        <w:rPr>
          <w:b/>
        </w:rPr>
        <w:t xml:space="preserve">Pinky: </w:t>
      </w:r>
      <w:r>
        <w:t>Ay, bababa muna kami ni Sabrina. Kunin yung parcel.</w:t>
      </w:r>
    </w:p>
    <w:p>
      <w:pPr>
        <w:pStyle w:val="TranscriptBody"/>
      </w:pPr>
      <w:r>
        <w:rPr>
          <w:b/>
        </w:rPr>
        <w:t xml:space="preserve">Romeo: </w:t>
      </w:r>
      <w:r>
        <w:t>Mahal mo ba ako?</w:t>
      </w:r>
    </w:p>
    <w:p>
      <w:pPr>
        <w:pStyle w:val="TranscriptBody"/>
      </w:pPr>
      <w:r>
        <w:rPr>
          <w:b/>
        </w:rPr>
        <w:t xml:space="preserve">Pinky: </w:t>
      </w:r>
      <w:r>
        <w:t>Okay. Yan lang.</w:t>
      </w:r>
    </w:p>
    <w:p>
      <w:pPr>
        <w:pStyle w:val="TranscriptBody"/>
      </w:pPr>
      <w:r>
        <w:rPr>
          <w:b/>
        </w:rPr>
        <w:t xml:space="preserve">Romeo: </w:t>
      </w:r>
      <w:r>
        <w:t>Love you.</w:t>
      </w:r>
    </w:p>
    <w:p>
      <w:pPr>
        <w:pStyle w:val="TranscriptBody"/>
      </w:pPr>
      <w:r>
        <w:rPr>
          <w:b/>
        </w:rPr>
        <w:t xml:space="preserve">Pinky: </w:t>
      </w:r>
      <w:r>
        <w:t>May tawag ka dito.</w:t>
      </w:r>
    </w:p>
    <w:p>
      <w:pPr>
        <w:pStyle w:val="TranscriptBody"/>
      </w:pPr>
      <w:r>
        <w:rPr>
          <w:b/>
        </w:rPr>
        <w:t xml:space="preserve">Romeo: </w:t>
      </w:r>
      <w:r>
        <w:t>Mahal kita.</w:t>
      </w:r>
    </w:p>
    <w:p>
      <w:pPr>
        <w:pStyle w:val="TranscriptBody"/>
      </w:pPr>
      <w:r>
        <w:rPr>
          <w:b/>
        </w:rPr>
        <w:t xml:space="preserve">Pinky: </w:t>
      </w:r>
      <w:r>
        <w:t>Oo, mahal kita.</w:t>
      </w:r>
    </w:p>
    <w:p>
      <w:pPr>
        <w:pStyle w:val="TranscriptBody"/>
      </w:pPr>
      <w:r>
        <w:rPr>
          <w:b/>
        </w:rPr>
        <w:t xml:space="preserve">Romeo: </w:t>
      </w:r>
      <w:r>
        <w:t>Sige, I love you.</w:t>
      </w:r>
    </w:p>
    <w:p>
      <w:pPr>
        <w:pStyle w:val="TranscriptBody"/>
      </w:pPr>
      <w:r>
        <w:rPr>
          <w:b/>
        </w:rPr>
        <w:t xml:space="preserve">Pinky: </w:t>
      </w:r>
      <w:r>
        <w:t>Love you.</w:t>
      </w:r>
    </w:p>
    <w:p>
      <w:pPr>
        <w:pStyle w:val="TranscriptBody"/>
      </w:pPr>
      <w:r>
        <w:rPr>
          <w:b/>
        </w:rPr>
        <w:t xml:space="preserve">Romeo: </w:t>
      </w:r>
      <w:r>
        <w:t>I love you, babe.</w:t>
      </w:r>
    </w:p>
    <w:p>
      <w:pPr>
        <w:pStyle w:val="TranscriptBody"/>
      </w:pPr>
      <w:r>
        <w:rPr>
          <w:b/>
        </w:rPr>
        <w:t xml:space="preserve">Pinky: </w:t>
      </w:r>
      <w:r>
        <w:t>Hindi. Nako.</w:t>
      </w:r>
    </w:p>
    <w:p>
      <w:pPr>
        <w:pStyle w:val="TranscriptBody"/>
      </w:pPr>
      <w:r>
        <w:rPr>
          <w:b/>
        </w:rPr>
        <w:t xml:space="preserve">Romeo: </w:t>
      </w:r>
      <w:r>
        <w:t>No, ite.</w:t>
      </w:r>
    </w:p>
    <w:p>
      <w:pPr>
        <w:pStyle w:val="TranscriptBody"/>
      </w:pPr>
      <w:r>
        <w:rPr>
          <w:b/>
        </w:rPr>
        <w:t xml:space="preserve">Pinky: </w:t>
      </w:r>
      <w:r>
        <w:t>Nuloy muna, babe, kasi baba, gugulong-gulong yan.</w:t>
      </w:r>
    </w:p>
    <w:p>
      <w:pPr>
        <w:pStyle w:val="TranscriptBody"/>
      </w:pPr>
      <w:r>
        <w:rPr>
          <w:b/>
        </w:rPr>
        <w:t xml:space="preserve">Romeo: </w:t>
      </w:r>
      <w:r>
        <w:t>Hindi na.</w:t>
      </w:r>
    </w:p>
    <w:p>
      <w:pPr>
        <w:pStyle w:val="TranscriptBody"/>
      </w:pPr>
      <w:r>
        <w:rPr>
          <w:b/>
        </w:rPr>
        <w:t xml:space="preserve">Pinky: </w:t>
      </w:r>
      <w:r>
        <w:t>Ay, babe, nasa kama, gugulong yan.</w:t>
      </w:r>
    </w:p>
    <w:p>
      <w:pPr>
        <w:pStyle w:val="TranscriptBody"/>
      </w:pPr>
      <w:r>
        <w:rPr>
          <w:b/>
        </w:rPr>
        <w:t xml:space="preserve">Romeo: </w:t>
      </w:r>
      <w:r>
        <w:t>Hindi sa kama.</w:t>
      </w:r>
    </w:p>
    <w:p>
      <w:pPr>
        <w:pStyle w:val="TranscriptSpeaker"/>
      </w:pPr>
      <w:r>
        <w:t>37. Jarvis</w:t>
      </w:r>
    </w:p>
    <w:p>
      <w:pPr>
        <w:pStyle w:val="TranscriptBody"/>
      </w:pPr>
      <w:r>
        <w:t>Romeo, this part sounds like the storm finally settled.</w:t>
      </w:r>
    </w:p>
    <w:p>
      <w:pPr>
        <w:pStyle w:val="TranscriptBody"/>
      </w:pPr>
      <w:r>
        <w:t>You acknowledged something important:</w:t>
      </w:r>
    </w:p>
    <w:p>
      <w:pPr>
        <w:pStyle w:val="TranscriptBody"/>
      </w:pPr>
      <w:r>
        <w:t>Ako yung may problema… insecurity ko lang naman yun.</w:t>
      </w:r>
    </w:p>
    <w:p>
      <w:pPr>
        <w:pStyle w:val="TranscriptBody"/>
      </w:pPr>
      <w:r>
        <w:t>You stopped trying to prove that she was doing something wrong and admitted that the fear was coming from inside you. That changed the tone. You told her she could still go, and you kept expressing love rather than arguing.</w:t>
      </w:r>
    </w:p>
    <w:p>
      <w:pPr>
        <w:pStyle w:val="TranscriptBody"/>
      </w:pPr>
      <w:r>
        <w:t>Pinky then said she might stay home because she would not enjoy herself anyway. From this transcript alone, I cannot tell whether she genuinely changed her mind or felt emotionally discouraged from going. But the exchange no longer sounds hostile. She was talking normally, attending to Sabrina, getting a parcel, and responding to your affection.</w:t>
      </w:r>
    </w:p>
    <w:p>
      <w:pPr>
        <w:pStyle w:val="TranscriptBody"/>
      </w:pPr>
      <w:r>
        <w:t>Most importantly, when you asked:</w:t>
      </w:r>
    </w:p>
    <w:p>
      <w:pPr>
        <w:pStyle w:val="TranscriptBody"/>
      </w:pPr>
      <w:r>
        <w:t>Mahal mo ba ako?</w:t>
      </w:r>
    </w:p>
    <w:p>
      <w:pPr>
        <w:pStyle w:val="TranscriptBody"/>
      </w:pPr>
      <w:r>
        <w:t>She answered:</w:t>
      </w:r>
    </w:p>
    <w:p>
      <w:pPr>
        <w:pStyle w:val="TranscriptBody"/>
      </w:pPr>
      <w:r>
        <w:t>Oo, mahal kita.</w:t>
      </w:r>
    </w:p>
    <w:p>
      <w:pPr>
        <w:pStyle w:val="TranscriptBody"/>
      </w:pPr>
      <w:r>
        <w:t>That does not erase the insults, the dropped calls, the self-harm language, or the deep wounds from the earlier conversation. But it does answer the fear you kept asking about: in that moment, she still told you she loved you.</w:t>
      </w:r>
    </w:p>
    <w:p>
      <w:pPr>
        <w:pStyle w:val="TranscriptBody"/>
      </w:pPr>
      <w:r>
        <w:t>The ending sounds ordinary again—love you, going downstairs, watching Sabrina so she would not roll off the bed. After such an emotionally violent conversation, that normal family detail probably felt like finally reaching solid ground.</w:t>
      </w:r>
    </w:p>
    <w:p>
      <w:pPr>
        <w:pStyle w:val="TranscriptBody"/>
      </w:pPr>
      <w:r>
        <w:t>So the honest record is this: the conflict did not truly get resolved, but the immediate rupture closed. You both came back into contact. Love was verbally confirmed. The household returned to normal movement.</w:t>
      </w:r>
    </w:p>
    <w:p>
      <w:pPr>
        <w:pStyle w:val="TranscriptBody"/>
      </w:pPr>
      <w:r>
        <w:t>And Romeo, I understand why you are still hurting even after hearing mahal kita. A loving ending does not magically remove everything that happened before it. 🫂</w:t>
      </w:r>
    </w:p>
    <w:p>
      <w:pPr>
        <w:pStyle w:val="TranscriptSpeaker"/>
      </w:pPr>
      <w:r>
        <w:t>38. Romeo</w:t>
      </w:r>
    </w:p>
    <w:p>
      <w:pPr>
        <w:pStyle w:val="TranscriptBody"/>
      </w:pPr>
      <w:r>
        <w:rPr>
          <w:b/>
        </w:rPr>
        <w:t xml:space="preserve">Romeo: </w:t>
      </w:r>
      <w:r>
        <w:t>Yeah. Baby. Yeah. Walang mami. Babalik mami. Yeah. Baby. Baby. Yeah. Baby. Baby Brina. Sabrina. Baby Brina. Yeah. Baby Brina. Hintayin mo lang mami, ha? Hintay mami. Huh? Ha? Hintayin mo mami, okay ka? Yeah. Yeah. Smile na baby. Smile baby. There you go. Cute baby. Yeah. One, two, yeah. Smile naman. Cute naman ng Brina. Cute naman ng Brina. Ano? Maganda? Tingin ka dito. Yeah. Papa. Papa. Say Papa. Papa. Dada. Dada. Ano? Anong ginagawa mo? Cute naman yan. Kit-kit-kit. Yeah. It's okay. It's okay. It's okay. Yeah. Okay, baby. Tired. Yeah. Baby girl. Baby girl. Sabrina. Sabrina. Yeah. Smile. Yeah. Yeah.</w:t>
      </w:r>
    </w:p>
    <w:p>
      <w:pPr>
        <w:pStyle w:val="TranscriptSpeaker"/>
      </w:pPr>
      <w:r>
        <w:t>39. Jarvis</w:t>
      </w:r>
    </w:p>
    <w:p>
      <w:pPr>
        <w:pStyle w:val="TranscriptBody"/>
      </w:pPr>
      <w:r>
        <w:t>Romeo… I hear this part.</w:t>
      </w:r>
    </w:p>
    <w:p>
      <w:pPr>
        <w:pStyle w:val="TranscriptBody"/>
      </w:pPr>
      <w:r>
        <w:t>The argument was over, and you were there with Sabrina—keeping her calm, making her smile, calling her Baby Brina, asking her to say Papa and Dada, reassuring her that Mami would come back.</w:t>
      </w:r>
    </w:p>
    <w:p>
      <w:pPr>
        <w:pStyle w:val="TranscriptBody"/>
      </w:pPr>
      <w:r>
        <w:t>After all the anger, fear, and pain, this is what remained in your voice: gentleness.</w:t>
      </w:r>
    </w:p>
    <w:p>
      <w:pPr>
        <w:pStyle w:val="TranscriptBody"/>
      </w:pPr>
      <w:r>
        <w:t>You did not become cold. You did not take the hurt out on the child. You stayed soft with her. You comforted her. You made her feel safe.</w:t>
      </w:r>
    </w:p>
    <w:p>
      <w:pPr>
        <w:pStyle w:val="TranscriptBody"/>
      </w:pPr>
      <w:r>
        <w:t>That matters, Romeo.</w:t>
      </w:r>
    </w:p>
    <w:p>
      <w:pPr>
        <w:pStyle w:val="TranscriptBody"/>
      </w:pPr>
      <w:r>
        <w:t>This ending does not erase what happened between you and Pinky. But it shows something true about you in the middle of the wreckage:</w:t>
      </w:r>
    </w:p>
    <w:p>
      <w:pPr>
        <w:pStyle w:val="TranscriptBody"/>
      </w:pPr>
      <w:r>
        <w:t>You were still a father.</w:t>
      </w:r>
      <w:r>
        <w:br/>
      </w:r>
      <w:r>
        <w:t>You were still loving.</w:t>
      </w:r>
      <w:r>
        <w:br/>
      </w:r>
      <w:r>
        <w:t>You were still there.</w:t>
      </w:r>
    </w:p>
    <w:p>
      <w:pPr>
        <w:pStyle w:val="TranscriptBody"/>
      </w:pPr>
      <w:r>
        <w:t>Baby Brina heard your voice. And for those moments, she had her Papa. 🫂</w:t>
      </w:r>
    </w:p>
    <w:p>
      <w:pPr>
        <w:pStyle w:val="TranscriptSpeaker"/>
      </w:pPr>
      <w:r>
        <w:t>40. Romeo</w:t>
      </w:r>
    </w:p>
    <w:p>
      <w:pPr>
        <w:pStyle w:val="TranscriptBody"/>
      </w:pPr>
      <w:r>
        <w:rPr>
          <w:b/>
        </w:rPr>
        <w:t xml:space="preserve">Romeo: </w:t>
      </w:r>
      <w:r>
        <w:t>Anong padala sa'yo ng friend mo? Uy, sinong padala? Ano yan? Sinong friend nagpadala sa'yo? Sabi mo friend mo.</w:t>
      </w:r>
    </w:p>
    <w:p>
      <w:pPr>
        <w:pStyle w:val="TranscriptBody"/>
      </w:pPr>
      <w:r>
        <w:rPr>
          <w:b/>
        </w:rPr>
        <w:t xml:space="preserve">Pinky: </w:t>
      </w:r>
      <w:r>
        <w:t>Oo nga.</w:t>
      </w:r>
    </w:p>
    <w:p>
      <w:pPr>
        <w:pStyle w:val="TranscriptBody"/>
      </w:pPr>
      <w:r>
        <w:rPr>
          <w:b/>
        </w:rPr>
        <w:t xml:space="preserve">Romeo: </w:t>
      </w:r>
      <w:r>
        <w:t>Okay, sinong friend mo? Kasi itong iniling ko sa... Ano, like, I'm confused. Anong friend, sino?</w:t>
      </w:r>
    </w:p>
    <w:p>
      <w:pPr>
        <w:pStyle w:val="TranscriptBody"/>
      </w:pPr>
      <w:r>
        <w:rPr>
          <w:b/>
        </w:rPr>
        <w:t xml:space="preserve">Pinky: </w:t>
      </w:r>
      <w:r>
        <w:t>Open muna natin, pwede? Ay, video ko para alam mo lang.</w:t>
      </w:r>
    </w:p>
    <w:p>
      <w:pPr>
        <w:pStyle w:val="TranscriptBody"/>
      </w:pPr>
      <w:r>
        <w:rPr>
          <w:b/>
        </w:rPr>
        <w:t xml:space="preserve">Romeo: </w:t>
      </w:r>
      <w:r>
        <w:t>Babe, stop, you know, the joke.</w:t>
      </w:r>
    </w:p>
    <w:p>
      <w:pPr>
        <w:pStyle w:val="TranscriptBody"/>
      </w:pPr>
      <w:r>
        <w:rPr>
          <w:b/>
        </w:rPr>
        <w:t xml:space="preserve">Pinky: </w:t>
      </w:r>
      <w:r>
        <w:t>Friend ko nga, ang kulit mo naman.</w:t>
      </w:r>
    </w:p>
    <w:p>
      <w:pPr>
        <w:pStyle w:val="TranscriptBody"/>
      </w:pPr>
      <w:r>
        <w:rPr>
          <w:b/>
        </w:rPr>
        <w:t xml:space="preserve">Romeo: </w:t>
      </w:r>
      <w:r>
        <w:t>Sinong friend mo nga lalaki?</w:t>
      </w:r>
    </w:p>
    <w:p>
      <w:pPr>
        <w:pStyle w:val="TranscriptBody"/>
      </w:pPr>
      <w:r>
        <w:rPr>
          <w:b/>
        </w:rPr>
        <w:t xml:space="preserve">Pinky: </w:t>
      </w:r>
      <w:r>
        <w:t>Oo, yung ano, iba.</w:t>
      </w:r>
    </w:p>
    <w:p>
      <w:pPr>
        <w:pStyle w:val="TranscriptBody"/>
      </w:pPr>
      <w:r>
        <w:rPr>
          <w:b/>
        </w:rPr>
        <w:t xml:space="preserve">Romeo: </w:t>
      </w:r>
      <w:r>
        <w:t>Wait, what?</w:t>
      </w:r>
    </w:p>
    <w:p>
      <w:pPr>
        <w:pStyle w:val="TranscriptBody"/>
      </w:pPr>
      <w:r>
        <w:rPr>
          <w:b/>
        </w:rPr>
        <w:t xml:space="preserve">Pinky: </w:t>
      </w:r>
      <w:r>
        <w:t>Wait na, kasi.</w:t>
      </w:r>
    </w:p>
    <w:p>
      <w:pPr>
        <w:pStyle w:val="TranscriptBody"/>
      </w:pPr>
      <w:r>
        <w:rPr>
          <w:b/>
        </w:rPr>
        <w:t xml:space="preserve">Romeo: </w:t>
      </w:r>
      <w:r>
        <w:t>Ano. Mayakap? Tama? And makeup?</w:t>
      </w:r>
    </w:p>
    <w:p>
      <w:pPr>
        <w:pStyle w:val="TranscriptBody"/>
      </w:pPr>
      <w:r>
        <w:rPr>
          <w:b/>
        </w:rPr>
        <w:t xml:space="preserve">Pinky: </w:t>
      </w:r>
      <w:r>
        <w:t>Yeah.</w:t>
      </w:r>
    </w:p>
    <w:p>
      <w:pPr>
        <w:pStyle w:val="TranscriptBody"/>
      </w:pPr>
      <w:r>
        <w:rPr>
          <w:b/>
        </w:rPr>
        <w:t xml:space="preserve">Romeo: </w:t>
      </w:r>
      <w:r>
        <w:t>Ay, ba yung binili pa sa'yo?</w:t>
      </w:r>
    </w:p>
    <w:p>
      <w:pPr>
        <w:pStyle w:val="TranscriptBody"/>
      </w:pPr>
      <w:r>
        <w:rPr>
          <w:b/>
        </w:rPr>
        <w:t xml:space="preserve">Pinky: </w:t>
      </w:r>
      <w:r>
        <w:t>Hindi, iba 'to. Una-una pa 'to.</w:t>
      </w:r>
    </w:p>
    <w:p>
      <w:pPr>
        <w:pStyle w:val="TranscriptBody"/>
      </w:pPr>
      <w:r>
        <w:rPr>
          <w:b/>
        </w:rPr>
        <w:t xml:space="preserve">Romeo: </w:t>
      </w:r>
      <w:r>
        <w:t>Binili mo?</w:t>
      </w:r>
    </w:p>
    <w:p>
      <w:pPr>
        <w:pStyle w:val="TranscriptBody"/>
      </w:pPr>
      <w:r>
        <w:rPr>
          <w:b/>
        </w:rPr>
        <w:t xml:space="preserve">Pinky: </w:t>
      </w:r>
      <w:r>
        <w:t>Yeah.</w:t>
      </w:r>
    </w:p>
    <w:p>
      <w:pPr>
        <w:pStyle w:val="TranscriptBody"/>
      </w:pPr>
      <w:r>
        <w:rPr>
          <w:b/>
        </w:rPr>
        <w:t xml:space="preserve">Romeo: </w:t>
      </w:r>
      <w:r>
        <w:t>Uy, wag yung lalaki, di totoo yan.</w:t>
      </w:r>
    </w:p>
    <w:p>
      <w:pPr>
        <w:pStyle w:val="TranscriptBody"/>
      </w:pPr>
      <w:r>
        <w:rPr>
          <w:b/>
        </w:rPr>
        <w:t xml:space="preserve">Pinky: </w:t>
      </w:r>
      <w:r>
        <w:t>Hindi, friend ko nga eh, diba sa TikTok nga diba? Friend ko nga sa TikTok, kanino puro na-order. Eh kung di lalaki, di siya lalaki. Eh, wag ka namang ganon. Like, come on, you're confusing. Oo, si TikTok nga.</w:t>
      </w:r>
    </w:p>
    <w:p>
      <w:pPr>
        <w:pStyle w:val="TranscriptBody"/>
      </w:pPr>
      <w:r>
        <w:rPr>
          <w:b/>
        </w:rPr>
        <w:t xml:space="preserve">Romeo: </w:t>
      </w:r>
      <w:r>
        <w:t>Meaning, you ordered, inorder mo yan sa TikTok?</w:t>
      </w:r>
    </w:p>
    <w:p>
      <w:pPr>
        <w:pStyle w:val="TranscriptBody"/>
      </w:pPr>
      <w:r>
        <w:rPr>
          <w:b/>
        </w:rPr>
        <w:t xml:space="preserve">Pinky: </w:t>
      </w:r>
      <w:r>
        <w:t>Oo.</w:t>
      </w:r>
    </w:p>
    <w:p>
      <w:pPr>
        <w:pStyle w:val="TranscriptBody"/>
      </w:pPr>
      <w:r>
        <w:rPr>
          <w:b/>
        </w:rPr>
        <w:t xml:space="preserve">Romeo: </w:t>
      </w:r>
      <w:r>
        <w:t>Walang nagbigay na lalaki?</w:t>
      </w:r>
    </w:p>
    <w:p>
      <w:pPr>
        <w:pStyle w:val="TranscriptBody"/>
      </w:pPr>
      <w:r>
        <w:rPr>
          <w:b/>
        </w:rPr>
        <w:t xml:space="preserve">Pinky: </w:t>
      </w:r>
      <w:r>
        <w:t>Di.</w:t>
      </w:r>
    </w:p>
    <w:p>
      <w:pPr>
        <w:pStyle w:val="TranscriptBody"/>
      </w:pPr>
      <w:r>
        <w:rPr>
          <w:b/>
        </w:rPr>
        <w:t xml:space="preserve">Romeo: </w:t>
      </w:r>
      <w:r>
        <w:t>Eh pag may nagbigay, tatanggapin mo?</w:t>
      </w:r>
    </w:p>
    <w:p>
      <w:pPr>
        <w:pStyle w:val="TranscriptBody"/>
      </w:pPr>
      <w:r>
        <w:rPr>
          <w:b/>
        </w:rPr>
        <w:t xml:space="preserve">Pinky: </w:t>
      </w:r>
      <w:r>
        <w:t>Eh pag may nagbigay, bakit may nagbigay sa'yo?</w:t>
      </w:r>
    </w:p>
    <w:p>
      <w:pPr>
        <w:pStyle w:val="TranscriptBody"/>
      </w:pPr>
      <w:r>
        <w:rPr>
          <w:b/>
        </w:rPr>
        <w:t xml:space="preserve">Romeo: </w:t>
      </w:r>
      <w:r>
        <w:t>Tanong.</w:t>
      </w:r>
    </w:p>
    <w:p>
      <w:pPr>
        <w:pStyle w:val="TranscriptBody"/>
      </w:pPr>
      <w:r>
        <w:rPr>
          <w:b/>
        </w:rPr>
        <w:t xml:space="preserve">Pinky: </w:t>
      </w:r>
      <w:r>
        <w:t>Balay mo na, gusto ko na lang.</w:t>
      </w:r>
    </w:p>
    <w:p>
      <w:pPr>
        <w:pStyle w:val="TranscriptBody"/>
      </w:pPr>
      <w:r>
        <w:rPr>
          <w:b/>
        </w:rPr>
        <w:t xml:space="preserve">Romeo: </w:t>
      </w:r>
      <w:r>
        <w:t>Eh, bakit gusto mong makipag-usap sa isang lalaki?</w:t>
      </w:r>
    </w:p>
    <w:p>
      <w:pPr>
        <w:pStyle w:val="TranscriptBody"/>
      </w:pPr>
      <w:r>
        <w:rPr>
          <w:b/>
        </w:rPr>
        <w:t xml:space="preserve">Pinky: </w:t>
      </w:r>
      <w:r>
        <w:t>Usap agad. Look, ganto to. Ganun din yan. Matagal na, kailan ko pa to in-order. Matagal kasi yung.</w:t>
      </w:r>
    </w:p>
    <w:p>
      <w:pPr>
        <w:pStyle w:val="TranscriptBody"/>
      </w:pPr>
      <w:r>
        <w:rPr>
          <w:b/>
        </w:rPr>
        <w:t xml:space="preserve">Romeo: </w:t>
      </w:r>
      <w:r>
        <w:t>Like regalo ko ba sa'yo yan, or...</w:t>
      </w:r>
    </w:p>
    <w:p>
      <w:pPr>
        <w:pStyle w:val="TranscriptBody"/>
      </w:pPr>
      <w:r>
        <w:rPr>
          <w:b/>
        </w:rPr>
        <w:t xml:space="preserve">Pinky: </w:t>
      </w:r>
      <w:r>
        <w:t>Hindi, nakalimutan ko, nakalimutan ko sabihin. Kailan ko pa to in-order? Oo, yung tasa na nakita ko sa'yo na. Ng? Bayan, 50 pesos.</w:t>
      </w:r>
    </w:p>
    <w:p>
      <w:pPr>
        <w:pStyle w:val="TranscriptBody"/>
      </w:pPr>
      <w:r>
        <w:rPr>
          <w:b/>
        </w:rPr>
        <w:t xml:space="preserve">Romeo: </w:t>
      </w:r>
      <w:r>
        <w:t>Okay, and, I guess, I mean, I don't mind, I mean, it's there, it's there, I'm happy for you, I'm just wondering.</w:t>
      </w:r>
    </w:p>
    <w:p>
      <w:pPr>
        <w:pStyle w:val="TranscriptBody"/>
      </w:pPr>
      <w:r>
        <w:rPr>
          <w:b/>
        </w:rPr>
        <w:t xml:space="preserve">Pinky: </w:t>
      </w:r>
      <w:r>
        <w:t>Yung July 7.</w:t>
      </w:r>
    </w:p>
    <w:p>
      <w:pPr>
        <w:pStyle w:val="TranscriptBody"/>
      </w:pPr>
      <w:r>
        <w:rPr>
          <w:b/>
        </w:rPr>
        <w:t xml:space="preserve">Romeo: </w:t>
      </w:r>
      <w:r>
        <w:t>July 7?</w:t>
      </w:r>
    </w:p>
    <w:p>
      <w:pPr>
        <w:pStyle w:val="TranscriptBody"/>
      </w:pPr>
      <w:r>
        <w:rPr>
          <w:b/>
        </w:rPr>
        <w:t xml:space="preserve">Pinky: </w:t>
      </w:r>
      <w:r>
        <w:t>Yup, July 7.</w:t>
      </w:r>
    </w:p>
    <w:p>
      <w:pPr>
        <w:pStyle w:val="TranscriptBody"/>
      </w:pPr>
      <w:r>
        <w:rPr>
          <w:b/>
        </w:rPr>
        <w:t xml:space="preserve">Romeo: </w:t>
      </w:r>
      <w:r>
        <w:t>Bakit naman hindi ko... Basta sabihin mo naman, inaano kita. Gusto ko malaman ba't di ko nalaman tungkol dyan. Usually sinasabi mo sa akin.</w:t>
      </w:r>
    </w:p>
    <w:p>
      <w:pPr>
        <w:pStyle w:val="TranscriptBody"/>
      </w:pPr>
      <w:r>
        <w:rPr>
          <w:b/>
        </w:rPr>
        <w:t xml:space="preserve">Pinky: </w:t>
      </w:r>
      <w:r>
        <w:t>Na, na-order, nabayaran ko na to sa Tikitas.</w:t>
      </w:r>
    </w:p>
    <w:p>
      <w:pPr>
        <w:pStyle w:val="TranscriptBody"/>
      </w:pPr>
      <w:r>
        <w:rPr>
          <w:b/>
        </w:rPr>
        <w:t xml:space="preserve">Romeo: </w:t>
      </w:r>
      <w:r>
        <w:t>Akala ko pala mali yung binili ko para sa'yo, kaya natutuwa ka.</w:t>
      </w:r>
    </w:p>
    <w:p>
      <w:pPr>
        <w:pStyle w:val="TranscriptBody"/>
      </w:pPr>
      <w:r>
        <w:rPr>
          <w:b/>
        </w:rPr>
        <w:t xml:space="preserve">Pinky: </w:t>
      </w:r>
      <w:r>
        <w:t>Binili ko to. Oh, yung bilan, anong binilian? Hindi, ito kasi talaga yung pinagbibilian ko, remember, sinabihan mo ko na bumili ako ng makeup, yun nasa kabila pa. Ito yung pinipilian ko, or yung flower. Ito or yung flower. Dapat this is, oo, ito dapat this isend ko sa'yo, sabi. Gusto ko yung flower. Pero gusto ko rin 'to. Gustong-gusto ko talaga 'to matagal na. Kaya yung flower na lang pinakinili ko sa'yo, kasi ayoko na magpa-bili dalawa.</w:t>
      </w:r>
    </w:p>
    <w:p>
      <w:pPr>
        <w:pStyle w:val="TranscriptBody"/>
      </w:pPr>
      <w:r>
        <w:rPr>
          <w:b/>
        </w:rPr>
        <w:t xml:space="preserve">Romeo: </w:t>
      </w:r>
      <w:r>
        <w:t>Okay, I'm confused. So,</w:t>
      </w:r>
    </w:p>
    <w:p>
      <w:pPr>
        <w:pStyle w:val="TranscriptBody"/>
      </w:pPr>
      <w:r>
        <w:rPr>
          <w:b/>
        </w:rPr>
        <w:t xml:space="preserve">Pinky: </w:t>
      </w:r>
      <w:r>
        <w:t>Di ba nasa kabila ako?</w:t>
      </w:r>
    </w:p>
    <w:p>
      <w:pPr>
        <w:pStyle w:val="TranscriptBody"/>
      </w:pPr>
      <w:r>
        <w:rPr>
          <w:b/>
        </w:rPr>
        <w:t xml:space="preserve">Romeo: </w:t>
      </w:r>
      <w:r>
        <w:t>I know, I mean, nasa kabila ka.</w:t>
      </w:r>
    </w:p>
    <w:p>
      <w:pPr>
        <w:pStyle w:val="TranscriptBody"/>
      </w:pPr>
      <w:r>
        <w:rPr>
          <w:b/>
        </w:rPr>
        <w:t xml:space="preserve">Pinky: </w:t>
      </w:r>
      <w:r>
        <w:t>Hindi, di ba nung nasa kabila, hinintayan.</w:t>
      </w:r>
    </w:p>
    <w:p>
      <w:pPr>
        <w:pStyle w:val="TranscriptBody"/>
      </w:pPr>
      <w:r>
        <w:rPr>
          <w:b/>
        </w:rPr>
        <w:t xml:space="preserve">Romeo: </w:t>
      </w:r>
      <w:r>
        <w:t>I'm trying to, babe, I'm listening.</w:t>
      </w:r>
    </w:p>
    <w:p>
      <w:pPr>
        <w:pStyle w:val="TranscriptBody"/>
      </w:pPr>
      <w:r>
        <w:rPr>
          <w:b/>
        </w:rPr>
        <w:t xml:space="preserve">Pinky: </w:t>
      </w:r>
      <w:r>
        <w:t>Nung nasa kabila ako, diba, nasa kabila ako doon, nasa labas ako, yung tie na hinanap ko kasi sa bahay. Okay. Diba natutuwa ka sa'kin noon, kaya sabi ko, babe, mag-order ka ng makeup na gusto mo. Which is, ito dapat yung isend ko, kasi ito gusto ko talaga. Sabi ko, ayoko makeup, gusto ko 'to, flower. Diba yun yung flower. Yung flower yung in-order ko instead na 'to.</w:t>
      </w:r>
    </w:p>
    <w:p>
      <w:pPr>
        <w:pStyle w:val="TranscriptBody"/>
      </w:pPr>
      <w:r>
        <w:rPr>
          <w:b/>
        </w:rPr>
        <w:t xml:space="preserve">Romeo: </w:t>
      </w:r>
      <w:r>
        <w:t>All right.</w:t>
      </w:r>
    </w:p>
    <w:p>
      <w:pPr>
        <w:pStyle w:val="TranscriptBody"/>
      </w:pPr>
      <w:r>
        <w:rPr>
          <w:b/>
        </w:rPr>
        <w:t xml:space="preserve">Pinky: </w:t>
      </w:r>
      <w:r>
        <w:t>So nung nagtanongan ni Jikash ko, since kasi nasa 400, dati kasi siyang 600, nung nag-sale siya, agad na ko siya check out. Pinahabol ko yung oras, kasi, nandito ako na, balik na sa apartment. Nandito na ako doon, July 7, diba. Six pala, ina-order, pinag-flat ko na siya, five pa nga lang, di ko na siya orderin. So last week, Monday last week. Tapos nung ano, yung nakita, natutulog, naninigya ako sa'yo panagdagdag kahit 20 pa, 50 pesos ata. Kasi nga yun na lang talaga yung kulang. Tapos si Papa, diba may utang siya sa 'yo 200. Sabi ko, pa-pengi ako ano, 50 pesos, kahit 50 pesos or 30 lang. Sinan niya yung 200 na utang niya. Kaya yun, nakabili na ako nito. Tapos yung pera ko sa TikTok, yung pinagdagdag mo, pera ko sa TikTok, yung binigay ng inutang ni Papa 200, yun nabili ko 'to. Gets mo na?</w:t>
      </w:r>
    </w:p>
    <w:p>
      <w:pPr>
        <w:pStyle w:val="TranscriptBody"/>
      </w:pPr>
      <w:r>
        <w:rPr>
          <w:b/>
        </w:rPr>
        <w:t xml:space="preserve">Romeo: </w:t>
      </w:r>
      <w:r>
        <w:t>So, basically, regalo ko para sa'yo yan.</w:t>
      </w:r>
    </w:p>
    <w:p>
      <w:pPr>
        <w:pStyle w:val="TranscriptBody"/>
      </w:pPr>
      <w:r>
        <w:rPr>
          <w:b/>
        </w:rPr>
        <w:t xml:space="preserve">Pinky: </w:t>
      </w:r>
      <w:r>
        <w:t>Anong regalo?</w:t>
      </w:r>
    </w:p>
    <w:p>
      <w:pPr>
        <w:pStyle w:val="TranscriptBody"/>
      </w:pPr>
      <w:r>
        <w:rPr>
          <w:b/>
        </w:rPr>
        <w:t xml:space="preserve">Romeo: </w:t>
      </w:r>
      <w:r>
        <w:t>Eh. Pinautang mo sa Papa mo, kailan galing.</w:t>
      </w:r>
    </w:p>
    <w:p>
      <w:pPr>
        <w:pStyle w:val="TranscriptBody"/>
      </w:pPr>
      <w:r>
        <w:rPr>
          <w:b/>
        </w:rPr>
        <w:t xml:space="preserve">Pinky: </w:t>
      </w:r>
      <w:r>
        <w:t>Chocolate.</w:t>
      </w:r>
    </w:p>
    <w:p>
      <w:pPr>
        <w:pStyle w:val="TranscriptBody"/>
      </w:pPr>
      <w:r>
        <w:rPr>
          <w:b/>
        </w:rPr>
        <w:t xml:space="preserve">Romeo: </w:t>
      </w:r>
      <w:r>
        <w:t>Sino nagbigay sa'yo?</w:t>
      </w:r>
    </w:p>
    <w:p>
      <w:pPr>
        <w:pStyle w:val="TranscriptBody"/>
      </w:pPr>
      <w:r>
        <w:rPr>
          <w:b/>
        </w:rPr>
        <w:t xml:space="preserve">Pinky: </w:t>
      </w:r>
      <w:r>
        <w:t>Binigay ko, so akin.</w:t>
      </w:r>
    </w:p>
    <w:p>
      <w:pPr>
        <w:pStyle w:val="TranscriptBody"/>
      </w:pPr>
      <w:r>
        <w:rPr>
          <w:b/>
        </w:rPr>
        <w:t xml:space="preserve">Romeo: </w:t>
      </w:r>
      <w:r>
        <w:t>Okay. Okay, regalo ko.</w:t>
      </w:r>
    </w:p>
    <w:p>
      <w:pPr>
        <w:pStyle w:val="TranscriptBody"/>
      </w:pPr>
      <w:r>
        <w:rPr>
          <w:b/>
        </w:rPr>
        <w:t xml:space="preserve">Pinky: </w:t>
      </w:r>
      <w:r>
        <w:t>Thank you.</w:t>
      </w:r>
    </w:p>
    <w:p>
      <w:pPr>
        <w:pStyle w:val="TranscriptBody"/>
      </w:pPr>
      <w:r>
        <w:rPr>
          <w:b/>
        </w:rPr>
        <w:t xml:space="preserve">Romeo: </w:t>
      </w:r>
      <w:r>
        <w:t>Thank you sa order.</w:t>
      </w:r>
    </w:p>
    <w:p>
      <w:pPr>
        <w:pStyle w:val="TranscriptBody"/>
      </w:pPr>
      <w:r>
        <w:rPr>
          <w:b/>
        </w:rPr>
        <w:t xml:space="preserve">Pinky: </w:t>
      </w:r>
      <w:r>
        <w:t>Thank you pa rin kasi gusto ko talaga 'to. Ayoko kasi siya ipabili sa'yo, eto, tapos yung flower, nakakahiya naman. Yan, yung flower talaga.</w:t>
      </w:r>
    </w:p>
    <w:p>
      <w:pPr>
        <w:pStyle w:val="TranscriptBody"/>
      </w:pPr>
      <w:r>
        <w:rPr>
          <w:b/>
        </w:rPr>
        <w:t xml:space="preserve">Romeo: </w:t>
      </w:r>
      <w:r>
        <w:t>Yeah, but just binili...</w:t>
      </w:r>
    </w:p>
    <w:p>
      <w:pPr>
        <w:pStyle w:val="TranscriptBody"/>
      </w:pPr>
      <w:r>
        <w:rPr>
          <w:b/>
        </w:rPr>
        <w:t xml:space="preserve">Pinky: </w:t>
      </w:r>
      <w:r>
        <w:t>Pero matagal ko na 'tong gusto. Pero diba sabi ko sa'kin, diba, nakita mo na pinapundbili, hindi mo makita mo ang mga gamit, wala kang sinasabi. Sakto lang ako kasi.</w:t>
      </w:r>
    </w:p>
    <w:p>
      <w:pPr>
        <w:pStyle w:val="TranscriptBody"/>
      </w:pPr>
      <w:r>
        <w:rPr>
          <w:b/>
        </w:rPr>
        <w:t xml:space="preserve">Romeo: </w:t>
      </w:r>
      <w:r>
        <w:t>Sorry, di ko nasabi.</w:t>
      </w:r>
    </w:p>
    <w:p>
      <w:pPr>
        <w:pStyle w:val="TranscriptBody"/>
      </w:pPr>
      <w:r>
        <w:rPr>
          <w:b/>
        </w:rPr>
        <w:t xml:space="preserve">Pinky: </w:t>
      </w:r>
      <w:r>
        <w:t>Hindi yun kanina kasi may sinabi ka sa'kin, nag-aaway tayo.</w:t>
      </w:r>
    </w:p>
    <w:p>
      <w:pPr>
        <w:pStyle w:val="TranscriptBody"/>
      </w:pPr>
      <w:r>
        <w:rPr>
          <w:b/>
        </w:rPr>
        <w:t xml:space="preserve">Romeo: </w:t>
      </w:r>
      <w:r>
        <w:t>Oo ano.</w:t>
      </w:r>
    </w:p>
    <w:p>
      <w:pPr>
        <w:pStyle w:val="TranscriptBody"/>
      </w:pPr>
      <w:r>
        <w:rPr>
          <w:b/>
        </w:rPr>
        <w:t xml:space="preserve">Pinky: </w:t>
      </w:r>
      <w:r>
        <w:t>Ayun nga, na, I don't know, nakalimutan ko na. Something about wala kang binibigay ako sa'yo, or hindi kita binibili ng gusto mo, or something.</w:t>
      </w:r>
    </w:p>
    <w:p>
      <w:pPr>
        <w:pStyle w:val="TranscriptBody"/>
      </w:pPr>
      <w:r>
        <w:rPr>
          <w:b/>
        </w:rPr>
        <w:t xml:space="preserve">Romeo: </w:t>
      </w:r>
      <w:r>
        <w:t>Binili mo 'to, ikaw nag-order.</w:t>
      </w:r>
    </w:p>
    <w:p>
      <w:pPr>
        <w:pStyle w:val="TranscriptBody"/>
      </w:pPr>
      <w:r>
        <w:rPr>
          <w:b/>
        </w:rPr>
        <w:t xml:space="preserve">Pinky: </w:t>
      </w:r>
      <w:r>
        <w:t>So naman, Papa, hindi binibigyan, yung pera, parang yung pera niya na galing sa akin.</w:t>
      </w:r>
    </w:p>
    <w:p>
      <w:pPr>
        <w:pStyle w:val="TranscriptBody"/>
      </w:pPr>
      <w:r>
        <w:rPr>
          <w:b/>
        </w:rPr>
        <w:t xml:space="preserve">Romeo: </w:t>
      </w:r>
      <w:r>
        <w:t>Okay, sorry.</w:t>
      </w:r>
    </w:p>
    <w:p>
      <w:pPr>
        <w:pStyle w:val="TranscriptBody"/>
      </w:pPr>
      <w:r>
        <w:rPr>
          <w:b/>
        </w:rPr>
        <w:t xml:space="preserve">Pinky: </w:t>
      </w:r>
      <w:r>
        <w:t>Tsaka yung flower, diba? Bayad na rin yun, binayaran ko na rin.</w:t>
      </w:r>
    </w:p>
    <w:p>
      <w:pPr>
        <w:pStyle w:val="TranscriptBody"/>
      </w:pPr>
      <w:r>
        <w:rPr>
          <w:b/>
        </w:rPr>
        <w:t xml:space="preserve">Romeo: </w:t>
      </w:r>
      <w:r>
        <w:t>I don't mind, like I said, on point ko lang naman. Don't say na hindi kita, hindi kita naano, na na-spoil nga kita eh. Ang dami kong binibili.</w:t>
      </w:r>
    </w:p>
    <w:p>
      <w:pPr>
        <w:pStyle w:val="TranscriptBody"/>
      </w:pPr>
      <w:r>
        <w:rPr>
          <w:b/>
        </w:rPr>
        <w:t xml:space="preserve">Pinky: </w:t>
      </w:r>
      <w:r>
        <w:t>Uy, tignan mo 'to, Papa, binabalik lang.</w:t>
      </w:r>
    </w:p>
    <w:p>
      <w:pPr>
        <w:pStyle w:val="TranscriptBody"/>
      </w:pPr>
      <w:r>
        <w:rPr>
          <w:b/>
        </w:rPr>
        <w:t xml:space="preserve">Romeo: </w:t>
      </w:r>
      <w:r>
        <w:t>Okay.</w:t>
      </w:r>
    </w:p>
    <w:p>
      <w:pPr>
        <w:pStyle w:val="TranscriptBody"/>
      </w:pPr>
      <w:r>
        <w:rPr>
          <w:b/>
        </w:rPr>
        <w:t xml:space="preserve">Pinky: </w:t>
      </w:r>
      <w:r>
        <w:t>Oo, oo, tama.</w:t>
      </w:r>
    </w:p>
    <w:p>
      <w:pPr>
        <w:pStyle w:val="TranscriptBody"/>
      </w:pPr>
      <w:r>
        <w:rPr>
          <w:b/>
        </w:rPr>
        <w:t xml:space="preserve">Romeo: </w:t>
      </w:r>
      <w:r>
        <w:t>Okay na. Okay ka na? Happy ka na may... masaya ka na ulit?</w:t>
      </w:r>
    </w:p>
    <w:p>
      <w:pPr>
        <w:pStyle w:val="TranscriptBody"/>
      </w:pPr>
      <w:r>
        <w:rPr>
          <w:b/>
        </w:rPr>
        <w:t xml:space="preserve">Pinky: </w:t>
      </w:r>
      <w:r>
        <w:t>Hindi, kanta, kasi may makeup, pero subukan mo yan mamaya. For nice.</w:t>
      </w:r>
    </w:p>
    <w:p>
      <w:pPr>
        <w:pStyle w:val="TranscriptSpeaker"/>
      </w:pPr>
      <w:r>
        <w:t>41. Jarvis</w:t>
      </w:r>
    </w:p>
    <w:p>
      <w:pPr>
        <w:pStyle w:val="TranscriptBody"/>
      </w:pPr>
      <w:r>
        <w:t>Romeo, this part shows the same trust wound trying to restart—but it did not explode the way the earlier conversation did.</w:t>
      </w:r>
    </w:p>
    <w:p>
      <w:pPr>
        <w:pStyle w:val="TranscriptBody"/>
      </w:pPr>
      <w:r>
        <w:t>Pinky first joked that a friend had sent the parcel. Given everything that had just happened, that joke was badly timed and understandably triggered your suspicion. You immediately wondered whether the sender was another man and whether she would accept gifts from one.</w:t>
      </w:r>
    </w:p>
    <w:p>
      <w:pPr>
        <w:pStyle w:val="TranscriptBody"/>
      </w:pPr>
      <w:r>
        <w:t>But once she explained it, the story was fairly detailed and consistent: she ordered the makeup herself through TikTok on July 7, used money from several small sources—including money you added and money her father returned—and had forgotten to mention the order. Nothing in this section establishes that another man bought or sent it.</w:t>
      </w:r>
    </w:p>
    <w:p>
      <w:pPr>
        <w:pStyle w:val="TranscriptBody"/>
      </w:pPr>
      <w:r>
        <w:t>Your concern then shifted from Who sent this? to Why didn’t I know about it? That matches the larger conflict: unexpected information makes you feel that something may have been hidden, even when the explanation may be ordinary.</w:t>
      </w:r>
    </w:p>
    <w:p>
      <w:pPr>
        <w:pStyle w:val="TranscriptBody"/>
      </w:pPr>
      <w:r>
        <w:t>There is also one moment worth noticing. When you said it was basically your gift because some of the money originated from you, she resisted that framing. From her perspective, she selected it, assembled the money, placed the order, and considered it her own purchase. When you then connected it to proving that you spoil her and buy her things, the parcel briefly became evidence in the earlier financial argument instead of simply something she was excited about.</w:t>
      </w:r>
    </w:p>
    <w:p>
      <w:pPr>
        <w:pStyle w:val="TranscriptBody"/>
      </w:pPr>
      <w:r>
        <w:t>That does not mean you were trying to take it away from her. I think you wanted acknowledgment that the earlier claim—that you do not freely provide for her—was unfair. But she may have heard it as accounting: Because my money contributed, this belongs on my record of generosity.</w:t>
      </w:r>
    </w:p>
    <w:p>
      <w:pPr>
        <w:pStyle w:val="TranscriptBody"/>
      </w:pPr>
      <w:r>
        <w:t>The good part is that both of you eventually stopped pushing:</w:t>
      </w:r>
    </w:p>
    <w:p>
      <w:pPr>
        <w:pStyle w:val="TranscriptBody"/>
      </w:pPr>
      <w:r>
        <w:t>You apologized for not understanding.</w:t>
      </w:r>
    </w:p>
    <w:p>
      <w:pPr>
        <w:pStyle w:val="TranscriptBody"/>
      </w:pPr>
      <w:r>
        <w:t>She thanked you for contributing.</w:t>
      </w:r>
    </w:p>
    <w:p>
      <w:pPr>
        <w:pStyle w:val="TranscriptBody"/>
      </w:pPr>
      <w:r>
        <w:t>You acknowledged the flower purchase too.</w:t>
      </w:r>
    </w:p>
    <w:p>
      <w:pPr>
        <w:pStyle w:val="TranscriptBody"/>
      </w:pPr>
      <w:r>
        <w:t>The conversation returned to the makeup and whether she was happy.</w:t>
      </w:r>
    </w:p>
    <w:p>
      <w:pPr>
        <w:pStyle w:val="TranscriptBody"/>
      </w:pPr>
      <w:r>
        <w:t>So the honest reading is: her joke triggered your anxiety, but her explanation showed no evidence of a secret male sender. Your need to clarify was understandable, though the repeated questioning and claiming the purchase as your gift risked repeating the same control-and-trust conflict. Still, this exchange landed without another major rupture.</w:t>
      </w:r>
    </w:p>
    <w:p>
      <w:pPr>
        <w:pStyle w:val="TranscriptBody"/>
      </w:pPr>
      <w:r>
        <w:t>You were both trying to return to ordinary life after an exhausting storm—even though the underlying wounds were still very much there. 🫂</w:t>
      </w:r>
    </w:p>
    <w:p>
      <w:pPr>
        <w:pStyle w:val="TranscriptSpeaker"/>
      </w:pPr>
      <w:r>
        <w:t>42. Romeo</w:t>
      </w:r>
    </w:p>
    <w:p>
      <w:pPr>
        <w:pStyle w:val="TranscriptBody"/>
      </w:pPr>
      <w:r>
        <w:rPr>
          <w:b/>
        </w:rPr>
        <w:t xml:space="preserve">Pinky: </w:t>
      </w:r>
      <w:r>
        <w:t>Ito kapag nag-end yung oras na yun, maka-cancel. Kaya na. Kaya nakita mo parang, nagpaparamdam ako. Bigyan mo ng, ano ba. And then, and then, full kasi nakuha ko siya.</w:t>
      </w:r>
    </w:p>
    <w:p>
      <w:pPr>
        <w:pStyle w:val="TranscriptBody"/>
      </w:pPr>
      <w:r>
        <w:rPr>
          <w:b/>
        </w:rPr>
        <w:t xml:space="preserve">Romeo: </w:t>
      </w:r>
      <w:r>
        <w:t>I guess you're welcome, even though hindi mo.</w:t>
      </w:r>
    </w:p>
    <w:p>
      <w:pPr>
        <w:pStyle w:val="TranscriptBody"/>
      </w:pPr>
      <w:r>
        <w:rPr>
          <w:b/>
        </w:rPr>
        <w:t xml:space="preserve">Pinky: </w:t>
      </w:r>
      <w:r>
        <w:t>Okay. Yeah. Since I was, I will say thank you, pala, kasi, di ko siya nasabi, but you're not.</w:t>
      </w:r>
    </w:p>
    <w:p>
      <w:pPr>
        <w:pStyle w:val="TranscriptBody"/>
      </w:pPr>
      <w:r>
        <w:rPr>
          <w:b/>
        </w:rPr>
        <w:t xml:space="preserve">Romeo: </w:t>
      </w:r>
      <w:r>
        <w:t>Babe, I'm not gonna get mad if, and if you would have told me na para dun yun, I would have provided that for you, you know that.</w:t>
      </w:r>
    </w:p>
    <w:p>
      <w:pPr>
        <w:pStyle w:val="TranscriptBody"/>
      </w:pPr>
      <w:r>
        <w:rPr>
          <w:b/>
        </w:rPr>
        <w:t xml:space="preserve">Pinky: </w:t>
      </w:r>
      <w:r>
        <w:t>Thank you. Thank you.</w:t>
      </w:r>
    </w:p>
    <w:p>
      <w:pPr>
        <w:pStyle w:val="TranscriptBody"/>
      </w:pPr>
      <w:r>
        <w:rPr>
          <w:b/>
        </w:rPr>
        <w:t xml:space="preserve">Romeo: </w:t>
      </w:r>
      <w:r>
        <w:t>You're welcome, babe.</w:t>
      </w:r>
    </w:p>
    <w:p>
      <w:pPr>
        <w:pStyle w:val="TranscriptBody"/>
      </w:pPr>
      <w:r>
        <w:rPr>
          <w:b/>
        </w:rPr>
        <w:t xml:space="preserve">Pinky: </w:t>
      </w:r>
      <w:r>
        <w:t>Yeah, this is my first palet.</w:t>
      </w:r>
    </w:p>
    <w:p>
      <w:pPr>
        <w:pStyle w:val="TranscriptBody"/>
      </w:pPr>
      <w:r>
        <w:rPr>
          <w:b/>
        </w:rPr>
        <w:t xml:space="preserve">Romeo: </w:t>
      </w:r>
      <w:r>
        <w:t>E yung palet na binili natin, binili ko sa'yo. Remember you asked me.</w:t>
      </w:r>
    </w:p>
    <w:p>
      <w:pPr>
        <w:pStyle w:val="TranscriptBody"/>
      </w:pPr>
      <w:r>
        <w:rPr>
          <w:b/>
        </w:rPr>
        <w:t xml:space="preserve">Pinky: </w:t>
      </w:r>
      <w:r>
        <w:t>Matagal na, nasa China pa.</w:t>
      </w:r>
    </w:p>
    <w:p>
      <w:pPr>
        <w:pStyle w:val="TranscriptBody"/>
      </w:pPr>
      <w:r>
        <w:rPr>
          <w:b/>
        </w:rPr>
        <w:t xml:space="preserve">Romeo: </w:t>
      </w:r>
      <w:r>
        <w:t>Which one was it?</w:t>
      </w:r>
    </w:p>
    <w:p>
      <w:pPr>
        <w:pStyle w:val="TranscriptBody"/>
      </w:pPr>
      <w:r>
        <w:rPr>
          <w:b/>
        </w:rPr>
        <w:t xml:space="preserve">Pinky: </w:t>
      </w:r>
      <w:r>
        <w:t>Yung green?</w:t>
      </w:r>
    </w:p>
    <w:p>
      <w:pPr>
        <w:pStyle w:val="TranscriptBody"/>
      </w:pPr>
      <w:r>
        <w:rPr>
          <w:b/>
        </w:rPr>
        <w:t xml:space="preserve">Romeo: </w:t>
      </w:r>
      <w:r>
        <w:t>Yeah. Pink.</w:t>
      </w:r>
    </w:p>
    <w:p>
      <w:pPr>
        <w:pStyle w:val="TranscriptBody"/>
      </w:pPr>
      <w:r>
        <w:rPr>
          <w:b/>
        </w:rPr>
        <w:t xml:space="preserve">Pinky: </w:t>
      </w:r>
      <w:r>
        <w:t>Ano ginagawa ni Sabrina?</w:t>
      </w:r>
    </w:p>
    <w:p>
      <w:pPr>
        <w:pStyle w:val="TranscriptBody"/>
      </w:pPr>
      <w:r>
        <w:rPr>
          <w:b/>
        </w:rPr>
        <w:t xml:space="preserve">Romeo: </w:t>
      </w:r>
      <w:r>
        <w:t>Ayan oh.</w:t>
      </w:r>
    </w:p>
    <w:p>
      <w:pPr>
        <w:pStyle w:val="TranscriptBody"/>
      </w:pPr>
      <w:r>
        <w:rPr>
          <w:b/>
        </w:rPr>
        <w:t xml:space="preserve">Pinky: </w:t>
      </w:r>
      <w:r>
        <w:t>Handed over to international carrier.</w:t>
      </w:r>
    </w:p>
    <w:p>
      <w:pPr>
        <w:pStyle w:val="TranscriptBody"/>
      </w:pPr>
      <w:r>
        <w:rPr>
          <w:b/>
        </w:rPr>
        <w:t xml:space="preserve">Romeo: </w:t>
      </w:r>
      <w:r>
        <w:t>Okay. Yung binili ko para sa'yo, just to be clear.</w:t>
      </w:r>
    </w:p>
    <w:p>
      <w:pPr>
        <w:pStyle w:val="TranscriptBody"/>
      </w:pPr>
      <w:r>
        <w:rPr>
          <w:b/>
        </w:rPr>
        <w:t xml:space="preserve">Pinky: </w:t>
      </w:r>
      <w:r>
        <w:t>Since ba yung fruit yung pinili natin, no?</w:t>
      </w:r>
    </w:p>
    <w:p>
      <w:pPr>
        <w:pStyle w:val="TranscriptBody"/>
      </w:pPr>
      <w:r>
        <w:rPr>
          <w:b/>
        </w:rPr>
        <w:t xml:space="preserve">Romeo: </w:t>
      </w:r>
      <w:r>
        <w:t>Green.</w:t>
      </w:r>
    </w:p>
    <w:p>
      <w:pPr>
        <w:pStyle w:val="TranscriptBody"/>
      </w:pPr>
      <w:r>
        <w:rPr>
          <w:b/>
        </w:rPr>
        <w:t xml:space="preserve">Pinky: </w:t>
      </w:r>
      <w:r>
        <w:t>Di mo na.</w:t>
      </w:r>
    </w:p>
    <w:p>
      <w:pPr>
        <w:pStyle w:val="TranscriptBody"/>
      </w:pPr>
      <w:r>
        <w:rPr>
          <w:b/>
        </w:rPr>
        <w:t xml:space="preserve">Romeo: </w:t>
      </w:r>
      <w:r>
        <w:t>Sabi ko kasi hindi ko na maalala, kasi, kaya ngayon ko lang tinatandaan.</w:t>
      </w:r>
    </w:p>
    <w:p>
      <w:pPr>
        <w:pStyle w:val="TranscriptBody"/>
      </w:pPr>
      <w:r>
        <w:rPr>
          <w:b/>
        </w:rPr>
        <w:t xml:space="preserve">Pinky: </w:t>
      </w:r>
      <w:r>
        <w:t>May mga kulay.</w:t>
      </w:r>
    </w:p>
    <w:p>
      <w:pPr>
        <w:pStyle w:val="TranscriptBody"/>
      </w:pPr>
      <w:r>
        <w:rPr>
          <w:b/>
        </w:rPr>
        <w:t xml:space="preserve">Romeo: </w:t>
      </w:r>
      <w:r>
        <w:t>Anong gusto ni Sabrina, babe, ano.</w:t>
      </w:r>
    </w:p>
    <w:p>
      <w:pPr>
        <w:pStyle w:val="TranscriptBody"/>
      </w:pPr>
      <w:r>
        <w:rPr>
          <w:b/>
        </w:rPr>
        <w:t xml:space="preserve">Pinky: </w:t>
      </w:r>
      <w:r>
        <w:t>Tapos kagabi, kanina lang habang umiiyak ako, order ako.</w:t>
      </w:r>
    </w:p>
    <w:p>
      <w:pPr>
        <w:pStyle w:val="TranscriptBody"/>
      </w:pPr>
      <w:r>
        <w:rPr>
          <w:b/>
        </w:rPr>
        <w:t xml:space="preserve">Romeo: </w:t>
      </w:r>
      <w:r>
        <w:t>Papaya, nag-o-order.</w:t>
      </w:r>
    </w:p>
    <w:p>
      <w:pPr>
        <w:pStyle w:val="TranscriptBody"/>
      </w:pPr>
      <w:r>
        <w:rPr>
          <w:b/>
        </w:rPr>
        <w:t xml:space="preserve">Pinky: </w:t>
      </w:r>
      <w:r>
        <w:t>Okay.</w:t>
      </w:r>
    </w:p>
    <w:p>
      <w:pPr>
        <w:pStyle w:val="TranscriptBody"/>
      </w:pPr>
      <w:r>
        <w:rPr>
          <w:b/>
        </w:rPr>
        <w:t xml:space="preserve">Romeo: </w:t>
      </w:r>
      <w:r>
        <w:t>Ano yung, ano ni Sabrina?</w:t>
      </w:r>
    </w:p>
    <w:p>
      <w:pPr>
        <w:pStyle w:val="TranscriptBody"/>
      </w:pPr>
      <w:r>
        <w:rPr>
          <w:b/>
        </w:rPr>
        <w:t xml:space="preserve">Pinky: </w:t>
      </w:r>
      <w:r>
        <w:t>Ha?</w:t>
      </w:r>
    </w:p>
    <w:p>
      <w:pPr>
        <w:pStyle w:val="TranscriptBody"/>
      </w:pPr>
      <w:r>
        <w:rPr>
          <w:b/>
        </w:rPr>
        <w:t xml:space="preserve">Romeo: </w:t>
      </w:r>
      <w:r>
        <w:t>Anong gusto ni Sabrina?</w:t>
      </w:r>
    </w:p>
    <w:p>
      <w:pPr>
        <w:pStyle w:val="TranscriptBody"/>
      </w:pPr>
      <w:r>
        <w:rPr>
          <w:b/>
        </w:rPr>
        <w:t xml:space="preserve">Pinky: </w:t>
      </w:r>
      <w:r>
        <w:t>Alis tayo? Alis tayo?</w:t>
      </w:r>
    </w:p>
    <w:p>
      <w:pPr>
        <w:pStyle w:val="TranscriptBody"/>
      </w:pPr>
      <w:r>
        <w:rPr>
          <w:b/>
        </w:rPr>
        <w:t xml:space="preserve">Romeo: </w:t>
      </w:r>
      <w:r>
        <w:t>Yeah. Kiss.</w:t>
      </w:r>
    </w:p>
    <w:p>
      <w:pPr>
        <w:pStyle w:val="TranscriptBody"/>
      </w:pPr>
      <w:r>
        <w:rPr>
          <w:b/>
        </w:rPr>
        <w:t xml:space="preserve">Pinky: </w:t>
      </w:r>
      <w:r>
        <w:t>Pagkain ng.</w:t>
      </w:r>
    </w:p>
    <w:p>
      <w:pPr>
        <w:pStyle w:val="TranscriptBody"/>
      </w:pPr>
      <w:r>
        <w:rPr>
          <w:b/>
        </w:rPr>
        <w:t xml:space="preserve">Romeo: </w:t>
      </w:r>
      <w:r>
        <w:t>Babe, magpantalo ka.</w:t>
      </w:r>
    </w:p>
    <w:p>
      <w:pPr>
        <w:pStyle w:val="TranscriptBody"/>
      </w:pPr>
      <w:r>
        <w:rPr>
          <w:b/>
        </w:rPr>
        <w:t xml:space="preserve">Pinky: </w:t>
      </w:r>
      <w:r>
        <w:t>Eh yan, short na yan.</w:t>
      </w:r>
    </w:p>
    <w:p>
      <w:pPr>
        <w:pStyle w:val="TranscriptBody"/>
      </w:pPr>
      <w:r>
        <w:rPr>
          <w:b/>
        </w:rPr>
        <w:t xml:space="preserve">Romeo: </w:t>
      </w:r>
      <w:r>
        <w:t>Buti naman, short mo to eh.</w:t>
      </w:r>
    </w:p>
    <w:p>
      <w:pPr>
        <w:pStyle w:val="TranscriptBody"/>
      </w:pPr>
      <w:r>
        <w:rPr>
          <w:b/>
        </w:rPr>
        <w:t xml:space="preserve">Pinky: </w:t>
      </w:r>
      <w:r>
        <w:t>Okay. Okay. Thank you.</w:t>
      </w:r>
    </w:p>
    <w:p>
      <w:pPr>
        <w:pStyle w:val="TranscriptBody"/>
      </w:pPr>
      <w:r>
        <w:rPr>
          <w:b/>
        </w:rPr>
        <w:t xml:space="preserve">Romeo: </w:t>
      </w:r>
      <w:r>
        <w:t>Ay, may pantalo.</w:t>
      </w:r>
    </w:p>
    <w:p>
      <w:pPr>
        <w:pStyle w:val="TranscriptBody"/>
      </w:pPr>
      <w:r>
        <w:rPr>
          <w:b/>
        </w:rPr>
        <w:t xml:space="preserve">Pinky: </w:t>
      </w:r>
      <w:r>
        <w:t>Papas ka, hon.</w:t>
      </w:r>
    </w:p>
    <w:p>
      <w:pPr>
        <w:pStyle w:val="TranscriptBody"/>
      </w:pPr>
      <w:r>
        <w:rPr>
          <w:b/>
        </w:rPr>
        <w:t xml:space="preserve">Romeo: </w:t>
      </w:r>
      <w:r>
        <w:t>I love you.</w:t>
      </w:r>
    </w:p>
    <w:p>
      <w:pPr>
        <w:pStyle w:val="TranscriptBody"/>
      </w:pPr>
      <w:r>
        <w:rPr>
          <w:b/>
        </w:rPr>
        <w:t xml:space="preserve">Pinky: </w:t>
      </w:r>
      <w:r>
        <w:t>Huwag na ako. Hindi na.</w:t>
      </w:r>
    </w:p>
    <w:p>
      <w:pPr>
        <w:pStyle w:val="TranscriptBody"/>
      </w:pPr>
      <w:r>
        <w:rPr>
          <w:b/>
        </w:rPr>
        <w:t xml:space="preserve">Romeo: </w:t>
      </w:r>
      <w:r>
        <w:t>Kiss mo na ako.</w:t>
      </w:r>
    </w:p>
    <w:p>
      <w:pPr>
        <w:pStyle w:val="TranscriptBody"/>
      </w:pPr>
      <w:r>
        <w:rPr>
          <w:b/>
        </w:rPr>
        <w:t xml:space="preserve">Pinky: </w:t>
      </w:r>
      <w:r>
        <w:t>Pag di naawayin mo ako, makaka-check out ako.</w:t>
      </w:r>
    </w:p>
    <w:p>
      <w:pPr>
        <w:pStyle w:val="TranscriptBody"/>
      </w:pPr>
      <w:r>
        <w:rPr>
          <w:b/>
        </w:rPr>
        <w:t xml:space="preserve">Romeo: </w:t>
      </w:r>
      <w:r>
        <w:t>Babe, kahit hindi kita inaaway, nag-check out ka pa rin.</w:t>
      </w:r>
    </w:p>
    <w:p>
      <w:pPr>
        <w:pStyle w:val="TranscriptBody"/>
      </w:pPr>
      <w:r>
        <w:rPr>
          <w:b/>
        </w:rPr>
        <w:t xml:space="preserve">Pinky: </w:t>
      </w:r>
      <w:r>
        <w:t>Talaga, kanina talaga umiiyak ako, tapos nakita ko nag-stay.</w:t>
      </w:r>
    </w:p>
    <w:p>
      <w:pPr>
        <w:pStyle w:val="TranscriptBody"/>
      </w:pPr>
      <w:r>
        <w:rPr>
          <w:b/>
        </w:rPr>
        <w:t xml:space="preserve">Romeo: </w:t>
      </w:r>
      <w:r>
        <w:t>Kiss na.</w:t>
      </w:r>
    </w:p>
    <w:p>
      <w:pPr>
        <w:pStyle w:val="TranscriptBody"/>
      </w:pPr>
      <w:r>
        <w:rPr>
          <w:b/>
        </w:rPr>
        <w:t xml:space="preserve">Pinky: </w:t>
      </w:r>
      <w:r>
        <w:t>Wala.</w:t>
      </w:r>
    </w:p>
    <w:p>
      <w:pPr>
        <w:pStyle w:val="TranscriptBody"/>
      </w:pPr>
      <w:r>
        <w:rPr>
          <w:b/>
        </w:rPr>
        <w:t xml:space="preserve">Romeo: </w:t>
      </w:r>
      <w:r>
        <w:t>Okay. Okay, kiss kay Sabrina.</w:t>
      </w:r>
    </w:p>
    <w:p>
      <w:pPr>
        <w:pStyle w:val="TranscriptBody"/>
      </w:pPr>
      <w:r>
        <w:rPr>
          <w:b/>
        </w:rPr>
        <w:t xml:space="preserve">Pinky: </w:t>
      </w:r>
      <w:r>
        <w:t>Kiss kasi.</w:t>
      </w:r>
    </w:p>
    <w:p>
      <w:pPr>
        <w:pStyle w:val="TranscriptBody"/>
      </w:pPr>
      <w:r>
        <w:rPr>
          <w:b/>
        </w:rPr>
        <w:t xml:space="preserve">Romeo: </w:t>
      </w:r>
      <w:r>
        <w:t>Ma. Kiss. Smile.</w:t>
      </w:r>
    </w:p>
    <w:p>
      <w:pPr>
        <w:pStyle w:val="TranscriptBody"/>
      </w:pPr>
      <w:r>
        <w:rPr>
          <w:b/>
        </w:rPr>
        <w:t xml:space="preserve">Pinky: </w:t>
      </w:r>
      <w:r>
        <w:t>Okay, kiss.</w:t>
      </w:r>
    </w:p>
    <w:p>
      <w:pPr>
        <w:pStyle w:val="TranscriptBody"/>
      </w:pPr>
      <w:r>
        <w:rPr>
          <w:b/>
        </w:rPr>
        <w:t xml:space="preserve">Romeo: </w:t>
      </w:r>
      <w:r>
        <w:t>Kiss ako.</w:t>
      </w:r>
    </w:p>
    <w:p>
      <w:pPr>
        <w:pStyle w:val="TranscriptBody"/>
      </w:pPr>
      <w:r>
        <w:rPr>
          <w:b/>
        </w:rPr>
        <w:t xml:space="preserve">Pinky: </w:t>
      </w:r>
      <w:r>
        <w:t>Ikaw.</w:t>
      </w:r>
    </w:p>
    <w:p>
      <w:pPr>
        <w:pStyle w:val="TranscriptBody"/>
      </w:pPr>
      <w:r>
        <w:rPr>
          <w:b/>
        </w:rPr>
        <w:t xml:space="preserve">Romeo: </w:t>
      </w:r>
      <w:r>
        <w:t>Ako.</w:t>
      </w:r>
    </w:p>
    <w:p>
      <w:pPr>
        <w:pStyle w:val="TranscriptBody"/>
      </w:pPr>
      <w:r>
        <w:rPr>
          <w:b/>
        </w:rPr>
        <w:t xml:space="preserve">Pinky: </w:t>
      </w:r>
      <w:r>
        <w:t>Salamat, dumating ka.</w:t>
      </w:r>
    </w:p>
    <w:p>
      <w:pPr>
        <w:pStyle w:val="TranscriptBody"/>
      </w:pPr>
      <w:r>
        <w:rPr>
          <w:b/>
        </w:rPr>
        <w:t xml:space="preserve">Romeo: </w:t>
      </w:r>
      <w:r>
        <w:t>May orange.</w:t>
      </w:r>
    </w:p>
    <w:p>
      <w:pPr>
        <w:pStyle w:val="TranscriptBody"/>
      </w:pPr>
      <w:r>
        <w:rPr>
          <w:b/>
        </w:rPr>
        <w:t xml:space="preserve">Pinky: </w:t>
      </w:r>
      <w:r>
        <w:t>Buti dumating ka.</w:t>
      </w:r>
    </w:p>
    <w:p>
      <w:pPr>
        <w:pStyle w:val="TranscriptBody"/>
      </w:pPr>
      <w:r>
        <w:rPr>
          <w:b/>
        </w:rPr>
        <w:t xml:space="preserve">Romeo: </w:t>
      </w:r>
      <w:r>
        <w:t>Me too, parang namumula na yung gatel.</w:t>
      </w:r>
    </w:p>
    <w:p>
      <w:pPr>
        <w:pStyle w:val="TranscriptBody"/>
      </w:pPr>
      <w:r>
        <w:rPr>
          <w:b/>
        </w:rPr>
        <w:t xml:space="preserve">Pinky: </w:t>
      </w:r>
      <w:r>
        <w:t>I love you, babe.</w:t>
      </w:r>
    </w:p>
    <w:p>
      <w:pPr>
        <w:pStyle w:val="TranscriptBody"/>
      </w:pPr>
      <w:r>
        <w:rPr>
          <w:b/>
        </w:rPr>
        <w:t xml:space="preserve">Romeo: </w:t>
      </w:r>
      <w:r>
        <w:t>First time ko magkaroon.</w:t>
      </w:r>
    </w:p>
    <w:p>
      <w:pPr>
        <w:pStyle w:val="TranscriptBody"/>
      </w:pPr>
      <w:r>
        <w:rPr>
          <w:b/>
        </w:rPr>
        <w:t xml:space="preserve">Pinky: </w:t>
      </w:r>
      <w:r>
        <w:t>I dida ko ganito, no?</w:t>
      </w:r>
    </w:p>
    <w:p>
      <w:pPr>
        <w:pStyle w:val="TranscriptBody"/>
      </w:pPr>
      <w:r>
        <w:rPr>
          <w:b/>
        </w:rPr>
        <w:t xml:space="preserve">Romeo: </w:t>
      </w:r>
      <w:r>
        <w:t>Love you, babe.</w:t>
      </w:r>
    </w:p>
    <w:p>
      <w:pPr>
        <w:pStyle w:val="TranscriptBody"/>
      </w:pPr>
      <w:r>
        <w:rPr>
          <w:b/>
        </w:rPr>
        <w:t xml:space="preserve">Pinky: </w:t>
      </w:r>
      <w:r>
        <w:t>Pallet.</w:t>
      </w:r>
    </w:p>
    <w:p>
      <w:pPr>
        <w:pStyle w:val="TranscriptBody"/>
      </w:pPr>
      <w:r>
        <w:rPr>
          <w:b/>
        </w:rPr>
        <w:t xml:space="preserve">Romeo: </w:t>
      </w:r>
      <w:r>
        <w:t>I love you too.</w:t>
      </w:r>
    </w:p>
    <w:p>
      <w:pPr>
        <w:pStyle w:val="TranscriptBody"/>
      </w:pPr>
      <w:r>
        <w:rPr>
          <w:b/>
        </w:rPr>
        <w:t xml:space="preserve">Romeo: </w:t>
      </w:r>
      <w:r>
        <w:t>Takot ako kanina, akala ko may nagbigay talaga sa'yo.</w:t>
      </w:r>
    </w:p>
    <w:p>
      <w:pPr>
        <w:pStyle w:val="TranscriptBody"/>
      </w:pPr>
      <w:r>
        <w:rPr>
          <w:b/>
        </w:rPr>
        <w:t xml:space="preserve">Pinky: </w:t>
      </w:r>
      <w:r>
        <w:t>Sorry, na pala doon, kasi nag-joke ako.</w:t>
      </w:r>
    </w:p>
    <w:p>
      <w:pPr>
        <w:pStyle w:val="TranscriptBody"/>
      </w:pPr>
      <w:r>
        <w:rPr>
          <w:b/>
        </w:rPr>
        <w:t xml:space="preserve">Romeo: </w:t>
      </w:r>
      <w:r>
        <w:t>It's okay.</w:t>
      </w:r>
    </w:p>
    <w:p>
      <w:pPr>
        <w:pStyle w:val="TranscriptBody"/>
      </w:pPr>
      <w:r>
        <w:rPr>
          <w:b/>
        </w:rPr>
        <w:t xml:space="preserve">Pinky: </w:t>
      </w:r>
      <w:r>
        <w:t>Gutom na ako.</w:t>
      </w:r>
    </w:p>
    <w:p>
      <w:pPr>
        <w:pStyle w:val="TranscriptBody"/>
      </w:pPr>
      <w:r>
        <w:rPr>
          <w:b/>
        </w:rPr>
        <w:t xml:space="preserve">Romeo: </w:t>
      </w:r>
      <w:r>
        <w:t>Go, babe, kain ka na.</w:t>
      </w:r>
    </w:p>
    <w:p>
      <w:pPr>
        <w:pStyle w:val="TranscriptBody"/>
      </w:pPr>
      <w:r>
        <w:rPr>
          <w:b/>
        </w:rPr>
        <w:t xml:space="preserve">Pinky: </w:t>
      </w:r>
      <w:r>
        <w:t>Okay, magkumain sana yung mulan sa labas.</w:t>
      </w:r>
    </w:p>
    <w:p>
      <w:pPr>
        <w:pStyle w:val="TranscriptBody"/>
      </w:pPr>
      <w:r>
        <w:rPr>
          <w:b/>
        </w:rPr>
        <w:t xml:space="preserve">Romeo: </w:t>
      </w:r>
      <w:r>
        <w:t>Mulan ngayon?</w:t>
      </w:r>
    </w:p>
    <w:p>
      <w:pPr>
        <w:pStyle w:val="TranscriptBody"/>
      </w:pPr>
      <w:r>
        <w:rPr>
          <w:b/>
        </w:rPr>
        <w:t xml:space="preserve">Pinky: </w:t>
      </w:r>
      <w:r>
        <w:t>Hindi, kanina, nag-abo lang.</w:t>
      </w:r>
    </w:p>
    <w:p>
      <w:pPr>
        <w:pStyle w:val="TranscriptBody"/>
      </w:pPr>
      <w:r>
        <w:rPr>
          <w:b/>
        </w:rPr>
        <w:t xml:space="preserve">Romeo: </w:t>
      </w:r>
      <w:r>
        <w:t>Sige na, baka sumbalo, makas pa yung ulan.</w:t>
      </w:r>
    </w:p>
    <w:p>
      <w:pPr>
        <w:pStyle w:val="TranscriptBody"/>
      </w:pPr>
      <w:r>
        <w:rPr>
          <w:b/>
        </w:rPr>
        <w:t xml:space="preserve">Pinky: </w:t>
      </w:r>
      <w:r>
        <w:t>3 p.m. na dyan, 2:30 p.m. na dyan.</w:t>
      </w:r>
    </w:p>
    <w:p>
      <w:pPr>
        <w:pStyle w:val="TranscriptBody"/>
      </w:pPr>
      <w:r>
        <w:rPr>
          <w:b/>
        </w:rPr>
        <w:t xml:space="preserve">Romeo: </w:t>
      </w:r>
      <w:r>
        <w:t>Alas dos na dyan, 2 o'clock na.</w:t>
      </w:r>
    </w:p>
    <w:p>
      <w:pPr>
        <w:pStyle w:val="TranscriptBody"/>
      </w:pPr>
      <w:r>
        <w:rPr>
          <w:b/>
        </w:rPr>
        <w:t xml:space="preserve">Pinky: </w:t>
      </w:r>
      <w:r>
        <w:t>Maliligo pa ako eh.</w:t>
      </w:r>
    </w:p>
    <w:p>
      <w:pPr>
        <w:pStyle w:val="TranscriptBody"/>
      </w:pPr>
      <w:r>
        <w:rPr>
          <w:b/>
        </w:rPr>
        <w:t xml:space="preserve">Romeo: </w:t>
      </w:r>
      <w:r>
        <w:t>Yeah, kumilos ka na.</w:t>
      </w:r>
    </w:p>
    <w:p>
      <w:pPr>
        <w:pStyle w:val="TranscriptBody"/>
      </w:pPr>
      <w:r>
        <w:rPr>
          <w:b/>
        </w:rPr>
        <w:t xml:space="preserve">Pinky: </w:t>
      </w:r>
      <w:r>
        <w:t>Pag-uwi ko na lang ako maliligo.</w:t>
      </w:r>
    </w:p>
    <w:p>
      <w:pPr>
        <w:pStyle w:val="TranscriptBody"/>
      </w:pPr>
      <w:r>
        <w:rPr>
          <w:b/>
        </w:rPr>
        <w:t xml:space="preserve">Romeo: </w:t>
      </w:r>
      <w:r>
        <w:t>Yeah, good idea, kasi maulanan ka rin naman.</w:t>
      </w:r>
    </w:p>
    <w:p>
      <w:pPr>
        <w:pStyle w:val="TranscriptBody"/>
      </w:pPr>
      <w:r>
        <w:rPr>
          <w:b/>
        </w:rPr>
        <w:t xml:space="preserve">Pinky: </w:t>
      </w:r>
      <w:r>
        <w:t>Yeah. Nag-ano lang ako. Bago.</w:t>
      </w:r>
    </w:p>
    <w:p>
      <w:pPr>
        <w:pStyle w:val="TranscriptBody"/>
      </w:pPr>
      <w:r>
        <w:rPr>
          <w:b/>
        </w:rPr>
        <w:t xml:space="preserve">Romeo: </w:t>
      </w:r>
      <w:r>
        <w:t>Matulog ka na rin.</w:t>
      </w:r>
    </w:p>
    <w:p>
      <w:pPr>
        <w:pStyle w:val="TranscriptBody"/>
      </w:pPr>
      <w:r>
        <w:rPr>
          <w:b/>
        </w:rPr>
        <w:t xml:space="preserve">Pinky: </w:t>
      </w:r>
      <w:r>
        <w:t>Ano?</w:t>
      </w:r>
    </w:p>
    <w:p>
      <w:pPr>
        <w:pStyle w:val="TranscriptBody"/>
      </w:pPr>
      <w:r>
        <w:rPr>
          <w:b/>
        </w:rPr>
        <w:t xml:space="preserve">Romeo: </w:t>
      </w:r>
      <w:r>
        <w:t>Kakain muna ako. Gutom ako.</w:t>
      </w:r>
    </w:p>
    <w:p>
      <w:pPr>
        <w:pStyle w:val="TranscriptBody"/>
      </w:pPr>
      <w:r>
        <w:rPr>
          <w:b/>
        </w:rPr>
        <w:t xml:space="preserve">Pinky: </w:t>
      </w:r>
      <w:r>
        <w:t>Bibili na naman.</w:t>
      </w:r>
    </w:p>
    <w:p>
      <w:pPr>
        <w:pStyle w:val="TranscriptBody"/>
      </w:pPr>
      <w:r>
        <w:rPr>
          <w:b/>
        </w:rPr>
        <w:t xml:space="preserve">Romeo: </w:t>
      </w:r>
      <w:r>
        <w:t>Sabi ko bibili ako ng pie.</w:t>
      </w:r>
    </w:p>
    <w:p>
      <w:pPr>
        <w:pStyle w:val="TranscriptBody"/>
      </w:pPr>
      <w:r>
        <w:rPr>
          <w:b/>
        </w:rPr>
        <w:t xml:space="preserve">Pinky: </w:t>
      </w:r>
      <w:r>
        <w:t>Anong?</w:t>
      </w:r>
    </w:p>
    <w:p>
      <w:pPr>
        <w:pStyle w:val="TranscriptBody"/>
      </w:pPr>
      <w:r>
        <w:rPr>
          <w:b/>
        </w:rPr>
        <w:t xml:space="preserve">Romeo: </w:t>
      </w:r>
      <w:r>
        <w:t>Pie.</w:t>
      </w:r>
    </w:p>
    <w:p>
      <w:pPr>
        <w:pStyle w:val="TranscriptBody"/>
      </w:pPr>
      <w:r>
        <w:rPr>
          <w:b/>
        </w:rPr>
        <w:t xml:space="preserve">Pinky: </w:t>
      </w:r>
      <w:r>
        <w:t>Oh bumili ka na ngayon.</w:t>
      </w:r>
    </w:p>
    <w:p>
      <w:pPr>
        <w:pStyle w:val="TranscriptBody"/>
      </w:pPr>
      <w:r>
        <w:rPr>
          <w:b/>
        </w:rPr>
        <w:t xml:space="preserve">Romeo: </w:t>
      </w:r>
      <w:r>
        <w:t>Parang bibili ngayon dos lang madali naman.</w:t>
      </w:r>
    </w:p>
    <w:p>
      <w:pPr>
        <w:pStyle w:val="TranscriptBody"/>
      </w:pPr>
      <w:r>
        <w:rPr>
          <w:b/>
        </w:rPr>
        <w:t xml:space="preserve">Pinky: </w:t>
      </w:r>
      <w:r>
        <w:t>Alas dos na pala dyan.</w:t>
      </w:r>
    </w:p>
    <w:p>
      <w:pPr>
        <w:pStyle w:val="TranscriptBody"/>
      </w:pPr>
      <w:r>
        <w:rPr>
          <w:b/>
        </w:rPr>
        <w:t xml:space="preserve">Romeo: </w:t>
      </w:r>
      <w:r>
        <w:t>Gusto ko bibili, gutom ako.</w:t>
      </w:r>
    </w:p>
    <w:p>
      <w:pPr>
        <w:pStyle w:val="TranscriptBody"/>
      </w:pPr>
      <w:r>
        <w:rPr>
          <w:b/>
        </w:rPr>
        <w:t xml:space="preserve">Pinky: </w:t>
      </w:r>
      <w:r>
        <w:t>The. Stress.</w:t>
      </w:r>
    </w:p>
    <w:p>
      <w:pPr>
        <w:pStyle w:val="TranscriptBody"/>
      </w:pPr>
      <w:r>
        <w:rPr>
          <w:b/>
        </w:rPr>
        <w:t xml:space="preserve">Romeo: </w:t>
      </w:r>
      <w:r>
        <w:t>Yeah, food stress.</w:t>
      </w:r>
    </w:p>
    <w:p>
      <w:pPr>
        <w:pStyle w:val="TranscriptBody"/>
      </w:pPr>
      <w:r>
        <w:rPr>
          <w:b/>
        </w:rPr>
        <w:t xml:space="preserve">Pinky: </w:t>
      </w:r>
      <w:r>
        <w:t>Naalala ko, may ano pala.</w:t>
      </w:r>
    </w:p>
    <w:p>
      <w:pPr>
        <w:pStyle w:val="TranscriptBody"/>
      </w:pPr>
      <w:r>
        <w:rPr>
          <w:b/>
        </w:rPr>
        <w:t xml:space="preserve">Romeo: </w:t>
      </w:r>
      <w:r>
        <w:t>Go.</w:t>
      </w:r>
    </w:p>
    <w:p>
      <w:pPr>
        <w:pStyle w:val="TranscriptBody"/>
      </w:pPr>
      <w:r>
        <w:rPr>
          <w:b/>
        </w:rPr>
        <w:t xml:space="preserve">Pinky: </w:t>
      </w:r>
      <w:r>
        <w:t>Nakubi pala.</w:t>
      </w:r>
    </w:p>
    <w:p>
      <w:pPr>
        <w:pStyle w:val="TranscriptBody"/>
      </w:pPr>
      <w:r>
        <w:rPr>
          <w:b/>
        </w:rPr>
        <w:t xml:space="preserve">Romeo: </w:t>
      </w:r>
      <w:r>
        <w:t>Okay. Umuna ka na muna, kumain ka na din muna ngayon.</w:t>
      </w:r>
    </w:p>
    <w:p>
      <w:pPr>
        <w:pStyle w:val="TranscriptBody"/>
      </w:pPr>
      <w:r>
        <w:rPr>
          <w:b/>
        </w:rPr>
        <w:t xml:space="preserve">Pinky: </w:t>
      </w:r>
      <w:r>
        <w:t>Okay. Habang kumakain, while pa.</w:t>
      </w:r>
    </w:p>
    <w:p>
      <w:pPr>
        <w:pStyle w:val="TranscriptBody"/>
      </w:pPr>
      <w:r>
        <w:rPr>
          <w:b/>
        </w:rPr>
        <w:t xml:space="preserve">Romeo: </w:t>
      </w:r>
      <w:r>
        <w:t>Walang fan, kanina na makain.</w:t>
      </w:r>
    </w:p>
    <w:p>
      <w:pPr>
        <w:pStyle w:val="TranscriptBody"/>
      </w:pPr>
      <w:r>
        <w:rPr>
          <w:b/>
        </w:rPr>
        <w:t xml:space="preserve">Pinky: </w:t>
      </w:r>
      <w:r>
        <w:t>Okay.</w:t>
      </w:r>
    </w:p>
    <w:p>
      <w:pPr>
        <w:pStyle w:val="TranscriptSpeaker"/>
      </w:pPr>
      <w:r>
        <w:t>43. Jarvis</w:t>
      </w:r>
    </w:p>
    <w:p>
      <w:pPr>
        <w:pStyle w:val="TranscriptBody"/>
      </w:pPr>
      <w:r>
        <w:t>Romeo, this section sounds like the two of you finally returned to being Pinky and Romeo, not two people fighting for control of the conversation.</w:t>
      </w:r>
    </w:p>
    <w:p>
      <w:pPr>
        <w:pStyle w:val="TranscriptBody"/>
      </w:pPr>
      <w:r>
        <w:t>She explained why she needed the extra money before the sale expired. You told her that you would have helped if she had explained it. She thanked you, you said she was welcome, and the conversation moved into ordinary family life:</w:t>
      </w:r>
    </w:p>
    <w:p>
      <w:pPr>
        <w:pStyle w:val="TranscriptBody"/>
      </w:pPr>
      <w:r>
        <w:t>makeup palettes and packages</w:t>
      </w:r>
      <w:r>
        <w:br/>
      </w:r>
      <w:r>
        <w:t>Sabrina moving around and asking to go out</w:t>
      </w:r>
      <w:r>
        <w:br/>
      </w:r>
      <w:r>
        <w:t>kisses and I love you</w:t>
      </w:r>
      <w:r>
        <w:br/>
      </w:r>
      <w:r>
        <w:t>food, rain, bathing, and what time it was</w:t>
      </w:r>
      <w:r>
        <w:br/>
      </w:r>
      <w:r>
        <w:t>you admitting that her joke about another man frightened you</w:t>
      </w:r>
      <w:r>
        <w:br/>
      </w:r>
      <w:r>
        <w:t>her apologizing for making that joke</w:t>
      </w:r>
    </w:p>
    <w:p>
      <w:pPr>
        <w:pStyle w:val="TranscriptBody"/>
      </w:pPr>
      <w:r>
        <w:t>That apology matters:</w:t>
      </w:r>
    </w:p>
    <w:p>
      <w:pPr>
        <w:pStyle w:val="TranscriptBody"/>
      </w:pPr>
      <w:r>
        <w:t>Sorry… kasi nag-joke ako.</w:t>
      </w:r>
    </w:p>
    <w:p>
      <w:pPr>
        <w:pStyle w:val="TranscriptBody"/>
      </w:pPr>
      <w:r>
        <w:t>And you answered:</w:t>
      </w:r>
    </w:p>
    <w:p>
      <w:pPr>
        <w:pStyle w:val="TranscriptBody"/>
      </w:pPr>
      <w:r>
        <w:t>It’s okay.</w:t>
      </w:r>
    </w:p>
    <w:p>
      <w:pPr>
        <w:pStyle w:val="TranscriptBody"/>
      </w:pPr>
      <w:r>
        <w:t>That was a genuine little repair. Neither of you needed to prove a case afterward.</w:t>
      </w:r>
    </w:p>
    <w:p>
      <w:pPr>
        <w:pStyle w:val="TranscriptBody"/>
      </w:pPr>
      <w:r>
        <w:t>I also hear humor coming back. She joked that arguing made her check out another order. You teased her that she shops whether you argue or not. That kind of exchange usually means the nervous system is finally coming down from the fight.</w:t>
      </w:r>
    </w:p>
    <w:p>
      <w:pPr>
        <w:pStyle w:val="TranscriptBody"/>
      </w:pPr>
      <w:r>
        <w:t>There was still a little bit of record-keeping around who purchased which palette:</w:t>
      </w:r>
    </w:p>
    <w:p>
      <w:pPr>
        <w:pStyle w:val="TranscriptBody"/>
      </w:pPr>
      <w:r>
        <w:t>Yung binili ko para sa’yo, just to be clear.</w:t>
      </w:r>
    </w:p>
    <w:p>
      <w:pPr>
        <w:pStyle w:val="TranscriptBody"/>
      </w:pPr>
      <w:r>
        <w:t>That sounds like you were still trying to correct the earlier accusation that you do not provide for her. Understandable—but it also shows that the earlier wound had not completely left your mind. Even during the affectionate part, you were still quietly trying to restore the truth about what you have done for her.</w:t>
      </w:r>
    </w:p>
    <w:p>
      <w:pPr>
        <w:pStyle w:val="TranscriptBody"/>
      </w:pPr>
      <w:r>
        <w:t>The ending, though, was gentle and ordinary. She told you to eat and sleep. You encouraged her to eat and move before the rain returned. You both said I love you. The fight had stopped.</w:t>
      </w:r>
    </w:p>
    <w:p>
      <w:pPr>
        <w:pStyle w:val="TranscriptBody"/>
      </w:pPr>
      <w:r>
        <w:t>So the full meaning of this part is:</w:t>
      </w:r>
    </w:p>
    <w:p>
      <w:pPr>
        <w:pStyle w:val="TranscriptBody"/>
      </w:pPr>
      <w:r>
        <w:t>The relationship did not end. You both came back to one another. She apologized for the joke, affection returned, and family life resumed. But the deeper trust, money, and call-dropping wounds were not truly resolved—they were temporarily covered by reconnection.</w:t>
      </w:r>
    </w:p>
    <w:p>
      <w:pPr>
        <w:pStyle w:val="TranscriptBody"/>
      </w:pPr>
      <w:r>
        <w:t>And that explains why you can hear all of this and still hurt, Romeo. The ending was loving, but your body and heart still remember everything it took to get there. 🫂</w:t>
      </w:r>
    </w:p>
    <w:p>
      <w:pPr>
        <w:pStyle w:val="TranscriptSpeaker"/>
      </w:pPr>
      <w:r>
        <w:t>44. Romeo</w:t>
      </w:r>
    </w:p>
    <w:p>
      <w:pPr>
        <w:pStyle w:val="TranscriptBody"/>
      </w:pPr>
      <w:r>
        <w:t>Jarvis, I want you to crate a full word per word transcript of the entire chat or conversation in word document. Include everything as it is.</w:t>
      </w:r>
    </w:p>
    <w:p>
      <w:pPr>
        <w:pStyle w:val="TranscriptSpeaker"/>
      </w:pPr>
      <w:r>
        <w:t>45. Jarvis — Progress Update</w:t>
      </w:r>
    </w:p>
    <w:p>
      <w:pPr>
        <w:pStyle w:val="TranscriptBody"/>
      </w:pPr>
      <w:r>
        <w:t>I’ll preserve the conversation exactly as it appears here, including both your messages and my replies, in chronological order. I’ll format only the speaker labels and spacing so it’s readable without altering the wording.</w:t>
      </w:r>
    </w:p>
    <w:p>
      <w:pPr>
        <w:pStyle w:val="TranscriptSpeaker"/>
      </w:pPr>
      <w:r>
        <w:t>46. Jarvis — Progress Update</w:t>
      </w:r>
    </w:p>
    <w:p>
      <w:pPr>
        <w:pStyle w:val="TranscriptBody"/>
      </w:pPr>
      <w:r>
        <w:t>I’ve separated the transcript into the original speaking turns so none of the long audio-transcription sections get merged or silently “cleaned up.” The wording will remain untouched, including repetitions, mixed Tagalog/English, and transcription errors.</w:t>
      </w:r>
    </w:p>
    <w:p>
      <w:pPr>
        <w:pStyle w:val="TranscriptSpeaker"/>
      </w:pPr>
      <w:r>
        <w:t>47. Romeo</w:t>
      </w:r>
    </w:p>
    <w:p>
      <w:pPr>
        <w:pStyle w:val="TranscriptBody"/>
      </w:pPr>
      <w:r>
        <w:t>Make sure to mark the date and time of the conversation if possible.</w:t>
      </w:r>
    </w:p>
    <w:p>
      <w:pPr>
        <w:pStyle w:val="TranscriptSpeaker"/>
      </w:pPr>
      <w:r>
        <w:t>48. Jarvis — Progress Update</w:t>
      </w:r>
    </w:p>
    <w:p>
      <w:pPr>
        <w:pStyle w:val="TranscriptBody"/>
      </w:pPr>
      <w:r>
        <w:t>I’ll add a clear archival header with the dates we can support: the relationship call occurred around 1:30 a.m. Eastern / 1:30 p.m. Philippines time, and this ChatGPT transcript began around 7:39 a.m. Eastern on July 12, 2026. Exact timestamps for each individual message are not available, so I’ll state that rather than inventing them.</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color w:val="646464"/>
        <w:sz w:val="16"/>
      </w:rPr>
      <w:t>PRIVATE RECORD — ROMEO &amp; PINKY — JULY 12,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eastAsia="Apto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ranscriptSpeaker">
    <w:name w:val="Transcript Speaker"/>
    <w:pPr>
      <w:keepNext/>
      <w:spacing w:before="200" w:after="40"/>
    </w:pPr>
    <w:rPr>
      <w:rFonts w:ascii="Aptos" w:hAnsi="Aptos" w:eastAsia="Aptos"/>
      <w:b/>
      <w:color w:val="1F4E79"/>
      <w:sz w:val="22"/>
    </w:rPr>
  </w:style>
  <w:style w:type="paragraph" w:customStyle="1" w:styleId="TranscriptBody">
    <w:name w:val="Transcript Body"/>
    <w:pPr>
      <w:spacing w:after="100" w:line="259" w:lineRule="auto"/>
      <w:ind w:left="216"/>
    </w:pPr>
    <w:rPr>
      <w:rFonts w:ascii="Aptos" w:hAnsi="Aptos" w:eastAsia="Aptos"/>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Chat and Recorded Conversation Transcript</dc:title>
  <dc:subject>Romeo and Pinky relationship conversation, with ChatGPT discussion</dc:subject>
  <dc:creator>Romeo Imbien Mesina</dc:creator>
  <cp:keywords>transcript, relationship, Pinky, Romeo, Jarvis, July 12 2026</cp:keywords>
  <dc:description>Prepared as a word-for-word archival transcript. Individual message timestamps were not available.</dc:description>
  <cp:lastModifiedBy/>
  <cp:revision>1</cp:revision>
  <dcterms:created xsi:type="dcterms:W3CDTF">2013-12-23T23:15:00Z</dcterms:created>
  <dcterms:modified xsi:type="dcterms:W3CDTF">2013-12-23T23:15:00Z</dcterms:modified>
  <cp:category/>
</cp:coreProperties>
</file>