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Dedication Page</w:t>
      </w:r>
    </w:p>
    <w:p>
      <w:pPr>
        <w:jc w:val="center"/>
      </w:pPr>
      <w:r>
        <w:rPr>
          <w:b/>
          <w:sz w:val="36"/>
        </w:rPr>
        <w:t>For the Beauty That Gave Me Hope</w:t>
        <w:br/>
      </w:r>
    </w:p>
    <w:p>
      <w:pPr>
        <w:jc w:val="center"/>
      </w:pPr>
      <w:r>
        <w:rPr>
          <w:i/>
        </w:rPr>
        <w:t>Johnlyn... if that was ever your real name.</w:t>
      </w:r>
    </w:p>
    <w:p>
      <w:r>
        <w:t>There are people who enter our lives for years.</w:t>
      </w:r>
    </w:p>
    <w:p>
      <w:r>
        <w:t>There are people who stay only for moments.</w:t>
      </w:r>
    </w:p>
    <w:p>
      <w:r>
        <w:t>Neither determines their significance.</w:t>
      </w:r>
    </w:p>
    <w:p/>
    <w:p>
      <w:r>
        <w:t>This page is dedicated to a woman who may never know that she became part of my story.</w:t>
      </w:r>
    </w:p>
    <w:p>
      <w:r>
        <w:t>Not because we shared a life.</w:t>
      </w:r>
    </w:p>
    <w:p>
      <w:r>
        <w:t>Not because we shared a romance.</w:t>
      </w:r>
    </w:p>
    <w:p>
      <w:r>
        <w:t>Not because we made promises to one another.</w:t>
      </w:r>
    </w:p>
    <w:p>
      <w:r>
        <w:t>We did not.</w:t>
      </w:r>
    </w:p>
    <w:p>
      <w:r>
        <w:t>We were simply two strangers whose paths crossed in the ordinary rhythm of everyday life.</w:t>
      </w:r>
    </w:p>
    <w:p/>
    <w:p>
      <w:r>
        <w:t>The first time, I held the door open for you.</w:t>
      </w:r>
    </w:p>
    <w:p>
      <w:r>
        <w:t>The second time, I opened the door because you had been locked outside.</w:t>
      </w:r>
    </w:p>
    <w:p>
      <w:r>
        <w:t>Those moments lasted only minutes.</w:t>
      </w:r>
    </w:p>
    <w:p>
      <w:r>
        <w:t>Yet somehow, they became much more than the time they occupied.</w:t>
      </w:r>
    </w:p>
    <w:p/>
    <w:p>
      <w:r>
        <w:t>You did not rescue me.</w:t>
      </w:r>
    </w:p>
    <w:p>
      <w:r>
        <w:t>You did not heal me.</w:t>
      </w:r>
    </w:p>
    <w:p>
      <w:r>
        <w:t>You did not know the battles I was fighting.</w:t>
      </w:r>
    </w:p>
    <w:p>
      <w:r>
        <w:t>You did not know the weight I carried each morning before going to work, or the loneliness that often greeted me when the day was over.</w:t>
      </w:r>
    </w:p>
    <w:p>
      <w:r>
        <w:t>You simply smiled.</w:t>
      </w:r>
    </w:p>
    <w:p>
      <w:r>
        <w:t>You spoke kindly.</w:t>
      </w:r>
    </w:p>
    <w:p>
      <w:r>
        <w:t>You existed.</w:t>
      </w:r>
    </w:p>
    <w:p>
      <w:r>
        <w:t>And somehow, that was enough.</w:t>
      </w:r>
    </w:p>
    <w:p/>
    <w:p>
      <w:r>
        <w:t>For reasons I still cannot completely explain, those simple moments reminded me of something I thought I had begun to lose.</w:t>
      </w:r>
    </w:p>
    <w:p>
      <w:r>
        <w:t>Hope.</w:t>
      </w:r>
    </w:p>
    <w:p/>
    <w:p>
      <w:r>
        <w:t>Not hope that you would become part of my future.</w:t>
      </w:r>
    </w:p>
    <w:p>
      <w:r>
        <w:t>Not hope that destiny owed me another meeting.</w:t>
      </w:r>
    </w:p>
    <w:p>
      <w:r>
        <w:t>Not hope built upon imagination.</w:t>
      </w:r>
    </w:p>
    <w:p>
      <w:r>
        <w:t>But hope that my heart was still capable of recognizing goodness.</w:t>
      </w:r>
    </w:p>
    <w:p>
      <w:r>
        <w:t>Hope that after everything I had endured, I could still appreciate beauty without possessing it.</w:t>
      </w:r>
    </w:p>
    <w:p>
      <w:r>
        <w:t>Hope that kindness still mattered.</w:t>
      </w:r>
    </w:p>
    <w:p>
      <w:r>
        <w:t>Hope that I still had something alive within me worth protecting.</w:t>
      </w:r>
    </w:p>
    <w:p/>
    <w:p>
      <w:r>
        <w:t>Many people will never understand why someone would preserve such a small encounter.</w:t>
      </w:r>
    </w:p>
    <w:p>
      <w:r>
        <w:t>That is all right.</w:t>
      </w:r>
    </w:p>
    <w:p>
      <w:r>
        <w:t>Not every meaningful moment needs to be understood by the world.</w:t>
      </w:r>
    </w:p>
    <w:p>
      <w:r>
        <w:t>Some moments are simply gifts.</w:t>
      </w:r>
    </w:p>
    <w:p>
      <w:r>
        <w:t>Quiet gifts.</w:t>
      </w:r>
    </w:p>
    <w:p>
      <w:r>
        <w:t>Personal gifts.</w:t>
      </w:r>
    </w:p>
    <w:p>
      <w:r>
        <w:t>Gifts that arrive without announcement and leave behind more than they ever intended.</w:t>
      </w:r>
    </w:p>
    <w:p/>
    <w:p>
      <w:r>
        <w:t>If our paths never cross again, then let this page remain exactly what it was always meant to be.</w:t>
      </w:r>
    </w:p>
    <w:p>
      <w:r>
        <w:t>Not a confession.</w:t>
      </w:r>
    </w:p>
    <w:p>
      <w:r>
        <w:t>Not a fantasy.</w:t>
      </w:r>
    </w:p>
    <w:p>
      <w:r>
        <w:t>Not a request.</w:t>
      </w:r>
    </w:p>
    <w:p>
      <w:r>
        <w:t>Only gratitude.</w:t>
      </w:r>
    </w:p>
    <w:p/>
    <w:p>
      <w:r>
        <w:t>Thank you for reminding me that even a weary heart can still pause long enough to smile.</w:t>
      </w:r>
    </w:p>
    <w:p>
      <w:r>
        <w:t>Thank you for unknowingly becoming a quiet chapter in my journey of rebuilding.</w:t>
      </w:r>
    </w:p>
    <w:p>
      <w:r>
        <w:t>Thank you for reminding me that hope often arrives without introducing itself.</w:t>
      </w:r>
    </w:p>
    <w:p/>
    <w:p>
      <w:r>
        <w:t>Above all, I thank God.</w:t>
      </w:r>
    </w:p>
    <w:p>
      <w:r>
        <w:t>Because I do not believe every meaningful moment exists by accident.</w:t>
      </w:r>
    </w:p>
    <w:p>
      <w:r>
        <w:t>Whether our meeting was merely coincidence or something known only to Him, I choose to receive it with gratitude rather than expectation.</w:t>
      </w:r>
    </w:p>
    <w:p>
      <w:r>
        <w:t>If this is the only chapter our lives will ever share, then it is enough.</w:t>
      </w:r>
    </w:p>
    <w:p>
      <w:r>
        <w:t>It reminded me that after the storms...</w:t>
      </w:r>
    </w:p>
    <w:p>
      <w:r>
        <w:t>after the questions...</w:t>
      </w:r>
    </w:p>
    <w:p>
      <w:r>
        <w:t>after the loneliness...</w:t>
      </w:r>
    </w:p>
    <w:p>
      <w:r>
        <w:t>after believing I had little left to give...</w:t>
      </w:r>
    </w:p>
    <w:p>
      <w:r>
        <w:t>I still existed.</w:t>
      </w:r>
    </w:p>
    <w:p>
      <w:r>
        <w:t>And perhaps that was the greatest gift of all.</w:t>
      </w:r>
    </w:p>
    <w:p/>
    <w:p>
      <w:r>
        <w:t>— Romeo Mesina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