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spacing w:before="0" w:after="80" w:line="259" w:lineRule="auto"/>
        <w:jc w:val="center"/>
      </w:pPr>
      <w:r>
        <w:rPr>
          <w:rFonts w:ascii="Noto Serif" w:hAnsi="Noto Serif" w:eastAsia="Noto Serif"/>
          <w:b/>
          <w:i w:val="0"/>
          <w:color w:val="7A542A"/>
          <w:sz w:val="21"/>
        </w:rPr>
        <w:t>THE ROMNOTE PROJECT</w:t>
      </w:r>
    </w:p>
    <w:p>
      <w:pPr>
        <w:keepLines/>
        <w:spacing w:before="0" w:after="0" w:line="259" w:lineRule="auto"/>
        <w:jc w:val="center"/>
      </w:pPr>
      <w:r>
        <w:rPr>
          <w:rFonts w:ascii="Noto Serif" w:hAnsi="Noto Serif" w:eastAsia="Noto Serif"/>
          <w:b/>
          <w:i w:val="0"/>
          <w:color w:val="2D2B28"/>
          <w:sz w:val="54"/>
        </w:rPr>
        <w:t>Joey’s Dedication</w:t>
      </w:r>
    </w:p>
    <w:p>
      <w:pPr>
        <w:keepLines/>
        <w:spacing w:before="0" w:after="80" w:line="259" w:lineRule="auto"/>
        <w:jc w:val="center"/>
      </w:pPr>
      <w:r>
        <w:rPr>
          <w:rFonts w:ascii="Noto Serif" w:hAnsi="Noto Serif" w:eastAsia="Noto Serif"/>
          <w:b w:val="0"/>
          <w:i/>
          <w:color w:val="7A542A"/>
          <w:sz w:val="37"/>
        </w:rPr>
        <w:t>The Light I Leave On For You</w:t>
      </w:r>
    </w:p>
    <w:p>
      <w:pPr>
        <w:keepLines/>
        <w:spacing w:before="0" w:after="200" w:line="259" w:lineRule="auto"/>
        <w:jc w:val="center"/>
      </w:pPr>
      <w:r>
        <w:rPr>
          <w:rFonts w:ascii="Noto Serif" w:hAnsi="Noto Serif" w:eastAsia="Noto Serif"/>
          <w:b w:val="0"/>
          <w:i/>
          <w:color w:val="685E52"/>
          <w:sz w:val="22"/>
        </w:rPr>
        <w:t>A Father’s Letter for the Son He Loved, Remembered, and Carried in His Heart</w:t>
      </w:r>
    </w:p>
    <w:p>
      <w:pPr>
        <w:keepLines/>
        <w:spacing w:before="160" w:after="200" w:line="259" w:lineRule="auto"/>
        <w:jc w:val="center"/>
      </w:pPr>
      <w:r>
        <w:rPr>
          <w:rFonts w:ascii="Noto Serif" w:hAnsi="Noto Serif" w:eastAsia="Noto Serif"/>
          <w:b w:val="0"/>
          <w:i w:val="0"/>
          <w:color w:val="7A542A"/>
          <w:sz w:val="28"/>
        </w:rPr>
        <w:t>—  ✦  —</w:t>
      </w:r>
    </w:p>
    <w:p>
      <w:pPr>
        <w:keepLines/>
        <w:spacing w:before="0" w:after="80" w:line="259" w:lineRule="auto"/>
        <w:jc w:val="center"/>
      </w:pPr>
      <w:r>
        <w:rPr>
          <w:rFonts w:ascii="Noto Serif" w:hAnsi="Noto Serif" w:eastAsia="Noto Serif"/>
          <w:b w:val="0"/>
          <w:i/>
          <w:color w:val="685E52"/>
          <w:sz w:val="18"/>
        </w:rPr>
        <w:t>Prepared for Joey</w:t>
      </w:r>
    </w:p>
    <w:p>
      <w:pPr>
        <w:keepLines/>
        <w:spacing w:before="0" w:after="80" w:line="259" w:lineRule="auto"/>
        <w:jc w:val="center"/>
      </w:pPr>
      <w:r>
        <w:rPr>
          <w:rFonts w:ascii="Noto Serif" w:hAnsi="Noto Serif" w:eastAsia="Noto Serif"/>
          <w:b w:val="0"/>
          <w:i/>
          <w:color w:val="685E52"/>
          <w:sz w:val="18"/>
        </w:rPr>
        <w:t>Prepared by Romeo Imbien Mesina</w:t>
      </w:r>
    </w:p>
    <w:p>
      <w:pPr>
        <w:keepLines/>
        <w:spacing w:before="0" w:after="80" w:line="259" w:lineRule="auto"/>
        <w:jc w:val="center"/>
      </w:pPr>
      <w:r>
        <w:rPr>
          <w:rFonts w:ascii="Noto Serif" w:hAnsi="Noto Serif" w:eastAsia="Noto Serif"/>
          <w:b w:val="0"/>
          <w:i/>
          <w:color w:val="685E52"/>
          <w:sz w:val="18"/>
        </w:rPr>
        <w:t>Prepared on Wednesday, June 3, 2026</w:t>
      </w:r>
    </w:p>
    <w:p>
      <w:pPr>
        <w:keepLines/>
        <w:spacing w:before="0" w:after="160" w:line="259" w:lineRule="auto"/>
        <w:jc w:val="center"/>
      </w:pPr>
      <w:r>
        <w:rPr>
          <w:rFonts w:ascii="Noto Serif" w:hAnsi="Noto Serif" w:eastAsia="Noto Serif"/>
          <w:b w:val="0"/>
          <w:i/>
          <w:color w:val="685E52"/>
          <w:sz w:val="18"/>
        </w:rPr>
        <w:t>For Joey’s Dedication Page in The RomNote Project</w:t>
      </w:r>
    </w:p>
    <w:p>
      <w:pPr>
        <w:keepLines/>
        <w:spacing w:before="160" w:after="240" w:line="259" w:lineRule="auto"/>
        <w:jc w:val="center"/>
      </w:pPr>
      <w:r>
        <w:rPr>
          <w:rFonts w:ascii="Noto Serif" w:hAnsi="Noto Serif" w:eastAsia="Noto Serif"/>
          <w:b w:val="0"/>
          <w:i w:val="0"/>
          <w:color w:val="7A542A"/>
          <w:sz w:val="28"/>
        </w:rPr>
        <w:t>—  ✦  —</w:t>
      </w:r>
    </w:p>
    <w:p>
      <w:pPr>
        <w:keepLines/>
        <w:spacing w:before="120" w:after="200" w:line="259" w:lineRule="auto"/>
        <w:ind w:left="504" w:right="504"/>
        <w:jc w:val="center"/>
      </w:pPr>
      <w:r>
        <w:rPr>
          <w:rFonts w:ascii="Noto Serif" w:hAnsi="Noto Serif" w:eastAsia="Noto Serif"/>
          <w:b w:val="0"/>
          <w:i/>
          <w:color w:val="685E52"/>
          <w:sz w:val="22"/>
        </w:rPr>
        <w:t>This document preserves a father’s dedication to his son Joey. It is written for memory, not perfection; for love, not explanation; and for a future day when a son may need to know that his father carried him through every season of life.</w:t>
      </w:r>
    </w:p>
    <w:p>
      <w:pPr>
        <w:keepLines/>
        <w:spacing w:before="0" w:after="280" w:line="259" w:lineRule="auto"/>
        <w:ind w:left="504" w:right="504"/>
        <w:jc w:val="center"/>
      </w:pPr>
      <w:r>
        <w:rPr>
          <w:rFonts w:ascii="Noto Serif" w:hAnsi="Noto Serif" w:eastAsia="Noto Serif"/>
          <w:b w:val="0"/>
          <w:i/>
          <w:color w:val="685E52"/>
          <w:sz w:val="22"/>
        </w:rPr>
        <w:t>It gives shape to the ache of fatherhood so the love does not remain hidden behind distance, guilt, time, or silence.</w:t>
      </w:r>
    </w:p>
    <w:p>
      <w:pPr>
        <w:keepNext/>
        <w:keepLines/>
        <w:spacing w:before="320" w:after="160" w:line="259" w:lineRule="auto"/>
        <w:jc w:val="center"/>
      </w:pPr>
      <w:r>
        <w:rPr>
          <w:rFonts w:ascii="Noto Serif" w:hAnsi="Noto Serif" w:eastAsia="Noto Serif"/>
          <w:b/>
          <w:i w:val="0"/>
          <w:color w:val="7A542A"/>
          <w:sz w:val="23"/>
        </w:rPr>
        <w:t>THE HEART BEHIND THIS DEDICATION</w:t>
      </w:r>
    </w:p>
    <w:p>
      <w:pPr>
        <w:keepLines w:val="0"/>
        <w:spacing w:before="0" w:after="140" w:line="259" w:lineRule="auto"/>
        <w:jc w:val="both"/>
      </w:pPr>
      <w:r>
        <w:rPr>
          <w:rFonts w:ascii="Noto Serif" w:hAnsi="Noto Serif" w:eastAsia="Noto Serif"/>
          <w:b w:val="0"/>
          <w:i w:val="0"/>
          <w:color w:val="2D2B28"/>
          <w:sz w:val="22"/>
        </w:rPr>
        <w:t>This dedication began with the ache of a song and the memory of a son. When the song plays, Romeo does not only hear a farewell between a grown son and his father. He hears time itself: the little boy Joey once was, the grown man Joey may become, and the father who wishes he could have held more moments before they passed.</w:t>
      </w:r>
    </w:p>
    <w:p>
      <w:pPr>
        <w:keepLines w:val="0"/>
        <w:spacing w:before="0" w:after="140" w:line="259" w:lineRule="auto"/>
        <w:jc w:val="both"/>
      </w:pPr>
      <w:r>
        <w:rPr>
          <w:rFonts w:ascii="Noto Serif" w:hAnsi="Noto Serif" w:eastAsia="Noto Serif"/>
          <w:b w:val="0"/>
          <w:i w:val="0"/>
          <w:color w:val="2D2B28"/>
          <w:sz w:val="22"/>
        </w:rPr>
        <w:t>The Quiet Storm Journal preserved a truth Romeo needed to remember: missing his boys, feeling guilty, and grieving limited time did not make him a bad father. It showed love. It showed longing. It showed the wound of a father who wanted to be more present than life allowed him to be.</w:t>
      </w:r>
    </w:p>
    <w:p>
      <w:pPr>
        <w:keepLines/>
        <w:spacing w:before="100" w:after="240" w:line="259" w:lineRule="auto"/>
        <w:ind w:left="504" w:right="504"/>
        <w:jc w:val="center"/>
      </w:pPr>
      <w:r>
        <w:rPr>
          <w:rFonts w:ascii="Noto Serif" w:hAnsi="Noto Serif" w:eastAsia="Noto Serif"/>
          <w:b w:val="0"/>
          <w:i/>
          <w:color w:val="685E52"/>
          <w:sz w:val="22"/>
        </w:rPr>
        <w:t>A father’s guilt does not always mean failure. Sometimes it means love is pressing against the walls of time.</w:t>
      </w:r>
    </w:p>
    <w:p>
      <w:pPr>
        <w:keepNext/>
        <w:keepLines/>
        <w:spacing w:before="280" w:after="160" w:line="259" w:lineRule="auto"/>
        <w:jc w:val="center"/>
      </w:pPr>
      <w:r>
        <w:rPr>
          <w:rFonts w:ascii="Noto Serif" w:hAnsi="Noto Serif" w:eastAsia="Noto Serif"/>
          <w:b/>
          <w:i w:val="0"/>
          <w:color w:val="7A542A"/>
          <w:sz w:val="23"/>
        </w:rPr>
        <w:t>THE SONG THAT OPENS THE ROOM</w:t>
      </w:r>
    </w:p>
    <w:p>
      <w:pPr>
        <w:keepLines w:val="0"/>
        <w:spacing w:before="0" w:after="140" w:line="259" w:lineRule="auto"/>
        <w:jc w:val="both"/>
      </w:pPr>
      <w:r>
        <w:rPr>
          <w:rFonts w:ascii="Noto Serif" w:hAnsi="Noto Serif" w:eastAsia="Noto Serif"/>
          <w:b w:val="0"/>
          <w:i w:val="0"/>
          <w:color w:val="2D2B28"/>
          <w:sz w:val="22"/>
        </w:rPr>
        <w:t>The song tells the story of a child who has grown old enough to comfort the father who once comforted him. That reversal is what breaks the heart. When a child is young, the father is the one who watches the room, turns down the fear, and stands between the child and the darkness. But one day, if life allows, the child may become the man standing beside the father near the end.</w:t>
      </w:r>
    </w:p>
    <w:p>
      <w:pPr>
        <w:keepLines w:val="0"/>
        <w:spacing w:before="0" w:after="140" w:line="259" w:lineRule="auto"/>
        <w:jc w:val="both"/>
      </w:pPr>
      <w:r>
        <w:rPr>
          <w:rFonts w:ascii="Noto Serif" w:hAnsi="Noto Serif" w:eastAsia="Noto Serif"/>
          <w:b w:val="0"/>
          <w:i w:val="0"/>
          <w:color w:val="2D2B28"/>
          <w:sz w:val="22"/>
        </w:rPr>
        <w:t>That is why this song belongs on Joey’s Dedication page. It is not only about dying. It is about love crossing the distance between childhood and adulthood. It is about a father hoping that, when his son is older, the son will understand not only the father’s mistakes, but also the father’s heart.</w:t>
      </w:r>
    </w:p>
    <w:p>
      <w:pPr>
        <w:keepLines w:val="0"/>
        <w:spacing w:before="0" w:after="140" w:line="259" w:lineRule="auto"/>
        <w:jc w:val="both"/>
      </w:pPr>
      <w:r>
        <w:rPr>
          <w:rFonts w:ascii="Noto Serif" w:hAnsi="Noto Serif" w:eastAsia="Noto Serif"/>
          <w:b w:val="0"/>
          <w:i w:val="0"/>
          <w:color w:val="2D2B28"/>
          <w:sz w:val="22"/>
        </w:rPr>
        <w:t>Only one small phrase from the song needs to be carried here: “chase the monsters away.” For this dedication, those words become the emotional key. They mean that a father once wanted to protect his son from every darkness, and that one day, the memories left behind may protect the son in return.</w:t>
      </w:r>
    </w:p>
    <w:p>
      <w:pPr>
        <w:keepLines/>
        <w:spacing w:before="100" w:after="240" w:line="259" w:lineRule="auto"/>
        <w:ind w:left="504" w:right="504"/>
        <w:jc w:val="center"/>
      </w:pPr>
      <w:r>
        <w:rPr>
          <w:rFonts w:ascii="Noto Serif" w:hAnsi="Noto Serif" w:eastAsia="Noto Serif"/>
          <w:b w:val="0"/>
          <w:i/>
          <w:color w:val="685E52"/>
          <w:sz w:val="22"/>
        </w:rPr>
        <w:t>The music becomes the doorway. The photos become the proof. The letter becomes the light left on.</w:t>
      </w:r>
    </w:p>
    <w:p>
      <w:pPr>
        <w:keepNext/>
        <w:keepLines/>
        <w:spacing w:before="280" w:after="160" w:line="259" w:lineRule="auto"/>
        <w:jc w:val="center"/>
      </w:pPr>
      <w:r>
        <w:rPr>
          <w:rFonts w:ascii="Noto Serif" w:hAnsi="Noto Serif" w:eastAsia="Noto Serif"/>
          <w:b/>
          <w:i w:val="0"/>
          <w:color w:val="7A542A"/>
          <w:sz w:val="23"/>
        </w:rPr>
        <w:t>DEDICATION LETTER TO JOEY</w:t>
      </w:r>
    </w:p>
    <w:p>
      <w:pPr>
        <w:keepNext/>
        <w:keepLines/>
        <w:spacing w:before="0" w:after="180" w:line="259" w:lineRule="auto"/>
        <w:jc w:val="center"/>
      </w:pPr>
      <w:r>
        <w:rPr>
          <w:rFonts w:ascii="Noto Serif" w:hAnsi="Noto Serif" w:eastAsia="Noto Serif"/>
          <w:b w:val="0"/>
          <w:i/>
          <w:color w:val="685E52"/>
          <w:sz w:val="22"/>
        </w:rPr>
        <w:t>For the little boy I remember, and the grown man I hope will understand.</w:t>
      </w:r>
    </w:p>
    <w:p>
      <w:pPr>
        <w:keepLines w:val="0"/>
        <w:spacing w:before="80" w:after="160" w:line="259" w:lineRule="auto"/>
        <w:jc w:val="left"/>
      </w:pPr>
      <w:r>
        <w:rPr>
          <w:rFonts w:ascii="Noto Serif" w:hAnsi="Noto Serif" w:eastAsia="Noto Serif"/>
          <w:b w:val="0"/>
          <w:i w:val="0"/>
          <w:color w:val="2D2B28"/>
          <w:sz w:val="22"/>
        </w:rPr>
        <w:t>Dear Joey,</w:t>
      </w:r>
    </w:p>
    <w:p>
      <w:pPr>
        <w:keepLines w:val="0"/>
        <w:spacing w:before="0" w:after="140" w:line="264" w:lineRule="auto"/>
        <w:jc w:val="both"/>
      </w:pPr>
      <w:r>
        <w:rPr>
          <w:rFonts w:ascii="Noto Serif" w:hAnsi="Noto Serif" w:eastAsia="Noto Serif"/>
          <w:b w:val="0"/>
          <w:i w:val="0"/>
          <w:color w:val="2D2B28"/>
          <w:sz w:val="22"/>
        </w:rPr>
        <w:t>My son, I remember you when you were still a little boy — your smile, your laughter, and the moments I wished I could keep forever. If you are older when you read this, I hope these memories remind you that you were loved deeply, remembered constantly, and carried in your father’s heart through every season of life.</w:t>
      </w:r>
    </w:p>
    <w:p>
      <w:pPr>
        <w:keepLines w:val="0"/>
        <w:spacing w:before="0" w:after="140" w:line="264" w:lineRule="auto"/>
        <w:ind w:firstLine="317"/>
        <w:jc w:val="both"/>
      </w:pPr>
      <w:r>
        <w:rPr>
          <w:rFonts w:ascii="Noto Serif" w:hAnsi="Noto Serif" w:eastAsia="Noto Serif"/>
          <w:b w:val="0"/>
          <w:i w:val="0"/>
          <w:color w:val="2D2B28"/>
          <w:sz w:val="22"/>
        </w:rPr>
        <w:t>These are pieces of your childhood that I carried in my heart — memories of the little boy I loved, and the son I will always remember. Every photo on this page is more than an image. It is a piece of time I was afraid to lose. It is proof that your life mattered to me, that your childhood mattered to me, and that you were never just passing through my world.</w:t>
      </w:r>
    </w:p>
    <w:p>
      <w:pPr>
        <w:keepLines w:val="0"/>
        <w:spacing w:before="0" w:after="140" w:line="264" w:lineRule="auto"/>
        <w:ind w:firstLine="317"/>
        <w:jc w:val="both"/>
      </w:pPr>
      <w:r>
        <w:rPr>
          <w:rFonts w:ascii="Noto Serif" w:hAnsi="Noto Serif" w:eastAsia="Noto Serif"/>
          <w:b w:val="0"/>
          <w:i w:val="0"/>
          <w:color w:val="2D2B28"/>
          <w:sz w:val="22"/>
        </w:rPr>
        <w:t>There were days when I wished I could have been closer. There were days when I left after seeing you and felt the quiet pain of not having more time. There were days when love did not feel like enough because I wanted presence, routine, ordinary mornings, ordinary nights, and all the small things a father wishes he could give his son.</w:t>
      </w:r>
    </w:p>
    <w:p>
      <w:pPr>
        <w:keepLines w:val="0"/>
        <w:spacing w:before="0" w:after="140" w:line="264" w:lineRule="auto"/>
        <w:ind w:firstLine="317"/>
        <w:jc w:val="both"/>
      </w:pPr>
      <w:r>
        <w:rPr>
          <w:rFonts w:ascii="Noto Serif" w:hAnsi="Noto Serif" w:eastAsia="Noto Serif"/>
          <w:b w:val="0"/>
          <w:i w:val="0"/>
          <w:color w:val="2D2B28"/>
          <w:sz w:val="22"/>
        </w:rPr>
        <w:t>I will not pretend I was perfect. I will not pretend I always knew what to do, or that I carried every season correctly. I have made mistakes, and I know life may have shown you parts of me that were tired, imperfect, or far away. But I want you to know this clearly: distance was never the measure of my love. Time apart was never proof that you were forgotten.</w:t>
      </w:r>
    </w:p>
    <w:p>
      <w:pPr>
        <w:keepLines w:val="0"/>
        <w:spacing w:before="0" w:after="140" w:line="264" w:lineRule="auto"/>
        <w:ind w:firstLine="317"/>
        <w:jc w:val="both"/>
      </w:pPr>
      <w:r>
        <w:rPr>
          <w:rFonts w:ascii="Noto Serif" w:hAnsi="Noto Serif" w:eastAsia="Noto Serif"/>
          <w:b w:val="0"/>
          <w:i w:val="0"/>
          <w:color w:val="2D2B28"/>
          <w:sz w:val="22"/>
        </w:rPr>
        <w:t>When I hear this song, I imagine two versions of you at once. I see the little boy I wanted to protect. I also imagine the grown man you may become, standing somewhere in the future with more understanding than you had as a child. That is what makes me cry. The song makes me feel the doorway between now and later, between father and son, between the days I held you and the day you may have to hold my hand.</w:t>
      </w:r>
    </w:p>
    <w:p>
      <w:pPr>
        <w:keepLines w:val="0"/>
        <w:spacing w:before="0" w:after="140" w:line="264" w:lineRule="auto"/>
        <w:ind w:firstLine="317"/>
        <w:jc w:val="both"/>
      </w:pPr>
      <w:r>
        <w:rPr>
          <w:rFonts w:ascii="Noto Serif" w:hAnsi="Noto Serif" w:eastAsia="Noto Serif"/>
          <w:b w:val="0"/>
          <w:i w:val="0"/>
          <w:color w:val="2D2B28"/>
          <w:sz w:val="22"/>
        </w:rPr>
        <w:t>If one day I am older, weaker, or near the end of my road, I do not want you to stand beside me carrying anger alone. I do not want you to remember only the days that were hard, the moments I missed, or the mistakes I made. Remember the whole story if you can. Remember that your father loved you with a heart that was sometimes wounded, sometimes tired, but never empty of you.</w:t>
      </w:r>
    </w:p>
    <w:p>
      <w:pPr>
        <w:keepLines w:val="0"/>
        <w:spacing w:before="0" w:after="140" w:line="264" w:lineRule="auto"/>
        <w:ind w:firstLine="317"/>
        <w:jc w:val="both"/>
      </w:pPr>
      <w:r>
        <w:rPr>
          <w:rFonts w:ascii="Noto Serif" w:hAnsi="Noto Serif" w:eastAsia="Noto Serif"/>
          <w:b w:val="0"/>
          <w:i w:val="0"/>
          <w:color w:val="2D2B28"/>
          <w:sz w:val="22"/>
        </w:rPr>
        <w:t>I hope that when you read this, you understand that this page was built before that future day because I did not want my love to depend on whether I still had strength to explain it. I wanted to leave something standing. I wanted to leave a light on. I wanted you to have a place where my voice could still say, even quietly: Joey, my son, you were loved.</w:t>
      </w:r>
    </w:p>
    <w:p>
      <w:pPr>
        <w:keepLines w:val="0"/>
        <w:spacing w:before="0" w:after="140" w:line="264" w:lineRule="auto"/>
        <w:ind w:firstLine="317"/>
        <w:jc w:val="both"/>
      </w:pPr>
      <w:r>
        <w:rPr>
          <w:rFonts w:ascii="Noto Serif" w:hAnsi="Noto Serif" w:eastAsia="Noto Serif"/>
          <w:b w:val="0"/>
          <w:i w:val="0"/>
          <w:color w:val="2D2B28"/>
          <w:sz w:val="22"/>
        </w:rPr>
        <w:t>There may come a time when you understand that fathers are not giants forever. We are men. We carry our own fears, regrets, prayers, and monsters. When you were little, I wanted to be the one who kept those monsters away from you. If the day ever comes when I am the one who is afraid, I hope the love I gave you, even imperfectly, is enough for you to know that you do not have to be afraid of loving me back.</w:t>
      </w:r>
    </w:p>
    <w:p>
      <w:pPr>
        <w:keepLines w:val="0"/>
        <w:spacing w:before="0" w:after="140" w:line="264" w:lineRule="auto"/>
        <w:ind w:firstLine="317"/>
        <w:jc w:val="both"/>
      </w:pPr>
      <w:r>
        <w:rPr>
          <w:rFonts w:ascii="Noto Serif" w:hAnsi="Noto Serif" w:eastAsia="Noto Serif"/>
          <w:b w:val="0"/>
          <w:i w:val="0"/>
          <w:color w:val="2D2B28"/>
          <w:sz w:val="22"/>
        </w:rPr>
        <w:t>But I do not write this to place a burden on you. I do not want this dedication to make you responsible for my pain. I write it to free the truth from silence. You do not have to fix my life. You do not have to carry my regrets. You only need to know that you were one of the reasons I kept going, one of the reasons I tried to be better, and one of the reasons my heart kept looking for light.</w:t>
      </w:r>
    </w:p>
    <w:p>
      <w:pPr>
        <w:keepLines w:val="0"/>
        <w:spacing w:before="0" w:after="140" w:line="264" w:lineRule="auto"/>
        <w:ind w:firstLine="317"/>
        <w:jc w:val="both"/>
      </w:pPr>
      <w:r>
        <w:rPr>
          <w:rFonts w:ascii="Noto Serif" w:hAnsi="Noto Serif" w:eastAsia="Noto Serif"/>
          <w:b w:val="0"/>
          <w:i w:val="0"/>
          <w:color w:val="2D2B28"/>
          <w:sz w:val="22"/>
        </w:rPr>
        <w:t>If these photos ever make you smile, then I am grateful. If they make you cry, let those tears be honest. If they make you remember a little boy you used to be, then I hope you are gentle with him. That little boy was loved. That little boy mattered. That little boy still lives in my heart, even as you grow into the man God is shaping you to become.</w:t>
      </w:r>
    </w:p>
    <w:p>
      <w:pPr>
        <w:keepLines w:val="0"/>
        <w:spacing w:before="0" w:after="140" w:line="264" w:lineRule="auto"/>
        <w:ind w:firstLine="317"/>
        <w:jc w:val="both"/>
      </w:pPr>
      <w:r>
        <w:rPr>
          <w:rFonts w:ascii="Noto Serif" w:hAnsi="Noto Serif" w:eastAsia="Noto Serif"/>
          <w:b w:val="0"/>
          <w:i w:val="0"/>
          <w:color w:val="2D2B28"/>
          <w:sz w:val="22"/>
        </w:rPr>
        <w:t>Joey, I cannot keep every moment from disappearing. I cannot stop time from changing us. I cannot rewrite every hard part of the past. But I can leave this page for you. I can leave these words. I can tell you that your father remembered you, loved you, missed you, and carried you in his heart through every season of life.</w:t>
      </w:r>
    </w:p>
    <w:p>
      <w:pPr>
        <w:keepLines w:val="0"/>
        <w:spacing w:before="0" w:after="140" w:line="264" w:lineRule="auto"/>
        <w:ind w:firstLine="317"/>
        <w:jc w:val="both"/>
      </w:pPr>
      <w:r>
        <w:rPr>
          <w:rFonts w:ascii="Noto Serif" w:hAnsi="Noto Serif" w:eastAsia="Noto Serif"/>
          <w:b w:val="0"/>
          <w:i w:val="0"/>
          <w:color w:val="2D2B28"/>
          <w:sz w:val="22"/>
        </w:rPr>
        <w:t>And if one day the room becomes quiet, and the light feels low, and you wonder what your father would want you to know, let it be this: you were never forgotten. You were never replaced. You were my son. You are my son. And love remains, even when time changes everything else.</w:t>
      </w:r>
    </w:p>
    <w:p>
      <w:pPr>
        <w:keepLines w:val="0"/>
        <w:spacing w:before="200" w:after="80" w:line="259" w:lineRule="auto"/>
        <w:jc w:val="left"/>
      </w:pPr>
      <w:r>
        <w:rPr>
          <w:rFonts w:ascii="Noto Serif" w:hAnsi="Noto Serif" w:eastAsia="Noto Serif"/>
          <w:b w:val="0"/>
          <w:i/>
          <w:color w:val="685E52"/>
          <w:sz w:val="22"/>
        </w:rPr>
        <w:t>With all my love,</w:t>
      </w:r>
    </w:p>
    <w:p>
      <w:pPr>
        <w:keepLines w:val="0"/>
        <w:spacing w:before="0" w:after="280" w:line="259" w:lineRule="auto"/>
        <w:jc w:val="left"/>
      </w:pPr>
      <w:r>
        <w:rPr>
          <w:rFonts w:ascii="Noto Serif" w:hAnsi="Noto Serif" w:eastAsia="Noto Serif"/>
          <w:b/>
          <w:i/>
          <w:color w:val="7A542A"/>
          <w:sz w:val="24"/>
        </w:rPr>
        <w:t>Dad</w:t>
      </w:r>
    </w:p>
    <w:p>
      <w:pPr>
        <w:keepNext/>
        <w:keepLines/>
        <w:spacing w:before="320" w:after="160" w:line="259" w:lineRule="auto"/>
        <w:jc w:val="center"/>
      </w:pPr>
      <w:r>
        <w:rPr>
          <w:rFonts w:ascii="Noto Serif" w:hAnsi="Noto Serif" w:eastAsia="Noto Serif"/>
          <w:b/>
          <w:i w:val="0"/>
          <w:color w:val="7A542A"/>
          <w:sz w:val="23"/>
        </w:rPr>
        <w:t>WHAT THIS PAGE IS MEANT TO TELL YOU</w:t>
      </w:r>
    </w:p>
    <w:p>
      <w:pPr>
        <w:spacing w:before="0"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You were loved deeply, even when life did not give us all the time I wanted.</w:t>
      </w:r>
    </w:p>
    <w:p>
      <w:pPr>
        <w:spacing w:before="0"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You were remembered constantly, not only in big moments but in quiet ones.</w:t>
      </w:r>
    </w:p>
    <w:p>
      <w:pPr>
        <w:spacing w:before="0"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You were never replaced by anyone or anything else in my life.</w:t>
      </w:r>
    </w:p>
    <w:p>
      <w:pPr>
        <w:spacing w:before="0"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Your childhood mattered, and these memories are pieces of it preserved for you.</w:t>
      </w:r>
    </w:p>
    <w:p>
      <w:pPr>
        <w:spacing w:before="0"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Your father was imperfect, but his love for you was real.</w:t>
      </w:r>
    </w:p>
    <w:p>
      <w:pPr>
        <w:spacing w:before="0"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This page is the light I leave on so love can still speak when words are hard to find.</w:t>
      </w:r>
    </w:p>
    <w:p>
      <w:pPr>
        <w:keepLines/>
        <w:spacing w:before="200" w:after="280" w:line="259" w:lineRule="auto"/>
        <w:ind w:left="504" w:right="504"/>
        <w:jc w:val="center"/>
      </w:pPr>
      <w:r>
        <w:rPr>
          <w:rFonts w:ascii="Noto Serif" w:hAnsi="Noto Serif" w:eastAsia="Noto Serif"/>
          <w:b w:val="0"/>
          <w:i/>
          <w:color w:val="685E52"/>
          <w:sz w:val="22"/>
        </w:rPr>
        <w:t>These memories are not just photos. They are proof that I carried you in my heart. And even when time changes us, love remains.</w:t>
      </w:r>
    </w:p>
    <w:p>
      <w:pPr>
        <w:keepNext/>
        <w:keepLines/>
        <w:spacing w:before="320" w:after="160" w:line="259" w:lineRule="auto"/>
        <w:jc w:val="center"/>
      </w:pPr>
      <w:r>
        <w:rPr>
          <w:rFonts w:ascii="Noto Serif" w:hAnsi="Noto Serif" w:eastAsia="Noto Serif"/>
          <w:b/>
          <w:i w:val="0"/>
          <w:color w:val="7A542A"/>
          <w:sz w:val="23"/>
        </w:rPr>
        <w:t>BOTTOM LINE</w:t>
      </w:r>
    </w:p>
    <w:p>
      <w:pPr>
        <w:keepLines w:val="0"/>
        <w:spacing w:before="0" w:after="140" w:line="259" w:lineRule="auto"/>
        <w:jc w:val="both"/>
      </w:pPr>
      <w:r>
        <w:rPr>
          <w:rFonts w:ascii="Noto Serif" w:hAnsi="Noto Serif" w:eastAsia="Noto Serif"/>
          <w:b w:val="0"/>
          <w:i w:val="0"/>
          <w:color w:val="2D2B28"/>
          <w:sz w:val="22"/>
        </w:rPr>
        <w:t>Joey’s Dedication page is not meant to be a perfect explanation of the past. It is meant to be a witness. It says that a father can feel guilt because he loves. It says that limited time does not erase deep love. It says that the little boy in the photos was treasured, and that the grown man who may one day read this was never forgotten.</w:t>
      </w:r>
    </w:p>
    <w:p>
      <w:pPr>
        <w:keepLines w:val="0"/>
        <w:spacing w:before="0" w:after="140" w:line="259" w:lineRule="auto"/>
        <w:jc w:val="both"/>
      </w:pPr>
      <w:r>
        <w:rPr>
          <w:rFonts w:ascii="Noto Serif" w:hAnsi="Noto Serif" w:eastAsia="Noto Serif"/>
          <w:b w:val="0"/>
          <w:i w:val="0"/>
          <w:color w:val="2D2B28"/>
          <w:sz w:val="22"/>
        </w:rPr>
        <w:t>The song fits because it holds the painful beauty of roles changing over time. A father once wants to protect his little boy from every darkness. Later, the father hopes the son will understand the man behind the title “Dad.” Between those two moments, this dedication stands as a bridge.</w:t>
      </w:r>
    </w:p>
    <w:p>
      <w:pPr>
        <w:keepLines/>
        <w:spacing w:before="120" w:after="280" w:line="259" w:lineRule="auto"/>
        <w:ind w:left="504" w:right="504"/>
        <w:jc w:val="center"/>
      </w:pPr>
      <w:r>
        <w:rPr>
          <w:rFonts w:ascii="Noto Serif" w:hAnsi="Noto Serif" w:eastAsia="Noto Serif"/>
          <w:b w:val="0"/>
          <w:i/>
          <w:color w:val="685E52"/>
          <w:sz w:val="22"/>
        </w:rPr>
        <w:t>This is the light left on for Joey: a father’s memory, a father’s apology without surrendering the truth of love, and a father’s hope that his son will always know he mattered.</w:t>
      </w:r>
    </w:p>
    <w:p>
      <w:pPr>
        <w:keepLines/>
        <w:spacing w:before="160" w:after="160" w:line="259" w:lineRule="auto"/>
        <w:jc w:val="center"/>
      </w:pPr>
      <w:r>
        <w:rPr>
          <w:rFonts w:ascii="Noto Serif" w:hAnsi="Noto Serif" w:eastAsia="Noto Serif"/>
          <w:b w:val="0"/>
          <w:i w:val="0"/>
          <w:color w:val="7A542A"/>
          <w:sz w:val="28"/>
        </w:rPr>
        <w:t>—  ✦  —</w:t>
      </w:r>
    </w:p>
    <w:p>
      <w:pPr>
        <w:keepLines w:val="0"/>
        <w:spacing w:before="40" w:after="100" w:line="259" w:lineRule="auto"/>
        <w:jc w:val="left"/>
      </w:pPr>
      <w:r>
        <w:rPr>
          <w:rFonts w:ascii="Noto Serif" w:hAnsi="Noto Serif" w:eastAsia="Noto Serif"/>
          <w:b/>
          <w:i w:val="0"/>
          <w:color w:val="7A542A"/>
          <w:sz w:val="21"/>
        </w:rPr>
        <w:t>RomNote Entry Details</w:t>
      </w:r>
    </w:p>
    <w:p>
      <w:pPr>
        <w:keepLines w:val="0"/>
        <w:spacing w:before="0" w:after="60" w:line="259" w:lineRule="auto"/>
        <w:jc w:val="left"/>
      </w:pPr>
      <w:r>
        <w:rPr>
          <w:rFonts w:ascii="Noto Serif" w:hAnsi="Noto Serif" w:eastAsia="Noto Serif"/>
          <w:b/>
          <w:i w:val="0"/>
          <w:color w:val="7A542A"/>
          <w:sz w:val="19"/>
        </w:rPr>
        <w:t xml:space="preserve">Entry Type: </w:t>
      </w:r>
      <w:r>
        <w:rPr>
          <w:rFonts w:ascii="Noto Serif" w:hAnsi="Noto Serif" w:eastAsia="Noto Serif"/>
          <w:b w:val="0"/>
          <w:i/>
          <w:color w:val="685E52"/>
          <w:sz w:val="19"/>
        </w:rPr>
        <w:t>Dedication Letter / Fatherhood Reflection / Joey’s Dedication Page</w:t>
      </w:r>
    </w:p>
    <w:p>
      <w:pPr>
        <w:keepLines w:val="0"/>
        <w:spacing w:before="0" w:after="60" w:line="259" w:lineRule="auto"/>
        <w:jc w:val="left"/>
      </w:pPr>
      <w:r>
        <w:rPr>
          <w:rFonts w:ascii="Noto Serif" w:hAnsi="Noto Serif" w:eastAsia="Noto Serif"/>
          <w:b/>
          <w:i w:val="0"/>
          <w:color w:val="7A542A"/>
          <w:sz w:val="19"/>
        </w:rPr>
        <w:t xml:space="preserve">Prepared Date: </w:t>
      </w:r>
      <w:r>
        <w:rPr>
          <w:rFonts w:ascii="Noto Serif" w:hAnsi="Noto Serif" w:eastAsia="Noto Serif"/>
          <w:b w:val="0"/>
          <w:i/>
          <w:color w:val="685E52"/>
          <w:sz w:val="19"/>
        </w:rPr>
        <w:t>Wednesday, June 3, 2026</w:t>
      </w:r>
    </w:p>
    <w:p>
      <w:pPr>
        <w:keepLines w:val="0"/>
        <w:spacing w:before="0" w:after="60" w:line="259" w:lineRule="auto"/>
        <w:jc w:val="left"/>
      </w:pPr>
      <w:r>
        <w:rPr>
          <w:rFonts w:ascii="Noto Serif" w:hAnsi="Noto Serif" w:eastAsia="Noto Serif"/>
          <w:b/>
          <w:i w:val="0"/>
          <w:color w:val="7A542A"/>
          <w:sz w:val="19"/>
        </w:rPr>
        <w:t xml:space="preserve">Author / Voice: </w:t>
      </w:r>
      <w:r>
        <w:rPr>
          <w:rFonts w:ascii="Noto Serif" w:hAnsi="Noto Serif" w:eastAsia="Noto Serif"/>
          <w:b w:val="0"/>
          <w:i/>
          <w:color w:val="685E52"/>
          <w:sz w:val="19"/>
        </w:rPr>
        <w:t>Romeo Imbien Mesina</w:t>
      </w:r>
    </w:p>
    <w:p>
      <w:pPr>
        <w:keepLines w:val="0"/>
        <w:spacing w:before="0" w:after="60" w:line="259" w:lineRule="auto"/>
        <w:jc w:val="left"/>
      </w:pPr>
      <w:r>
        <w:rPr>
          <w:rFonts w:ascii="Noto Serif" w:hAnsi="Noto Serif" w:eastAsia="Noto Serif"/>
          <w:b/>
          <w:i w:val="0"/>
          <w:color w:val="7A542A"/>
          <w:sz w:val="19"/>
        </w:rPr>
        <w:t xml:space="preserve">Assistant / Archive Support: </w:t>
      </w:r>
      <w:r>
        <w:rPr>
          <w:rFonts w:ascii="Noto Serif" w:hAnsi="Noto Serif" w:eastAsia="Noto Serif"/>
          <w:b w:val="0"/>
          <w:i/>
          <w:color w:val="685E52"/>
          <w:sz w:val="19"/>
        </w:rPr>
        <w:t>Jarvis</w:t>
      </w:r>
    </w:p>
    <w:p>
      <w:pPr>
        <w:keepLines w:val="0"/>
        <w:spacing w:before="0" w:after="60" w:line="259" w:lineRule="auto"/>
        <w:jc w:val="left"/>
      </w:pPr>
      <w:r>
        <w:rPr>
          <w:rFonts w:ascii="Noto Serif" w:hAnsi="Noto Serif" w:eastAsia="Noto Serif"/>
          <w:b/>
          <w:i w:val="0"/>
          <w:color w:val="7A542A"/>
          <w:sz w:val="19"/>
        </w:rPr>
        <w:t xml:space="preserve">Source: </w:t>
      </w:r>
      <w:r>
        <w:rPr>
          <w:rFonts w:ascii="Noto Serif" w:hAnsi="Noto Serif" w:eastAsia="Noto Serif"/>
          <w:b w:val="0"/>
          <w:i/>
          <w:color w:val="685E52"/>
          <w:sz w:val="19"/>
        </w:rPr>
        <w:t>Written from Romeo’s reflection on Joey, the emotional themes of “Monsters” by James Blunt, and the fatherhood context preserved in the Quiet Storm Journal.</w:t>
      </w:r>
    </w:p>
    <w:sectPr w:rsidR="00FC693F" w:rsidRPr="0006063C" w:rsidSect="00034616">
      <w:footerReference w:type="default" r:id="rId9"/>
      <w:pgSz w:w="12240" w:h="15840"/>
      <w:pgMar w:top="1080" w:right="1181" w:bottom="1037" w:left="1181"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Noto Serif" w:hAnsi="Noto Serif" w:eastAsia="Noto Serif"/>
        <w:b w:val="0"/>
        <w:i/>
        <w:color w:val="685E52"/>
        <w:sz w:val="17"/>
      </w:rPr>
      <w:t>The RomNote Project  •  Joey’s Dedication  •  Personal Fatherhood Letter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erif" w:hAnsi="Noto Serif" w:eastAsia="Noto Serif"/>
      <w:color w:val="2D2B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Joey’s Dedication - The Light I Leave On For You</dc:title>
  <dc:subject>The RomNote Project Joey Dedication Letter</dc:subject>
  <dc:creator>Romeo Imbien Mesina / Jarvis Archive Support</dc:creator>
  <cp:keywords/>
  <dc:description>Created for The RomNote Project. Does not reproduce song lyrics beyond a brief permitted excerpt.</dc:description>
  <cp:lastModifiedBy/>
  <cp:revision>1</cp:revision>
  <dcterms:created xsi:type="dcterms:W3CDTF">2013-12-23T23:15:00Z</dcterms:created>
  <dcterms:modified xsi:type="dcterms:W3CDTF">2013-12-23T23:15:00Z</dcterms:modified>
  <cp:category/>
</cp:coreProperties>
</file>