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120" w:line="259" w:lineRule="auto"/>
        <w:jc w:val="center"/>
      </w:pPr>
      <w:r>
        <w:rPr>
          <w:rFonts w:ascii="Noto Serif" w:hAnsi="Noto Serif" w:eastAsia="Noto Serif"/>
          <w:b/>
          <w:i w:val="0"/>
          <w:color w:val="7A542A"/>
          <w:sz w:val="21"/>
        </w:rPr>
        <w:t>THE ROMNOTE PROJECT</w:t>
      </w:r>
    </w:p>
    <w:p>
      <w:pPr>
        <w:spacing w:before="0" w:after="20" w:line="240" w:lineRule="auto"/>
        <w:jc w:val="center"/>
      </w:pPr>
      <w:r>
        <w:rPr>
          <w:rFonts w:ascii="Noto Serif" w:hAnsi="Noto Serif" w:eastAsia="Noto Serif"/>
          <w:b/>
          <w:i w:val="0"/>
          <w:color w:val="2D2B28"/>
          <w:sz w:val="54"/>
        </w:rPr>
        <w:t>Pinky’s Dedication</w:t>
      </w:r>
    </w:p>
    <w:p>
      <w:pPr>
        <w:spacing w:before="0" w:after="140" w:line="240" w:lineRule="auto"/>
        <w:jc w:val="center"/>
      </w:pPr>
      <w:r>
        <w:rPr>
          <w:rFonts w:ascii="Noto Serif" w:hAnsi="Noto Serif" w:eastAsia="Noto Serif"/>
          <w:b w:val="0"/>
          <w:i/>
          <w:color w:val="7A542A"/>
          <w:sz w:val="37"/>
        </w:rPr>
        <w:t>You Are the Reason</w:t>
      </w:r>
    </w:p>
    <w:p>
      <w:pPr>
        <w:spacing w:before="0" w:after="400" w:line="259" w:lineRule="auto"/>
        <w:jc w:val="center"/>
      </w:pPr>
      <w:r>
        <w:rPr>
          <w:rFonts w:ascii="Noto Serif" w:hAnsi="Noto Serif" w:eastAsia="Noto Serif"/>
          <w:b w:val="0"/>
          <w:i/>
          <w:color w:val="685E52"/>
          <w:sz w:val="22"/>
        </w:rPr>
        <w:t>A Love Letter for the Woman I Chose, Loved, Prayed For, and Hoped to Build a Family With</w:t>
      </w:r>
    </w:p>
    <w:p>
      <w:pPr>
        <w:spacing w:before="0" w:after="320" w:line="240" w:lineRule="auto"/>
        <w:jc w:val="center"/>
      </w:pPr>
      <w:r>
        <w:rPr>
          <w:rFonts w:ascii="Noto Serif" w:hAnsi="Noto Serif" w:eastAsia="Noto Serif"/>
          <w:b w:val="0"/>
          <w:i w:val="0"/>
          <w:color w:val="7A542A"/>
          <w:sz w:val="28"/>
        </w:rPr>
        <w:t>—  ✦  —</w:t>
      </w:r>
    </w:p>
    <w:p>
      <w:pPr>
        <w:spacing w:before="0" w:after="80" w:line="259" w:lineRule="auto"/>
        <w:jc w:val="center"/>
      </w:pPr>
      <w:r>
        <w:rPr>
          <w:rFonts w:ascii="Noto Serif" w:hAnsi="Noto Serif" w:eastAsia="Noto Serif"/>
          <w:b w:val="0"/>
          <w:i/>
          <w:color w:val="685E52"/>
          <w:sz w:val="18"/>
        </w:rPr>
        <w:t>Prepared for Pinky</w:t>
      </w:r>
    </w:p>
    <w:p>
      <w:pPr>
        <w:spacing w:before="0" w:after="80" w:line="259" w:lineRule="auto"/>
        <w:jc w:val="center"/>
      </w:pPr>
      <w:r>
        <w:rPr>
          <w:rFonts w:ascii="Noto Serif" w:hAnsi="Noto Serif" w:eastAsia="Noto Serif"/>
          <w:b w:val="0"/>
          <w:i/>
          <w:color w:val="685E52"/>
          <w:sz w:val="18"/>
        </w:rPr>
        <w:t>Prepared by Romeo Imbien Mesina</w:t>
      </w:r>
    </w:p>
    <w:p>
      <w:pPr>
        <w:spacing w:before="0" w:after="80" w:line="259" w:lineRule="auto"/>
        <w:jc w:val="center"/>
      </w:pPr>
      <w:r>
        <w:rPr>
          <w:rFonts w:ascii="Noto Serif" w:hAnsi="Noto Serif" w:eastAsia="Noto Serif"/>
          <w:b w:val="0"/>
          <w:i/>
          <w:color w:val="685E52"/>
          <w:sz w:val="18"/>
        </w:rPr>
        <w:t>Prepared on Thursday, June 4, 2026</w:t>
      </w:r>
    </w:p>
    <w:p>
      <w:pPr>
        <w:spacing w:before="0" w:after="320" w:line="259" w:lineRule="auto"/>
        <w:jc w:val="center"/>
      </w:pPr>
      <w:r>
        <w:rPr>
          <w:rFonts w:ascii="Noto Serif" w:hAnsi="Noto Serif" w:eastAsia="Noto Serif"/>
          <w:b w:val="0"/>
          <w:i/>
          <w:color w:val="685E52"/>
          <w:sz w:val="18"/>
        </w:rPr>
        <w:t>For Pinky’s Dedication Page in The RomNote Project</w:t>
      </w:r>
    </w:p>
    <w:p>
      <w:pPr>
        <w:spacing w:before="0" w:after="360" w:line="240" w:lineRule="auto"/>
        <w:jc w:val="center"/>
      </w:pPr>
      <w:r>
        <w:rPr>
          <w:rFonts w:ascii="Noto Serif" w:hAnsi="Noto Serif" w:eastAsia="Noto Serif"/>
          <w:b w:val="0"/>
          <w:i w:val="0"/>
          <w:color w:val="7A542A"/>
          <w:sz w:val="28"/>
        </w:rPr>
        <w:t>—  ✦  —</w:t>
      </w:r>
    </w:p>
    <w:p>
      <w:pPr>
        <w:spacing w:before="0" w:after="200" w:line="259" w:lineRule="auto"/>
        <w:jc w:val="center"/>
      </w:pPr>
      <w:r>
        <w:rPr>
          <w:rFonts w:ascii="Noto Serif" w:hAnsi="Noto Serif" w:eastAsia="Noto Serif"/>
          <w:b w:val="0"/>
          <w:i/>
          <w:color w:val="685E52"/>
          <w:sz w:val="22"/>
        </w:rPr>
        <w:t>This document preserves a man’s dedication to the woman he calls Babe. It is written for memory, not performance; for love, not perfection; and for a future day when love may need words that remain steady even when feelings tremble.</w:t>
      </w:r>
    </w:p>
    <w:p>
      <w:pPr>
        <w:spacing w:before="0" w:after="400" w:line="259" w:lineRule="auto"/>
        <w:jc w:val="center"/>
      </w:pPr>
      <w:r>
        <w:rPr>
          <w:rFonts w:ascii="Noto Serif" w:hAnsi="Noto Serif" w:eastAsia="Noto Serif"/>
          <w:b w:val="0"/>
          <w:i/>
          <w:color w:val="685E52"/>
          <w:sz w:val="22"/>
        </w:rPr>
        <w:t>It gives shape to the ache of distance, sacrifice, waiting, misunderstanding, forgiveness, and hope so the love does not remain hidden behind fear, silence, or pain.</w:t>
      </w:r>
    </w:p>
    <w:p>
      <w:pPr>
        <w:spacing w:before="200" w:after="160" w:line="259" w:lineRule="auto"/>
        <w:jc w:val="center"/>
      </w:pPr>
      <w:r>
        <w:rPr>
          <w:rFonts w:ascii="Noto Serif" w:hAnsi="Noto Serif" w:eastAsia="Noto Serif"/>
          <w:b/>
          <w:i w:val="0"/>
          <w:color w:val="7A542A"/>
          <w:sz w:val="23"/>
        </w:rPr>
        <w:t>THE HEART BEHIND THIS DEDICATION</w:t>
      </w:r>
    </w:p>
    <w:p>
      <w:pPr>
        <w:spacing w:before="0" w:after="140" w:line="259" w:lineRule="auto"/>
        <w:jc w:val="both"/>
      </w:pPr>
      <w:r>
        <w:rPr>
          <w:rFonts w:ascii="Noto Serif" w:hAnsi="Noto Serif" w:eastAsia="Noto Serif"/>
          <w:b w:val="0"/>
          <w:i w:val="0"/>
          <w:color w:val="2D2B28"/>
          <w:sz w:val="22"/>
        </w:rPr>
        <w:t>This dedication began with a song about longing and a woman who became part of Romeo’s future. Pinky was not only someone he met. She became the woman he called Babe, the woman he wanted to marry, the mother of his daughter Sabrina, and part of the family he continued trying to build across oceans, waiting, paperwork, prayer, and time.</w:t>
      </w:r>
    </w:p>
    <w:p>
      <w:pPr>
        <w:spacing w:before="0" w:after="140" w:line="259" w:lineRule="auto"/>
        <w:jc w:val="both"/>
      </w:pPr>
      <w:r>
        <w:rPr>
          <w:rFonts w:ascii="Noto Serif" w:hAnsi="Noto Serif" w:eastAsia="Noto Serif"/>
          <w:b w:val="0"/>
          <w:i w:val="0"/>
          <w:color w:val="2D2B28"/>
          <w:sz w:val="22"/>
        </w:rPr>
        <w:t>Their story began in the Philippines, with a meeting at Lucky Boba in Tondo, Manila, and became a relationship on June 23, 2024. What started as a meeting became a bond, and what became a bond slowly became a future filled with daily messages, video calls, hopes for marriage, and the dream of bringing the family together under one roof.</w:t>
      </w:r>
    </w:p>
    <w:p>
      <w:pPr>
        <w:spacing w:before="0" w:after="140" w:line="259" w:lineRule="auto"/>
        <w:jc w:val="both"/>
      </w:pPr>
      <w:r>
        <w:rPr>
          <w:rFonts w:ascii="Noto Serif" w:hAnsi="Noto Serif" w:eastAsia="Noto Serif"/>
          <w:b w:val="0"/>
          <w:i w:val="0"/>
          <w:color w:val="2D2B28"/>
          <w:sz w:val="22"/>
        </w:rPr>
        <w:t>This page is not written to pretend their love has been easy. It is not written to hide the hard days, the arguments, the tears, the moments of confusion, or the pain that can happen when two people love each other but do not always understand each other in the same moment. It is written because even through those seasons, Pinky remained part of Romeo’s heart and part of the life he was trying to protect.</w:t>
      </w:r>
    </w:p>
    <w:p>
      <w:pPr>
        <w:spacing w:before="40" w:after="280" w:line="259" w:lineRule="auto"/>
        <w:jc w:val="center"/>
      </w:pPr>
      <w:r>
        <w:rPr>
          <w:rFonts w:ascii="Noto Serif" w:hAnsi="Noto Serif" w:eastAsia="Noto Serif"/>
          <w:b w:val="0"/>
          <w:i/>
          <w:color w:val="685E52"/>
          <w:sz w:val="22"/>
        </w:rPr>
        <w:t>A love that survives distance is not only measured by how sweet it feels. Sometimes it is measured by whether two people keep choosing the bridge while the ocean is still between them.</w:t>
      </w:r>
    </w:p>
    <w:p>
      <w:pPr>
        <w:spacing w:before="200" w:after="160" w:line="259" w:lineRule="auto"/>
        <w:jc w:val="center"/>
      </w:pPr>
      <w:r>
        <w:rPr>
          <w:rFonts w:ascii="Noto Serif" w:hAnsi="Noto Serif" w:eastAsia="Noto Serif"/>
          <w:b/>
          <w:i w:val="0"/>
          <w:color w:val="7A542A"/>
          <w:sz w:val="23"/>
        </w:rPr>
        <w:t>THE SONG THAT OPENS THE ROOM</w:t>
      </w:r>
    </w:p>
    <w:p>
      <w:pPr>
        <w:spacing w:before="0" w:after="140" w:line="259" w:lineRule="auto"/>
        <w:jc w:val="both"/>
      </w:pPr>
      <w:r>
        <w:rPr>
          <w:rFonts w:ascii="Noto Serif" w:hAnsi="Noto Serif" w:eastAsia="Noto Serif"/>
          <w:b w:val="0"/>
          <w:i w:val="0"/>
          <w:color w:val="2D2B28"/>
          <w:sz w:val="22"/>
        </w:rPr>
        <w:t>The song chosen for this page is “You Are the Reason” by Calum Scott. For this dedication, the song does not need to be explained as a perfect description of every moment. It belongs here because it carries the feeling of a heart that is tired, afraid, sorry, hopeful, and still reaching for the person it loves.</w:t>
      </w:r>
    </w:p>
    <w:p>
      <w:pPr>
        <w:spacing w:before="0" w:after="140" w:line="259" w:lineRule="auto"/>
        <w:jc w:val="both"/>
      </w:pPr>
      <w:r>
        <w:rPr>
          <w:rFonts w:ascii="Noto Serif" w:hAnsi="Noto Serif" w:eastAsia="Noto Serif"/>
          <w:b w:val="0"/>
          <w:i w:val="0"/>
          <w:color w:val="2D2B28"/>
          <w:sz w:val="22"/>
        </w:rPr>
        <w:t>The song holds the ache of wanting closeness after distance, peace after fighting, repair after mistakes, and light after darkness. It carries the feeling of a man who wishes he could cross every mountain and every ocean not only to be with the woman he loves, but also to show her that his heart was still there even when pain made his words difficult.</w:t>
      </w:r>
    </w:p>
    <w:p>
      <w:pPr>
        <w:spacing w:before="0" w:after="140" w:line="259" w:lineRule="auto"/>
        <w:jc w:val="both"/>
      </w:pPr>
      <w:r>
        <w:rPr>
          <w:rFonts w:ascii="Noto Serif" w:hAnsi="Noto Serif" w:eastAsia="Noto Serif"/>
          <w:b w:val="0"/>
          <w:i w:val="0"/>
          <w:color w:val="2D2B28"/>
          <w:sz w:val="22"/>
        </w:rPr>
        <w:t>Only the title needs to be carried here: “You Are the Reason.” For this dedication, those words become the emotional key. They mean that Pinky became one of the reasons Romeo kept working, saving, planning, praying, and trying to build a family future instead of surrendering to distance or pain.</w:t>
      </w:r>
    </w:p>
    <w:p>
      <w:pPr>
        <w:spacing w:before="40" w:after="280" w:line="259" w:lineRule="auto"/>
        <w:jc w:val="center"/>
      </w:pPr>
      <w:r>
        <w:rPr>
          <w:rFonts w:ascii="Noto Serif" w:hAnsi="Noto Serif" w:eastAsia="Noto Serif"/>
          <w:b w:val="0"/>
          <w:i/>
          <w:color w:val="685E52"/>
          <w:sz w:val="22"/>
        </w:rPr>
        <w:t>The music becomes the doorway. The photos become the proof. The letter becomes the place where love stops running and finally speaks.</w:t>
      </w:r>
    </w:p>
    <w:p>
      <w:pPr>
        <w:spacing w:before="200" w:after="160" w:line="259" w:lineRule="auto"/>
        <w:jc w:val="center"/>
      </w:pPr>
      <w:r>
        <w:rPr>
          <w:rFonts w:ascii="Noto Serif" w:hAnsi="Noto Serif" w:eastAsia="Noto Serif"/>
          <w:b/>
          <w:i w:val="0"/>
          <w:color w:val="7A542A"/>
          <w:sz w:val="23"/>
        </w:rPr>
        <w:t>DEDICATION LETTER TO PINKY</w:t>
      </w:r>
    </w:p>
    <w:p>
      <w:pPr>
        <w:spacing w:before="0" w:after="280" w:line="259" w:lineRule="auto"/>
        <w:jc w:val="center"/>
      </w:pPr>
      <w:r>
        <w:rPr>
          <w:rFonts w:ascii="Noto Serif" w:hAnsi="Noto Serif" w:eastAsia="Noto Serif"/>
          <w:b w:val="0"/>
          <w:i/>
          <w:color w:val="685E52"/>
          <w:sz w:val="22"/>
        </w:rPr>
        <w:t>For the woman I call Babe, and the future I kept reaching for.</w:t>
      </w:r>
    </w:p>
    <w:p>
      <w:pPr>
        <w:spacing w:before="80" w:after="120" w:line="259" w:lineRule="auto"/>
        <w:jc w:val="left"/>
      </w:pPr>
      <w:r>
        <w:rPr>
          <w:rFonts w:ascii="Noto Serif" w:hAnsi="Noto Serif" w:eastAsia="Noto Serif"/>
          <w:b w:val="0"/>
          <w:i w:val="0"/>
          <w:color w:val="2D2B28"/>
          <w:sz w:val="22"/>
        </w:rPr>
        <w:t>Dear Pinky,</w:t>
      </w:r>
    </w:p>
    <w:p>
      <w:pPr>
        <w:spacing w:before="0" w:after="140" w:line="259" w:lineRule="auto"/>
        <w:jc w:val="both"/>
      </w:pPr>
      <w:r>
        <w:rPr>
          <w:rFonts w:ascii="Noto Serif" w:hAnsi="Noto Serif" w:eastAsia="Noto Serif"/>
          <w:b w:val="0"/>
          <w:i w:val="0"/>
          <w:color w:val="2D2B28"/>
          <w:sz w:val="22"/>
        </w:rPr>
        <w:t>Babe, this page is for you. It is for the woman who entered my life in a way I did not fully understand at first, but who slowly became part of my heart, my future, my prayers, and my family. When I think of you, I do not only think of one moment. I think of the whole road: the beginning, the distance, the waiting, the laughter, the tears, the arguments, the forgiveness, and the hope that kept pulling me back toward love.</w:t>
      </w:r>
    </w:p>
    <w:p>
      <w:pPr>
        <w:spacing w:before="0" w:after="140" w:line="259" w:lineRule="auto"/>
        <w:jc w:val="both"/>
      </w:pPr>
      <w:r>
        <w:rPr>
          <w:rFonts w:ascii="Noto Serif" w:hAnsi="Noto Serif" w:eastAsia="Noto Serif"/>
          <w:b w:val="0"/>
          <w:i w:val="0"/>
          <w:color w:val="2D2B28"/>
          <w:sz w:val="22"/>
        </w:rPr>
        <w:t>I remember how our story began in the Philippines. I remember that what looked like one meeting became something that reached across oceans. I did not know that the woman I met would become the woman I would call Babe. I did not know that you would become my fiancée, the mother of our daughter Sabrina, and someone I would imagine beside me in a home I kept trying to prepare for.</w:t>
      </w:r>
    </w:p>
    <w:p>
      <w:pPr>
        <w:spacing w:before="0" w:after="140" w:line="259" w:lineRule="auto"/>
        <w:jc w:val="both"/>
      </w:pPr>
      <w:r>
        <w:rPr>
          <w:rFonts w:ascii="Noto Serif" w:hAnsi="Noto Serif" w:eastAsia="Noto Serif"/>
          <w:b w:val="0"/>
          <w:i w:val="0"/>
          <w:color w:val="2D2B28"/>
          <w:sz w:val="22"/>
        </w:rPr>
        <w:t>Since June 23, 2024, our love has carried more than sweet words. It has carried distance. It has carried time zones. It has carried paperwork, plans, waiting, sacrifices, and days when all we had was a screen between us. Still, even through that screen, you became real to me. Your face became familiar. Your voice became part of my days. Your presence became something my heart looked for.</w:t>
      </w:r>
    </w:p>
    <w:p>
      <w:pPr>
        <w:spacing w:before="0" w:after="140" w:line="259" w:lineRule="auto"/>
        <w:jc w:val="both"/>
      </w:pPr>
      <w:r>
        <w:rPr>
          <w:rFonts w:ascii="Noto Serif" w:hAnsi="Noto Serif" w:eastAsia="Noto Serif"/>
          <w:b w:val="0"/>
          <w:i w:val="0"/>
          <w:color w:val="2D2B28"/>
          <w:sz w:val="22"/>
        </w:rPr>
        <w:t>I will not pretend that our road has been perfect. I will not pretend that love between us has never hurt. There were moments when we misunderstood each other, moments when I felt unheard, moments when you may have felt pressured or tired, and moments when pain came out before gentleness did. I know I have not always carried my feelings in the best way. I know there are times when my fear, my frustration, or my desire to protect our future may have sounded heavier than my love.</w:t>
      </w:r>
    </w:p>
    <w:p>
      <w:pPr>
        <w:spacing w:before="0" w:after="140" w:line="259" w:lineRule="auto"/>
        <w:jc w:val="both"/>
      </w:pPr>
      <w:r>
        <w:rPr>
          <w:rFonts w:ascii="Noto Serif" w:hAnsi="Noto Serif" w:eastAsia="Noto Serif"/>
          <w:b w:val="0"/>
          <w:i w:val="0"/>
          <w:color w:val="2D2B28"/>
          <w:sz w:val="22"/>
        </w:rPr>
        <w:t>But I want you to know this clearly: the hard days did not erase my love for you. The arguments did not erase the woman I saw in you. The distance did not erase the future I imagined. Even when I was hurt, even when I was tired, even when I did not know how to explain myself, there was still a part of me reaching for you and hoping you could see the heart behind the storm.</w:t>
      </w:r>
    </w:p>
    <w:p>
      <w:pPr>
        <w:spacing w:before="0" w:after="140" w:line="259" w:lineRule="auto"/>
        <w:jc w:val="both"/>
      </w:pPr>
      <w:r>
        <w:rPr>
          <w:rFonts w:ascii="Noto Serif" w:hAnsi="Noto Serif" w:eastAsia="Noto Serif"/>
          <w:b w:val="0"/>
          <w:i w:val="0"/>
          <w:color w:val="2D2B28"/>
          <w:sz w:val="22"/>
        </w:rPr>
        <w:t>You became one of the reasons I kept trying. You became one of the reasons I worked, planned, saved, worried, prayed, and kept thinking about tomorrow. You became one of the reasons I wanted to be better, not only as a man, but as a husband, a father, and a protector of the family God placed in front of me.</w:t>
      </w:r>
    </w:p>
    <w:p>
      <w:pPr>
        <w:spacing w:before="0" w:after="140" w:line="259" w:lineRule="auto"/>
        <w:jc w:val="both"/>
      </w:pPr>
      <w:r>
        <w:rPr>
          <w:rFonts w:ascii="Noto Serif" w:hAnsi="Noto Serif" w:eastAsia="Noto Serif"/>
          <w:b w:val="0"/>
          <w:i w:val="0"/>
          <w:color w:val="2D2B28"/>
          <w:sz w:val="22"/>
        </w:rPr>
        <w:t>When I think of Sabrina, I think of the life that came from us. I think of the tiny proof that our love did not remain only in messages, promises, or dreams. She is part of you and part of me. She is a living piece of our story. And when I think of Savannah, I think of the family I wanted to help shelter, support, and bring into a more stable future. Loving you also meant caring about the children connected to your heart.</w:t>
      </w:r>
    </w:p>
    <w:p>
      <w:pPr>
        <w:spacing w:before="0" w:after="140" w:line="259" w:lineRule="auto"/>
        <w:jc w:val="both"/>
      </w:pPr>
      <w:r>
        <w:rPr>
          <w:rFonts w:ascii="Noto Serif" w:hAnsi="Noto Serif" w:eastAsia="Noto Serif"/>
          <w:b w:val="0"/>
          <w:i w:val="0"/>
          <w:color w:val="2D2B28"/>
          <w:sz w:val="22"/>
        </w:rPr>
        <w:t>Babe, there were times I wished I could turn back the clock. I wished I could speak softer. I wished I could explain better. I wished I could make the light defeat the dark before the darkness reached either one of us. I wished I could remove every fear, every pressure, every misunderstanding, and every painful moment that stood between us.</w:t>
      </w:r>
    </w:p>
    <w:p>
      <w:pPr>
        <w:spacing w:before="0" w:after="140" w:line="259" w:lineRule="auto"/>
        <w:jc w:val="both"/>
      </w:pPr>
      <w:r>
        <w:rPr>
          <w:rFonts w:ascii="Noto Serif" w:hAnsi="Noto Serif" w:eastAsia="Noto Serif"/>
          <w:b w:val="0"/>
          <w:i w:val="0"/>
          <w:color w:val="2D2B28"/>
          <w:sz w:val="22"/>
        </w:rPr>
        <w:t>But love is not only proven by wishing the past was different. Love is also proven by what a person chooses after the past has already happened. Love is learning. Love is apologizing when pride wants to stay silent. Love is protecting without controlling. Love is giving without disappearing. Love is choosing truth without using truth as a weapon.</w:t>
      </w:r>
    </w:p>
    <w:p>
      <w:pPr>
        <w:spacing w:before="0" w:after="140" w:line="259" w:lineRule="auto"/>
        <w:jc w:val="both"/>
      </w:pPr>
      <w:r>
        <w:rPr>
          <w:rFonts w:ascii="Noto Serif" w:hAnsi="Noto Serif" w:eastAsia="Noto Serif"/>
          <w:b w:val="0"/>
          <w:i w:val="0"/>
          <w:color w:val="2D2B28"/>
          <w:sz w:val="22"/>
        </w:rPr>
        <w:t>That is what I am still learning with you. I am learning that I can love you deeply without losing myself. I am learning that I can sacrifice without becoming invisible. I am learning that I can fight for us without turning every hurt into a battle. I am learning that love must have both tenderness and truth, both patience and boundaries, both devotion and peace.</w:t>
      </w:r>
    </w:p>
    <w:p>
      <w:pPr>
        <w:spacing w:before="0" w:after="140" w:line="259" w:lineRule="auto"/>
        <w:jc w:val="both"/>
      </w:pPr>
      <w:r>
        <w:rPr>
          <w:rFonts w:ascii="Noto Serif" w:hAnsi="Noto Serif" w:eastAsia="Noto Serif"/>
          <w:b w:val="0"/>
          <w:i w:val="0"/>
          <w:color w:val="2D2B28"/>
          <w:sz w:val="22"/>
        </w:rPr>
        <w:t>I do not want our love to be remembered only by the days we cried. I do not want our story to be measured only by the days we fought. I do not want pain to have the final word over something that also carried laughter, longing, family, hope, and the dream of standing together instead of being separated by an ocean.</w:t>
      </w:r>
    </w:p>
    <w:p>
      <w:pPr>
        <w:spacing w:before="0" w:after="140" w:line="259" w:lineRule="auto"/>
        <w:jc w:val="both"/>
      </w:pPr>
      <w:r>
        <w:rPr>
          <w:rFonts w:ascii="Noto Serif" w:hAnsi="Noto Serif" w:eastAsia="Noto Serif"/>
          <w:b w:val="0"/>
          <w:i w:val="0"/>
          <w:color w:val="2D2B28"/>
          <w:sz w:val="22"/>
        </w:rPr>
        <w:t>I want this page to remember you as the woman I loved. The woman I called Babe. The woman who made me imagine marriage. The woman who gave birth to our daughter. The woman whose name became attached to my plans, my prayers, and my future. The woman I wanted not only for romance, but for family, home, and life.</w:t>
      </w:r>
    </w:p>
    <w:p>
      <w:pPr>
        <w:spacing w:before="0" w:after="140" w:line="259" w:lineRule="auto"/>
        <w:jc w:val="both"/>
      </w:pPr>
      <w:r>
        <w:rPr>
          <w:rFonts w:ascii="Noto Serif" w:hAnsi="Noto Serif" w:eastAsia="Noto Serif"/>
          <w:b w:val="0"/>
          <w:i w:val="0"/>
          <w:color w:val="2D2B28"/>
          <w:sz w:val="22"/>
        </w:rPr>
        <w:t>If one day you read this and the road behind us feels heavy, I hope you do not read these words as pressure. I hope you read them as witness. I am not writing this to trap you inside my feelings. I am writing it because love should not disappear just because it was complicated. I am writing it because the heart should have a place to speak honestly, gently, and permanently.</w:t>
      </w:r>
    </w:p>
    <w:p>
      <w:pPr>
        <w:spacing w:before="0" w:after="140" w:line="259" w:lineRule="auto"/>
        <w:jc w:val="both"/>
      </w:pPr>
      <w:r>
        <w:rPr>
          <w:rFonts w:ascii="Noto Serif" w:hAnsi="Noto Serif" w:eastAsia="Noto Serif"/>
          <w:b w:val="0"/>
          <w:i w:val="0"/>
          <w:color w:val="2D2B28"/>
          <w:sz w:val="22"/>
        </w:rPr>
        <w:t>I want you to know that you mattered to me. You were not just a chapter I passed through. You were not just a name in my phone. You were not just someone I loved from far away. You became part of the man I was becoming, part of the father I was trying to be, and part of the family I hoped God would allow me to hold together.</w:t>
      </w:r>
    </w:p>
    <w:p>
      <w:pPr>
        <w:spacing w:before="0" w:after="140" w:line="259" w:lineRule="auto"/>
        <w:jc w:val="both"/>
      </w:pPr>
      <w:r>
        <w:rPr>
          <w:rFonts w:ascii="Noto Serif" w:hAnsi="Noto Serif" w:eastAsia="Noto Serif"/>
          <w:b w:val="0"/>
          <w:i w:val="0"/>
          <w:color w:val="2D2B28"/>
          <w:sz w:val="22"/>
        </w:rPr>
        <w:t>So this page is for you, Babe. It is for the beginning at Lucky Boba. It is for June 23, 2024. It is for the calls, the messages, the waiting, the tears, the forgiveness, Sabrina, Savannah, the future, and every moment when love kept breathing even when both of us were tired.</w:t>
      </w:r>
    </w:p>
    <w:p>
      <w:pPr>
        <w:spacing w:before="0" w:after="140" w:line="259" w:lineRule="auto"/>
        <w:jc w:val="both"/>
      </w:pPr>
      <w:r>
        <w:rPr>
          <w:rFonts w:ascii="Noto Serif" w:hAnsi="Noto Serif" w:eastAsia="Noto Serif"/>
          <w:b w:val="0"/>
          <w:i w:val="0"/>
          <w:color w:val="2D2B28"/>
          <w:sz w:val="22"/>
        </w:rPr>
        <w:t>And if the music ever plays while you are looking at this page, I hope you understand why it belongs here. You became one of the reasons my heart kept reaching. You became one of the reasons I wanted to cross every distance. You became one of the reasons I kept believing that love could still find its way home.</w:t>
      </w:r>
    </w:p>
    <w:p>
      <w:pPr>
        <w:spacing w:before="80" w:after="120" w:line="259" w:lineRule="auto"/>
        <w:jc w:val="left"/>
      </w:pPr>
      <w:r>
        <w:rPr>
          <w:rFonts w:ascii="Noto Serif" w:hAnsi="Noto Serif" w:eastAsia="Noto Serif"/>
          <w:b w:val="0"/>
          <w:i w:val="0"/>
          <w:color w:val="2D2B28"/>
          <w:sz w:val="22"/>
        </w:rPr>
        <w:t>Mahal kita, Babe.</w:t>
      </w:r>
    </w:p>
    <w:p>
      <w:pPr>
        <w:spacing w:before="80" w:after="120" w:line="259" w:lineRule="auto"/>
        <w:jc w:val="left"/>
      </w:pPr>
      <w:r>
        <w:rPr>
          <w:rFonts w:ascii="Noto Serif" w:hAnsi="Noto Serif" w:eastAsia="Noto Serif"/>
          <w:b w:val="0"/>
          <w:i w:val="0"/>
          <w:color w:val="2D2B28"/>
          <w:sz w:val="22"/>
        </w:rPr>
        <w:t>With love,</w:t>
      </w:r>
    </w:p>
    <w:p>
      <w:pPr>
        <w:spacing w:before="80" w:after="120" w:line="259" w:lineRule="auto"/>
        <w:jc w:val="left"/>
      </w:pPr>
      <w:r>
        <w:rPr>
          <w:rFonts w:ascii="Noto Serif" w:hAnsi="Noto Serif" w:eastAsia="Noto Serif"/>
          <w:b w:val="0"/>
          <w:i w:val="0"/>
          <w:color w:val="2D2B28"/>
          <w:sz w:val="22"/>
        </w:rPr>
        <w:t>Romeo</w:t>
      </w:r>
    </w:p>
    <w:p>
      <w:pPr>
        <w:spacing w:before="200" w:after="160" w:line="259" w:lineRule="auto"/>
        <w:jc w:val="center"/>
      </w:pPr>
      <w:r>
        <w:rPr>
          <w:rFonts w:ascii="Noto Serif" w:hAnsi="Noto Serif" w:eastAsia="Noto Serif"/>
          <w:b/>
          <w:i w:val="0"/>
          <w:color w:val="7A542A"/>
          <w:sz w:val="23"/>
        </w:rPr>
        <w:t>WHAT THIS PAGE IS MEANT TO TELL YOU</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were loved deeply, even when distance and misunderstanding made love difficult to carry.</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became part of my future, not only as my Babe, but as the woman I hoped to build a family with.</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Sabrina is part of our love story, and her life made the meaning of us even deeper.</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The hard days did not erase the real love, the real hope, or the real effort I carried for you.</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This page is not meant to expose private pain; it is meant to preserve love, respect, and truth.</w:t>
      </w:r>
    </w:p>
    <w:p>
      <w:pPr>
        <w:spacing w:after="80" w:line="252" w:lineRule="auto"/>
        <w:ind w:left="360" w:hanging="216"/>
        <w:jc w:val="left"/>
      </w:pPr>
      <w:r>
        <w:rPr>
          <w:rFonts w:ascii="Noto Serif" w:hAnsi="Noto Serif" w:eastAsia="Noto Serif"/>
          <w:b w:val="0"/>
          <w:i w:val="0"/>
          <w:color w:val="7A542A"/>
          <w:sz w:val="21"/>
        </w:rPr>
        <w:t xml:space="preserve">•  </w:t>
      </w:r>
      <w:r>
        <w:rPr>
          <w:rFonts w:ascii="Noto Serif" w:hAnsi="Noto Serif" w:eastAsia="Noto Serif"/>
          <w:b w:val="0"/>
          <w:i w:val="0"/>
          <w:color w:val="2D2B28"/>
          <w:sz w:val="21"/>
        </w:rPr>
        <w:t>You were one of the reasons I kept reaching for tomorrow, even when today felt heavy.</w:t>
      </w:r>
    </w:p>
    <w:p>
      <w:pPr>
        <w:spacing w:before="160" w:after="280" w:line="259" w:lineRule="auto"/>
        <w:jc w:val="center"/>
      </w:pPr>
      <w:r>
        <w:rPr>
          <w:rFonts w:ascii="Noto Serif" w:hAnsi="Noto Serif" w:eastAsia="Noto Serif"/>
          <w:b w:val="0"/>
          <w:i/>
          <w:color w:val="685E52"/>
          <w:sz w:val="22"/>
        </w:rPr>
        <w:t>These memories are not just photos. They are proof that love crossed distance, survived waiting, and kept trying to speak even when words were hard to find.</w:t>
      </w:r>
    </w:p>
    <w:p>
      <w:pPr>
        <w:spacing w:before="200" w:after="160" w:line="259" w:lineRule="auto"/>
        <w:jc w:val="center"/>
      </w:pPr>
      <w:r>
        <w:rPr>
          <w:rFonts w:ascii="Noto Serif" w:hAnsi="Noto Serif" w:eastAsia="Noto Serif"/>
          <w:b/>
          <w:i w:val="0"/>
          <w:color w:val="7A542A"/>
          <w:sz w:val="23"/>
        </w:rPr>
        <w:t>BOTTOM LINE</w:t>
      </w:r>
    </w:p>
    <w:p>
      <w:pPr>
        <w:spacing w:before="0" w:after="140" w:line="259" w:lineRule="auto"/>
        <w:jc w:val="both"/>
      </w:pPr>
      <w:r>
        <w:rPr>
          <w:rFonts w:ascii="Noto Serif" w:hAnsi="Noto Serif" w:eastAsia="Noto Serif"/>
          <w:b w:val="0"/>
          <w:i w:val="0"/>
          <w:color w:val="2D2B28"/>
          <w:sz w:val="22"/>
        </w:rPr>
        <w:t>Pinky’s Dedication page is not meant to be a perfect explanation of the relationship. It is meant to be a witness. It says that love can be real even when it is tested, that distance can hurt without destroying meaning, and that a woman can become part of a man’s heart in a way that deserves to be remembered with tenderness.</w:t>
      </w:r>
    </w:p>
    <w:p>
      <w:pPr>
        <w:spacing w:before="0" w:after="140" w:line="259" w:lineRule="auto"/>
        <w:jc w:val="both"/>
      </w:pPr>
      <w:r>
        <w:rPr>
          <w:rFonts w:ascii="Noto Serif" w:hAnsi="Noto Serif" w:eastAsia="Noto Serif"/>
          <w:b w:val="0"/>
          <w:i w:val="0"/>
          <w:color w:val="2D2B28"/>
          <w:sz w:val="22"/>
        </w:rPr>
        <w:t>The song fits because it holds the ache of longing, repair, closeness, regret, and hope. It carries the sound of a heart that does not want to keep fighting, hiding, or crying, but wants to be seen and held by the person it loves.</w:t>
      </w:r>
    </w:p>
    <w:p>
      <w:pPr>
        <w:spacing w:before="0" w:after="320" w:line="259" w:lineRule="auto"/>
        <w:jc w:val="center"/>
      </w:pPr>
      <w:r>
        <w:rPr>
          <w:rFonts w:ascii="Noto Serif" w:hAnsi="Noto Serif" w:eastAsia="Noto Serif"/>
          <w:b w:val="0"/>
          <w:i/>
          <w:color w:val="685E52"/>
          <w:sz w:val="22"/>
        </w:rPr>
        <w:t>This is the reason left for Pinky: a man’s love, a man’s hope, a man’s apology without surrendering the truth of his heart, and a man’s prayer that love can still find its way home.</w:t>
      </w:r>
    </w:p>
    <w:p>
      <w:pPr>
        <w:spacing w:before="0" w:after="200" w:line="240" w:lineRule="auto"/>
        <w:jc w:val="center"/>
      </w:pPr>
      <w:r>
        <w:rPr>
          <w:rFonts w:ascii="Noto Serif" w:hAnsi="Noto Serif" w:eastAsia="Noto Serif"/>
          <w:b w:val="0"/>
          <w:i w:val="0"/>
          <w:color w:val="7A542A"/>
          <w:sz w:val="28"/>
        </w:rPr>
        <w:t>—  ✦  —</w:t>
      </w:r>
    </w:p>
    <w:p>
      <w:pPr>
        <w:spacing w:before="40" w:after="100" w:line="259" w:lineRule="auto"/>
        <w:jc w:val="left"/>
      </w:pPr>
      <w:r>
        <w:rPr>
          <w:rFonts w:ascii="Noto Serif" w:hAnsi="Noto Serif" w:eastAsia="Noto Serif"/>
          <w:b/>
          <w:i w:val="0"/>
          <w:color w:val="7A542A"/>
          <w:sz w:val="21"/>
        </w:rPr>
        <w:t>RomNote Entry Details</w:t>
      </w:r>
    </w:p>
    <w:p>
      <w:pPr>
        <w:spacing w:after="60" w:line="259" w:lineRule="auto"/>
        <w:jc w:val="left"/>
      </w:pPr>
      <w:r>
        <w:rPr>
          <w:rFonts w:ascii="Noto Serif" w:hAnsi="Noto Serif" w:eastAsia="Noto Serif"/>
          <w:b/>
          <w:i w:val="0"/>
          <w:color w:val="7A542A"/>
          <w:sz w:val="19"/>
        </w:rPr>
        <w:t xml:space="preserve">Entry Type: </w:t>
      </w:r>
      <w:r>
        <w:rPr>
          <w:rFonts w:ascii="Noto Serif" w:hAnsi="Noto Serif" w:eastAsia="Noto Serif"/>
          <w:b w:val="0"/>
          <w:i/>
          <w:color w:val="685E52"/>
          <w:sz w:val="19"/>
        </w:rPr>
        <w:t>Dedication Letter / Love Reflection / Pinky’s Dedication Page</w:t>
      </w:r>
    </w:p>
    <w:p>
      <w:pPr>
        <w:spacing w:after="60" w:line="259" w:lineRule="auto"/>
        <w:jc w:val="left"/>
      </w:pPr>
      <w:r>
        <w:rPr>
          <w:rFonts w:ascii="Noto Serif" w:hAnsi="Noto Serif" w:eastAsia="Noto Serif"/>
          <w:b/>
          <w:i w:val="0"/>
          <w:color w:val="7A542A"/>
          <w:sz w:val="19"/>
        </w:rPr>
        <w:t xml:space="preserve">Prepared Date: </w:t>
      </w:r>
      <w:r>
        <w:rPr>
          <w:rFonts w:ascii="Noto Serif" w:hAnsi="Noto Serif" w:eastAsia="Noto Serif"/>
          <w:b w:val="0"/>
          <w:i/>
          <w:color w:val="685E52"/>
          <w:sz w:val="19"/>
        </w:rPr>
        <w:t>Thursday, June 4, 2026</w:t>
      </w:r>
    </w:p>
    <w:p>
      <w:pPr>
        <w:spacing w:after="60" w:line="259" w:lineRule="auto"/>
        <w:jc w:val="left"/>
      </w:pPr>
      <w:r>
        <w:rPr>
          <w:rFonts w:ascii="Noto Serif" w:hAnsi="Noto Serif" w:eastAsia="Noto Serif"/>
          <w:b/>
          <w:i w:val="0"/>
          <w:color w:val="7A542A"/>
          <w:sz w:val="19"/>
        </w:rPr>
        <w:t xml:space="preserve">Author / Voice: </w:t>
      </w:r>
      <w:r>
        <w:rPr>
          <w:rFonts w:ascii="Noto Serif" w:hAnsi="Noto Serif" w:eastAsia="Noto Serif"/>
          <w:b w:val="0"/>
          <w:i/>
          <w:color w:val="685E52"/>
          <w:sz w:val="19"/>
        </w:rPr>
        <w:t>Romeo Imbien Mesina</w:t>
      </w:r>
    </w:p>
    <w:p>
      <w:pPr>
        <w:spacing w:after="60" w:line="259" w:lineRule="auto"/>
        <w:jc w:val="left"/>
      </w:pPr>
      <w:r>
        <w:rPr>
          <w:rFonts w:ascii="Noto Serif" w:hAnsi="Noto Serif" w:eastAsia="Noto Serif"/>
          <w:b/>
          <w:i w:val="0"/>
          <w:color w:val="7A542A"/>
          <w:sz w:val="19"/>
        </w:rPr>
        <w:t xml:space="preserve">Assistant / Archive Support: </w:t>
      </w:r>
      <w:r>
        <w:rPr>
          <w:rFonts w:ascii="Noto Serif" w:hAnsi="Noto Serif" w:eastAsia="Noto Serif"/>
          <w:b w:val="0"/>
          <w:i/>
          <w:color w:val="685E52"/>
          <w:sz w:val="19"/>
        </w:rPr>
        <w:t>Jarvis</w:t>
      </w:r>
    </w:p>
    <w:p>
      <w:pPr>
        <w:spacing w:after="60" w:line="259" w:lineRule="auto"/>
        <w:jc w:val="left"/>
      </w:pPr>
      <w:r>
        <w:rPr>
          <w:rFonts w:ascii="Noto Serif" w:hAnsi="Noto Serif" w:eastAsia="Noto Serif"/>
          <w:b/>
          <w:i w:val="0"/>
          <w:color w:val="7A542A"/>
          <w:sz w:val="19"/>
        </w:rPr>
        <w:t xml:space="preserve">Source: </w:t>
      </w:r>
      <w:r>
        <w:rPr>
          <w:rFonts w:ascii="Noto Serif" w:hAnsi="Noto Serif" w:eastAsia="Noto Serif"/>
          <w:b w:val="0"/>
          <w:i/>
          <w:color w:val="685E52"/>
          <w:sz w:val="19"/>
        </w:rPr>
        <w:t>Written from Romeo’s reflection on Pinky, the emotional themes of “You Are the Reason” by Calum Scott, and the love and family context preserved in The RomNote Project.</w:t>
      </w:r>
    </w:p>
    <w:sectPr w:rsidR="00FC693F" w:rsidRPr="0006063C" w:rsidSect="00034616">
      <w:footerReference w:type="default" r:id="rId9"/>
      <w:pgSz w:w="12240" w:h="15840"/>
      <w:pgMar w:top="1080" w:right="1181" w:bottom="1037" w:left="1181"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erif" w:hAnsi="Noto Serif" w:eastAsia="Noto Serif"/>
        <w:b w:val="0"/>
        <w:i/>
        <w:color w:val="685E52"/>
        <w:sz w:val="17"/>
      </w:rPr>
      <w:t>The RomNote Project  •  Pinky’s Dedication  •  Personal Love Letter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erif" w:hAnsi="Noto Serif"/>
      <w:color w:val="2D2B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Pinky’s Dedication - You Are the Reason</dc:title>
  <dc:subject/>
  <dc:creator>Romeo Imbien Mesina</dc:creator>
  <cp:keywords/>
  <dc:description>Created for The RomNote Project with Jarvis archive support.</dc:description>
  <cp:lastModifiedBy/>
  <cp:revision>1</cp:revision>
  <dcterms:created xsi:type="dcterms:W3CDTF">2013-12-23T23:15:00Z</dcterms:created>
  <dcterms:modified xsi:type="dcterms:W3CDTF">2013-12-23T23:15:00Z</dcterms:modified>
  <cp:category/>
</cp:coreProperties>
</file>